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240"/>
        <w:ind w:left="0" w:right="0" w:firstLine="0"/>
        <w:jc w:val="center"/>
      </w:pPr>
      <w:r>
        <w:rPr>
          <w:rFonts w:ascii="Arial" w:hAnsi="Arial"/>
          <w:b/>
          <w:color w:val="000000"/>
          <w:sz w:val="56"/>
        </w:rPr>
        <w:t>THE FLOATING HAT</w:t>
      </w:r>
    </w:p>
    <w:p>
      <w:pPr>
        <w:spacing w:before="200"/>
        <w:ind w:left="0" w:right="0" w:firstLine="0"/>
        <w:jc w:val="center"/>
      </w:pPr>
      <w:r>
        <w:rPr>
          <w:rFonts w:ascii="Times New Roman" w:hAnsi="Times New Roman"/>
          <w:i/>
          <w:color w:val="000000"/>
          <w:sz w:val="30"/>
        </w:rPr>
        <w:t>A Play with Songs</w:t>
      </w:r>
    </w:p>
    <w:p>
      <w:pPr>
        <w:spacing w:before="520"/>
        <w:ind w:left="0" w:right="0" w:firstLine="0"/>
        <w:jc w:val="center"/>
      </w:pPr>
      <w:r>
        <w:rPr>
          <w:rFonts w:ascii="Times New Roman" w:hAnsi="Times New Roman"/>
          <w:color w:val="000000"/>
          <w:sz w:val="26"/>
        </w:rPr>
        <w:t>by Steve Hauk</w:t>
      </w:r>
      <w:r>
        <w:rPr>
          <w:color w:val="000000"/>
        </w:rPr>
        <w:br/>
      </w:r>
      <w:r>
        <w:rPr>
          <w:rFonts w:ascii="Times New Roman" w:hAnsi="Times New Roman"/>
          <w:color w:val="000000"/>
          <w:sz w:val="24"/>
        </w:rPr>
        <w:t>&amp;</w:t>
      </w:r>
      <w:r>
        <w:rPr>
          <w:color w:val="000000"/>
        </w:rPr>
        <w:br/>
      </w:r>
      <w:r>
        <w:rPr>
          <w:rFonts w:ascii="Times New Roman" w:hAnsi="Times New Roman"/>
          <w:color w:val="000000"/>
          <w:sz w:val="26"/>
        </w:rPr>
        <w:t>Piotr J. Flatau</w:t>
      </w:r>
      <w:r>
        <w:rPr>
          <w:rStyle w:val="CommentReference"/>
          <w:color w:val="000000"/>
        </w:rPr>
      </w:r>
      <w:r>
        <w:rPr>
          <w:rStyle w:val="CommentReference"/>
          <w:color w:val="000000"/>
        </w:rPr>
      </w:r>
    </w:p>
    <w:p>
      <w:pPr>
        <w:spacing w:before="880"/>
        <w:ind w:left="0" w:right="0" w:firstLine="0"/>
        <w:jc w:val="center"/>
      </w:pPr>
      <w:r>
        <w:rPr>
          <w:rFonts w:ascii="Arial" w:hAnsi="Arial"/>
          <w:color w:val="000000"/>
          <w:sz w:val="18"/>
        </w:rPr>
        <w:t>Copyright Steve Hauk &amp; Piotr J. Flatau</w:t>
      </w:r>
      <w:r>
        <w:rPr>
          <w:rStyle w:val="CommentReference"/>
          <w:color w:val="000000"/>
        </w:rPr>
      </w:r>
    </w:p>
    <w:p>
      <w:pPr>
        <w:spacing w:before="2320"/>
        <w:ind w:left="0" w:right="0" w:firstLine="0"/>
      </w:pPr>
      <w:r>
        <w:rPr>
          <w:rFonts w:ascii="Arial" w:hAnsi="Arial"/>
          <w:color w:val="000000"/>
          <w:sz w:val="18"/>
        </w:rPr>
        <w:t>Steve Hauk  •  haukfa@gmail.com</w:t>
        <w:br/>
        <w:t>Piotr J. Flatau  •  pcirrus@gmail.com</w:t>
      </w:r>
      <w:r>
        <w:rPr>
          <w:rStyle w:val="CommentReference"/>
          <w:color w:val="000000"/>
        </w:rPr>
      </w:r>
    </w:p>
    <w:p>
      <w:pPr>
        <w:ind w:left="0" w:right="0" w:firstLine="0"/>
      </w:pPr>
      <w:r>
        <w:rPr>
          <w:color w:val="000000"/>
        </w:rPr>
      </w:r>
    </w:p>
    <w:p>
      <w:pPr>
        <w:spacing w:after="400"/>
        <w:ind w:left="0" w:right="0" w:firstLine="0"/>
      </w:pPr>
      <w:r>
        <w:rPr>
          <w:rFonts w:ascii="Arial" w:hAnsi="Arial"/>
          <w:b/>
          <w:color w:val="000000"/>
          <w:sz w:val="40"/>
        </w:rPr>
        <w:t>CHARACTERS</w:t>
      </w:r>
    </w:p>
    <w:p>
      <w:pPr>
        <w:pStyle w:val="CastEntry"/>
        <w:spacing w:after="80" w:line="240" w:lineRule="auto"/>
        <w:ind w:left="0" w:right="0" w:firstLine="0"/>
      </w:pPr>
      <w:r>
        <w:rPr>
          <w:rFonts w:ascii="Times New Roman" w:hAnsi="Times New Roman"/>
          <w:b/>
          <w:color w:val="000000"/>
          <w:sz w:val="24"/>
        </w:rPr>
        <w:t>GRANVILLE REDMOND</w:t>
      </w:r>
      <w:r>
        <w:rPr>
          <w:rFonts w:ascii="Times New Roman" w:hAnsi="Times New Roman"/>
          <w:b w:val="0"/>
          <w:i w:val="0"/>
          <w:color w:val="000000"/>
          <w:sz w:val="24"/>
        </w:rPr>
        <w:t xml:space="preserve"> — About fifty; large, powerfully built, slightly overweight, and handsome, with a mane of dark hair beginning to gray and penetrating blue eyes. He wears a smock over a tweed sport coat and open-collared white shirt; he paints left-handed.</w:t>
      </w:r>
    </w:p>
    <w:p>
      <w:pPr>
        <w:pStyle w:val="CastEntry"/>
        <w:spacing w:after="80" w:line="240" w:lineRule="auto"/>
        <w:ind w:left="0" w:right="0" w:firstLine="0"/>
      </w:pPr>
      <w:r>
        <w:rPr>
          <w:rFonts w:ascii="Times New Roman" w:hAnsi="Times New Roman"/>
          <w:b/>
          <w:color w:val="000000"/>
          <w:sz w:val="24"/>
        </w:rPr>
        <w:t>CHARLIE CHAPLIN</w:t>
      </w:r>
      <w:r>
        <w:rPr>
          <w:rFonts w:ascii="Times New Roman" w:hAnsi="Times New Roman"/>
          <w:b w:val="0"/>
          <w:i w:val="0"/>
          <w:color w:val="000000"/>
          <w:sz w:val="24"/>
        </w:rPr>
        <w:t xml:space="preserve"> — Early thirties, youthful and vigorous, with impeccably groomed dark hair and mustache. He wears a gray suit, pressed white shirt, and silver tie; he carries a cane in his left hand and a black derby hat in his right.</w:t>
      </w:r>
    </w:p>
    <w:p>
      <w:pPr>
        <w:pStyle w:val="CastEntry"/>
        <w:spacing w:after="80" w:line="240" w:lineRule="auto"/>
        <w:ind w:left="0" w:right="0" w:firstLine="0"/>
      </w:pPr>
      <w:r>
        <w:rPr>
          <w:rFonts w:ascii="Times New Roman" w:hAnsi="Times New Roman"/>
          <w:b/>
          <w:color w:val="000000"/>
          <w:sz w:val="24"/>
        </w:rPr>
        <w:t>GOTTARDO PIAZZONI</w:t>
      </w:r>
      <w:r>
        <w:rPr>
          <w:rFonts w:ascii="Times New Roman" w:hAnsi="Times New Roman"/>
          <w:b w:val="0"/>
          <w:i w:val="0"/>
          <w:color w:val="000000"/>
          <w:sz w:val="24"/>
        </w:rPr>
        <w:t xml:space="preserve"> — About fifty; similar to Chaplin in appearance, size, and fastidious dress. He wears a suit and gray porkpie hat and carries a cane. He appears in his own light as letters are read; “Piazzoni’s Voice” is heard but not seen. He often announces himself with a few bars of a Ticinese Swiss-Italian tune.</w:t>
      </w:r>
    </w:p>
    <w:p>
      <w:pPr>
        <w:ind w:left="0" w:right="0" w:firstLine="0"/>
        <w:sectPr>
          <w:headerReference w:type="default" r:id="rId9"/>
          <w:footerReference w:type="default" r:id="rId15"/>
          <w:pgSz w:w="12240" w:h="15840"/>
          <w:pgMar w:top="1152" w:right="1440" w:bottom="1080" w:left="1440" w:header="504" w:footer="504" w:gutter="0"/>
          <w:cols w:space="720"/>
          <w:docGrid w:linePitch="360"/>
        </w:sectPr>
      </w:pPr>
    </w:p>
    <w:p>
      <w:pPr>
        <w:keepNext/>
        <w:keepLines/>
        <w:pageBreakBefore/>
        <w:spacing w:before="0" w:after="120" w:line="240" w:lineRule="auto"/>
        <w:ind w:left="0" w:firstLine="0"/>
      </w:pPr>
      <w:r>
        <w:rPr>
          <w:rFonts w:ascii="Times New Roman" w:hAnsi="Times New Roman"/>
          <w:b/>
          <w:i w:val="0"/>
          <w:color w:val="000000"/>
          <w:sz w:val="32"/>
        </w:rPr>
        <w:t>MUSICAL NUMBERS</w:t>
      </w:r>
    </w:p>
    <w:p>
      <w:pPr>
        <w:keepNext/>
        <w:keepLines/>
        <w:spacing w:before="60" w:after="40" w:line="240" w:lineRule="auto"/>
        <w:ind w:left="0" w:firstLine="0"/>
      </w:pPr>
      <w:r>
        <w:rPr>
          <w:rFonts w:ascii="Times New Roman" w:hAnsi="Times New Roman"/>
          <w:b/>
          <w:i w:val="0"/>
          <w:color w:val="000000"/>
          <w:sz w:val="32"/>
        </w:rPr>
        <w:t>ACT I</w:t>
      </w:r>
    </w:p>
    <w:p>
      <w:pPr>
        <w:keepLines/>
        <w:spacing w:before="0" w:after="40" w:line="240" w:lineRule="auto"/>
        <w:ind w:left="0" w:firstLine="0"/>
      </w:pPr>
      <w:r>
        <w:rPr>
          <w:rFonts w:ascii="Times New Roman" w:hAnsi="Times New Roman"/>
          <w:b/>
          <w:i w:val="0"/>
          <w:color w:val="000000"/>
          <w:sz w:val="32"/>
        </w:rPr>
        <w:t>Waltz of Brushes</w:t>
      </w:r>
      <w:r>
        <w:rPr>
          <w:rFonts w:ascii="Times New Roman" w:hAnsi="Times New Roman"/>
          <w:b w:val="0"/>
          <w:i w:val="0"/>
          <w:color w:val="000000"/>
          <w:sz w:val="32"/>
        </w:rPr>
        <w:t xml:space="preserve"> — PIAZZONI</w:t>
      </w:r>
    </w:p>
    <w:p>
      <w:pPr>
        <w:keepLines/>
        <w:spacing w:before="0" w:after="40" w:line="240" w:lineRule="auto"/>
        <w:ind w:left="0" w:firstLine="0"/>
      </w:pPr>
      <w:r>
        <w:rPr>
          <w:rFonts w:ascii="Times New Roman" w:hAnsi="Times New Roman"/>
          <w:b/>
          <w:i w:val="0"/>
          <w:color w:val="000000"/>
          <w:sz w:val="32"/>
        </w:rPr>
        <w:t>Teach Me</w:t>
      </w:r>
      <w:r>
        <w:rPr>
          <w:rFonts w:ascii="Times New Roman" w:hAnsi="Times New Roman"/>
          <w:b w:val="0"/>
          <w:i w:val="0"/>
          <w:color w:val="000000"/>
          <w:sz w:val="32"/>
        </w:rPr>
        <w:t xml:space="preserve"> — CHAPLIN AND REDMOND</w:t>
      </w:r>
    </w:p>
    <w:p>
      <w:pPr>
        <w:keepLines/>
        <w:spacing w:before="0" w:after="40" w:line="240" w:lineRule="auto"/>
        <w:ind w:left="0" w:firstLine="0"/>
      </w:pPr>
      <w:r>
        <w:rPr>
          <w:rFonts w:ascii="Times New Roman" w:hAnsi="Times New Roman"/>
          <w:b/>
          <w:i w:val="0"/>
          <w:color w:val="000000"/>
          <w:sz w:val="32"/>
        </w:rPr>
        <w:t>Mimes</w:t>
      </w:r>
      <w:r>
        <w:rPr>
          <w:rFonts w:ascii="Times New Roman" w:hAnsi="Times New Roman"/>
          <w:b w:val="0"/>
          <w:i w:val="0"/>
          <w:color w:val="000000"/>
          <w:sz w:val="32"/>
        </w:rPr>
        <w:t xml:space="preserve"> — CHAPLIN AND REDMOND</w:t>
      </w:r>
    </w:p>
    <w:p>
      <w:pPr>
        <w:keepLines/>
        <w:spacing w:before="0" w:after="40" w:line="240" w:lineRule="auto"/>
        <w:ind w:left="0" w:firstLine="0"/>
      </w:pPr>
      <w:r>
        <w:rPr>
          <w:rFonts w:ascii="Times New Roman" w:hAnsi="Times New Roman"/>
          <w:b/>
          <w:i w:val="0"/>
          <w:color w:val="000000"/>
          <w:sz w:val="32"/>
        </w:rPr>
        <w:t>Song to Charlie</w:t>
      </w:r>
      <w:r>
        <w:rPr>
          <w:rFonts w:ascii="Times New Roman" w:hAnsi="Times New Roman"/>
          <w:b w:val="0"/>
          <w:i w:val="0"/>
          <w:color w:val="000000"/>
          <w:sz w:val="32"/>
        </w:rPr>
        <w:t xml:space="preserve"> — REDMOND</w:t>
      </w:r>
    </w:p>
    <w:p>
      <w:pPr>
        <w:keepLines/>
        <w:spacing w:before="0" w:after="40" w:line="240" w:lineRule="auto"/>
        <w:ind w:left="0" w:firstLine="0"/>
      </w:pPr>
      <w:r>
        <w:rPr>
          <w:rFonts w:ascii="Times New Roman" w:hAnsi="Times New Roman"/>
          <w:b/>
          <w:i w:val="0"/>
          <w:color w:val="000000"/>
          <w:sz w:val="32"/>
        </w:rPr>
        <w:t>Life of Redmond</w:t>
      </w:r>
      <w:r>
        <w:rPr>
          <w:rFonts w:ascii="Times New Roman" w:hAnsi="Times New Roman"/>
          <w:b w:val="0"/>
          <w:i w:val="0"/>
          <w:color w:val="000000"/>
          <w:sz w:val="32"/>
        </w:rPr>
        <w:t xml:space="preserve"> — REDMOND</w:t>
      </w:r>
    </w:p>
    <w:p>
      <w:pPr>
        <w:keepNext/>
        <w:keepLines/>
        <w:spacing w:before="60" w:after="40" w:line="240" w:lineRule="auto"/>
        <w:ind w:left="0" w:firstLine="0"/>
      </w:pPr>
      <w:r>
        <w:rPr>
          <w:rFonts w:ascii="Times New Roman" w:hAnsi="Times New Roman"/>
          <w:b/>
          <w:i w:val="0"/>
          <w:color w:val="000000"/>
          <w:sz w:val="32"/>
        </w:rPr>
        <w:t>ACT II</w:t>
      </w:r>
    </w:p>
    <w:p>
      <w:pPr>
        <w:keepLines/>
        <w:spacing w:before="0" w:after="40" w:line="240" w:lineRule="auto"/>
        <w:ind w:left="0" w:firstLine="0"/>
      </w:pPr>
      <w:r>
        <w:rPr>
          <w:rFonts w:ascii="Times New Roman" w:hAnsi="Times New Roman"/>
          <w:b/>
          <w:i w:val="0"/>
          <w:color w:val="000000"/>
          <w:sz w:val="32"/>
        </w:rPr>
        <w:t>Paris</w:t>
      </w:r>
      <w:r>
        <w:rPr>
          <w:rFonts w:ascii="Times New Roman" w:hAnsi="Times New Roman"/>
          <w:b w:val="0"/>
          <w:i w:val="0"/>
          <w:color w:val="000000"/>
          <w:sz w:val="32"/>
        </w:rPr>
        <w:t xml:space="preserve"> — REDMOND</w:t>
      </w:r>
    </w:p>
    <w:p>
      <w:pPr>
        <w:keepLines/>
        <w:spacing w:before="0" w:after="40" w:line="240" w:lineRule="auto"/>
        <w:ind w:left="0" w:firstLine="0"/>
      </w:pPr>
      <w:r>
        <w:rPr>
          <w:rFonts w:ascii="Times New Roman" w:hAnsi="Times New Roman"/>
          <w:b/>
          <w:i w:val="0"/>
          <w:color w:val="000000"/>
          <w:sz w:val="32"/>
        </w:rPr>
        <w:t>Tears in the Rain</w:t>
      </w:r>
      <w:r>
        <w:rPr>
          <w:rFonts w:ascii="Times New Roman" w:hAnsi="Times New Roman"/>
          <w:b w:val="0"/>
          <w:i w:val="0"/>
          <w:color w:val="000000"/>
          <w:sz w:val="32"/>
        </w:rPr>
        <w:t xml:space="preserve"> — REDMOND, CHAPLIN, AND PIAZZONI</w:t>
      </w:r>
    </w:p>
    <w:p>
      <w:pPr>
        <w:keepLines/>
        <w:spacing w:before="0" w:after="40" w:line="240" w:lineRule="auto"/>
        <w:ind w:left="0" w:firstLine="0"/>
      </w:pPr>
      <w:r>
        <w:rPr>
          <w:rFonts w:ascii="Times New Roman" w:hAnsi="Times New Roman"/>
          <w:b/>
          <w:i w:val="0"/>
          <w:color w:val="000000"/>
          <w:sz w:val="32"/>
        </w:rPr>
        <w:t>The Mustache</w:t>
      </w:r>
      <w:r>
        <w:rPr>
          <w:rFonts w:ascii="Times New Roman" w:hAnsi="Times New Roman"/>
          <w:b w:val="0"/>
          <w:i w:val="0"/>
          <w:color w:val="000000"/>
          <w:sz w:val="32"/>
        </w:rPr>
        <w:t xml:space="preserve"> — CHAPLIN</w:t>
      </w:r>
    </w:p>
    <w:p>
      <w:pPr>
        <w:keepLines/>
        <w:spacing w:before="0" w:after="40" w:line="240" w:lineRule="auto"/>
        <w:ind w:left="0" w:firstLine="0"/>
      </w:pPr>
      <w:r>
        <w:rPr>
          <w:rFonts w:ascii="Times New Roman" w:hAnsi="Times New Roman"/>
          <w:b/>
          <w:i w:val="0"/>
          <w:color w:val="000000"/>
          <w:sz w:val="32"/>
        </w:rPr>
        <w:t>Talk on the Beach</w:t>
      </w:r>
      <w:r>
        <w:rPr>
          <w:rFonts w:ascii="Times New Roman" w:hAnsi="Times New Roman"/>
          <w:b w:val="0"/>
          <w:i w:val="0"/>
          <w:color w:val="000000"/>
          <w:sz w:val="32"/>
        </w:rPr>
        <w:t xml:space="preserve"> — REDMOND</w:t>
      </w:r>
    </w:p>
    <w:p>
      <w:pPr>
        <w:keepLines/>
        <w:spacing w:before="0" w:after="40" w:line="240" w:lineRule="auto"/>
        <w:ind w:left="0" w:firstLine="0"/>
      </w:pPr>
      <w:r>
        <w:rPr>
          <w:rFonts w:ascii="Times New Roman" w:hAnsi="Times New Roman"/>
          <w:b/>
          <w:i w:val="0"/>
          <w:color w:val="000000"/>
          <w:sz w:val="32"/>
        </w:rPr>
        <w:t>The Entertainer</w:t>
      </w:r>
      <w:r>
        <w:rPr>
          <w:rFonts w:ascii="Times New Roman" w:hAnsi="Times New Roman"/>
          <w:b w:val="0"/>
          <w:i w:val="0"/>
          <w:color w:val="000000"/>
          <w:sz w:val="32"/>
        </w:rPr>
        <w:t xml:space="preserve"> — PIAZZONI, REDMOND, AND CHAPLIN</w:t>
      </w:r>
    </w:p>
    <w:p>
      <w:pPr>
        <w:keepNext/>
        <w:keepLines/>
        <w:spacing w:before="60" w:after="20" w:line="240" w:lineRule="auto"/>
        <w:ind w:left="0" w:firstLine="0"/>
      </w:pPr>
      <w:r>
        <w:rPr>
          <w:rFonts w:ascii="Times New Roman" w:hAnsi="Times New Roman"/>
          <w:b/>
          <w:i w:val="0"/>
          <w:color w:val="000000"/>
          <w:sz w:val="32"/>
        </w:rPr>
        <w:t>MUSIC</w:t>
      </w:r>
    </w:p>
    <w:p>
      <w:pPr>
        <w:keepLines/>
        <w:spacing w:before="0" w:after="40" w:line="240" w:lineRule="auto"/>
        <w:ind w:left="0" w:firstLine="0"/>
      </w:pPr>
      <w:r>
        <w:rPr>
          <w:rFonts w:ascii="Times New Roman" w:hAnsi="Times New Roman"/>
          <w:b w:val="0"/>
          <w:i w:val="0"/>
          <w:color w:val="000000"/>
          <w:sz w:val="32"/>
        </w:rPr>
        <w:t>Victor Nocelli · Scott Joplin · Léo Daniderff</w:t>
      </w:r>
    </w:p>
    <w:p>
      <w:pPr>
        <w:keepNext/>
        <w:keepLines/>
        <w:spacing w:before="60" w:after="20" w:line="240" w:lineRule="auto"/>
        <w:ind w:left="0" w:firstLine="0"/>
      </w:pPr>
      <w:r>
        <w:rPr>
          <w:rFonts w:ascii="Times New Roman" w:hAnsi="Times New Roman"/>
          <w:b/>
          <w:i w:val="0"/>
          <w:color w:val="000000"/>
          <w:sz w:val="32"/>
        </w:rPr>
        <w:t>LYRICS</w:t>
      </w:r>
    </w:p>
    <w:p>
      <w:pPr>
        <w:keepLines/>
        <w:spacing w:before="0" w:after="40" w:line="240" w:lineRule="auto"/>
        <w:ind w:left="0" w:firstLine="0"/>
      </w:pPr>
      <w:r>
        <w:rPr>
          <w:rFonts w:ascii="Times New Roman" w:hAnsi="Times New Roman"/>
          <w:b w:val="0"/>
          <w:i w:val="0"/>
          <w:color w:val="000000"/>
          <w:sz w:val="32"/>
        </w:rPr>
        <w:t>Piotr J. Flatau; “The Mustache” — Marian Hemar</w:t>
      </w:r>
    </w:p>
    <w:p>
      <w:pPr>
        <w:pStyle w:val="ActHeading"/>
        <w:pageBreakBefore/>
        <w:ind w:left="0" w:right="0" w:firstLine="0"/>
      </w:pPr>
      <w:r>
        <w:rPr>
          <w:color w:val="000000"/>
          <w:sz w:val="32"/>
        </w:rPr>
        <w:t>ACT ONE</w:t>
      </w:r>
    </w:p>
    <w:p>
      <w:pPr>
        <w:pStyle w:val="StageDirection"/>
        <w:spacing w:before="60" w:after="100"/>
        <w:ind w:left="0" w:right="0" w:firstLine="0"/>
        <w:jc w:val="left"/>
      </w:pPr>
      <w:r>
        <w:rPr>
          <w:rFonts w:ascii="Times New Roman" w:hAnsi="Times New Roman"/>
          <w:b w:val="0"/>
          <w:i/>
          <w:color w:val="000000"/>
          <w:sz w:val="32"/>
        </w:rPr>
        <w:t>For the beginning, an indeterminate location.</w:t>
      </w:r>
      <w:r>
        <w:rPr>
          <w:rFonts w:ascii="Times New Roman" w:hAnsi="Times New Roman"/>
          <w:b w:val="0"/>
          <w:i/>
          <w:color w:val="000000"/>
          <w:sz w:val="32"/>
        </w:rPr>
        <w:t xml:space="preserve"> During the opening song, in dreamlike light, Charlie Chaplin, cane in left hand, stands behind Granville Redmond, brush in left hand, sitting before an easel, staring at a canvas.</w:t>
      </w:r>
      <w:r>
        <w:rPr>
          <w:rStyle w:val="CommentReference"/>
          <w:rFonts w:ascii="Times New Roman" w:hAnsi="Times New Roman"/>
          <w:i/>
          <w:color w:val="000000"/>
          <w:sz w:val="32"/>
        </w:rPr>
      </w:r>
    </w:p>
    <w:p>
      <w:pPr>
        <w:pStyle w:val="StageDirection"/>
        <w:spacing w:before="60" w:after="100"/>
        <w:ind w:left="0" w:right="0" w:firstLine="0"/>
        <w:jc w:val="left"/>
      </w:pPr>
      <w:r>
        <w:rPr>
          <w:rFonts w:ascii="Times New Roman" w:hAnsi="Times New Roman"/>
          <w:i/>
          <w:color w:val="000000"/>
          <w:sz w:val="32"/>
        </w:rPr>
        <w:t>Gottardo Piazzoni comes on humming a few bars of his song “Lu-fi de-la/foo-yah yu-sca/ de-gon de-yah.” He’s almost a mirror image of Chaplin, small, straight, well dressed. He stops singing the folk ditty, then sings with a slight Italian accent as Chaplin and Redmond remain still.</w:t>
      </w:r>
    </w:p>
    <w:p>
      <w:pPr>
        <w:pStyle w:val="Song"/>
        <w:ind w:left="0" w:right="0" w:firstLine="0"/>
        <w:jc w:val="left"/>
      </w:pPr>
      <w:r>
        <w:rPr>
          <w:rFonts w:ascii="Times New Roman" w:hAnsi="Times New Roman"/>
          <w:b w:val="0"/>
          <w:i w:val="0"/>
          <w:color w:val="000000"/>
          <w:sz w:val="32"/>
        </w:rPr>
        <w:t>PIAZZONI:</w:t>
      </w:r>
    </w:p>
    <w:p>
      <w:pPr>
        <w:pStyle w:val="Song"/>
        <w:ind w:left="0" w:right="0" w:firstLine="0"/>
        <w:jc w:val="left"/>
      </w:pPr>
      <w:r>
        <w:rPr>
          <w:rFonts w:ascii="Times New Roman" w:hAnsi="Times New Roman"/>
          <w:b w:val="0"/>
          <w:i w:val="0"/>
          <w:color w:val="000000"/>
          <w:sz w:val="32"/>
        </w:rPr>
        <w:t>Once in the gallery of art,</w:t>
      </w:r>
      <w:r>
        <w:rPr>
          <w:rFonts w:ascii="Times New Roman" w:hAnsi="Times New Roman"/>
          <w:b w:val="0"/>
          <w:i w:val="0"/>
          <w:color w:val="000000"/>
          <w:sz w:val="32"/>
        </w:rPr>
        <w:br/>
      </w:r>
      <w:r>
        <w:rPr>
          <w:rFonts w:ascii="Times New Roman" w:hAnsi="Times New Roman"/>
          <w:b w:val="0"/>
          <w:i w:val="0"/>
          <w:color w:val="000000"/>
          <w:sz w:val="32"/>
        </w:rPr>
        <w:t>There were paintings of shadows and clouds.</w:t>
      </w:r>
      <w:r>
        <w:rPr>
          <w:rFonts w:ascii="Times New Roman" w:hAnsi="Times New Roman"/>
          <w:b w:val="0"/>
          <w:i w:val="0"/>
          <w:color w:val="000000"/>
          <w:sz w:val="32"/>
        </w:rPr>
        <w:br/>
      </w:r>
      <w:r>
        <w:rPr>
          <w:rFonts w:ascii="Times New Roman" w:hAnsi="Times New Roman"/>
          <w:b w:val="0"/>
          <w:i w:val="0"/>
          <w:color w:val="000000"/>
          <w:sz w:val="32"/>
        </w:rPr>
        <w:t>There were brushes with ochre and greens,</w:t>
      </w:r>
      <w:r>
        <w:rPr>
          <w:rFonts w:ascii="Times New Roman" w:hAnsi="Times New Roman"/>
          <w:b w:val="0"/>
          <w:i w:val="0"/>
          <w:color w:val="000000"/>
          <w:sz w:val="32"/>
        </w:rPr>
        <w:br/>
      </w:r>
      <w:r>
        <w:rPr>
          <w:rFonts w:ascii="Times New Roman" w:hAnsi="Times New Roman"/>
          <w:b w:val="0"/>
          <w:i w:val="0"/>
          <w:color w:val="000000"/>
          <w:sz w:val="32"/>
        </w:rPr>
        <w:t>But they're dry now,</w:t>
      </w:r>
      <w:r>
        <w:rPr>
          <w:rFonts w:ascii="Times New Roman" w:hAnsi="Times New Roman"/>
          <w:b w:val="0"/>
          <w:i w:val="0"/>
          <w:color w:val="000000"/>
          <w:sz w:val="32"/>
        </w:rPr>
        <w:br/>
      </w:r>
      <w:r>
        <w:rPr>
          <w:rFonts w:ascii="Times New Roman" w:hAnsi="Times New Roman"/>
          <w:b w:val="0"/>
          <w:i w:val="0"/>
          <w:color w:val="000000"/>
          <w:sz w:val="32"/>
        </w:rPr>
        <w:t>They sleep and they dream.</w:t>
      </w:r>
    </w:p>
    <w:p>
      <w:pPr>
        <w:pStyle w:val="Song"/>
        <w:ind w:left="0" w:right="0" w:firstLine="0"/>
        <w:jc w:val="left"/>
      </w:pPr>
      <w:r>
        <w:rPr>
          <w:rFonts w:ascii="Times New Roman" w:hAnsi="Times New Roman"/>
          <w:b w:val="0"/>
          <w:i w:val="0"/>
          <w:color w:val="000000"/>
          <w:sz w:val="32"/>
        </w:rPr>
        <w:t>About stories of battles and guns,</w:t>
      </w:r>
      <w:r>
        <w:rPr>
          <w:rFonts w:ascii="Times New Roman" w:hAnsi="Times New Roman"/>
          <w:b w:val="0"/>
          <w:i w:val="0"/>
          <w:color w:val="000000"/>
          <w:sz w:val="32"/>
        </w:rPr>
        <w:br/>
      </w:r>
      <w:r>
        <w:rPr>
          <w:rFonts w:ascii="Times New Roman" w:hAnsi="Times New Roman"/>
          <w:b w:val="0"/>
          <w:i w:val="0"/>
          <w:color w:val="000000"/>
          <w:sz w:val="32"/>
        </w:rPr>
        <w:t>About dunes and Monterey pines,</w:t>
      </w:r>
      <w:r>
        <w:rPr>
          <w:rFonts w:ascii="Times New Roman" w:hAnsi="Times New Roman"/>
          <w:b w:val="0"/>
          <w:i w:val="0"/>
          <w:color w:val="000000"/>
          <w:sz w:val="32"/>
        </w:rPr>
        <w:br/>
      </w:r>
      <w:r>
        <w:rPr>
          <w:rFonts w:ascii="Times New Roman" w:hAnsi="Times New Roman"/>
          <w:b w:val="0"/>
          <w:i w:val="0"/>
          <w:color w:val="000000"/>
          <w:sz w:val="32"/>
        </w:rPr>
        <w:t>Little girls who play hopscotch,</w:t>
      </w:r>
      <w:r>
        <w:rPr>
          <w:rFonts w:ascii="Times New Roman" w:hAnsi="Times New Roman"/>
          <w:b w:val="0"/>
          <w:i w:val="0"/>
          <w:color w:val="000000"/>
          <w:sz w:val="32"/>
        </w:rPr>
        <w:br/>
      </w:r>
      <w:r>
        <w:rPr>
          <w:rFonts w:ascii="Times New Roman" w:hAnsi="Times New Roman"/>
          <w:b w:val="0"/>
          <w:i w:val="0"/>
          <w:color w:val="000000"/>
          <w:sz w:val="32"/>
        </w:rPr>
        <w:t>You don't believe me, Monsieur,</w:t>
      </w:r>
      <w:r>
        <w:rPr>
          <w:rFonts w:ascii="Times New Roman" w:hAnsi="Times New Roman"/>
          <w:b w:val="0"/>
          <w:i w:val="0"/>
          <w:color w:val="000000"/>
          <w:sz w:val="32"/>
        </w:rPr>
        <w:br/>
      </w:r>
      <w:r>
        <w:rPr>
          <w:rFonts w:ascii="Times New Roman" w:hAnsi="Times New Roman"/>
          <w:b w:val="0"/>
          <w:i w:val="0"/>
          <w:color w:val="000000"/>
          <w:sz w:val="32"/>
        </w:rPr>
        <w:t>Oh God.</w:t>
      </w:r>
    </w:p>
    <w:p>
      <w:pPr>
        <w:pStyle w:val="Song"/>
        <w:ind w:left="0" w:right="0" w:firstLine="0"/>
        <w:jc w:val="left"/>
      </w:pPr>
      <w:r>
        <w:rPr>
          <w:rFonts w:ascii="Times New Roman" w:hAnsi="Times New Roman"/>
          <w:b w:val="0"/>
          <w:i w:val="0"/>
          <w:color w:val="000000"/>
          <w:sz w:val="32"/>
        </w:rPr>
        <w:t>There are paintings abandoned and sad,</w:t>
      </w:r>
      <w:r>
        <w:rPr>
          <w:rFonts w:ascii="Times New Roman" w:hAnsi="Times New Roman"/>
          <w:b w:val="0"/>
          <w:i w:val="0"/>
          <w:color w:val="000000"/>
          <w:sz w:val="32"/>
        </w:rPr>
        <w:br/>
      </w:r>
      <w:r>
        <w:rPr>
          <w:rFonts w:ascii="Times New Roman" w:hAnsi="Times New Roman"/>
          <w:b w:val="0"/>
          <w:i w:val="0"/>
          <w:color w:val="000000"/>
          <w:sz w:val="32"/>
        </w:rPr>
        <w:t>In the corner, in inclement light,</w:t>
      </w:r>
      <w:r>
        <w:rPr>
          <w:rFonts w:ascii="Times New Roman" w:hAnsi="Times New Roman"/>
          <w:b w:val="0"/>
          <w:i w:val="0"/>
          <w:color w:val="000000"/>
          <w:sz w:val="32"/>
        </w:rPr>
        <w:br/>
      </w:r>
      <w:r>
        <w:rPr>
          <w:rFonts w:ascii="Times New Roman" w:hAnsi="Times New Roman"/>
          <w:b w:val="0"/>
          <w:i w:val="0"/>
          <w:color w:val="000000"/>
          <w:sz w:val="32"/>
        </w:rPr>
        <w:t>Their story will never be seen,</w:t>
      </w:r>
      <w:r>
        <w:rPr>
          <w:rFonts w:ascii="Times New Roman" w:hAnsi="Times New Roman"/>
          <w:b w:val="0"/>
          <w:i w:val="0"/>
          <w:color w:val="000000"/>
          <w:sz w:val="32"/>
        </w:rPr>
        <w:br/>
      </w:r>
      <w:r>
        <w:rPr>
          <w:rFonts w:ascii="Times New Roman" w:hAnsi="Times New Roman"/>
          <w:b w:val="0"/>
          <w:i w:val="0"/>
          <w:color w:val="000000"/>
          <w:sz w:val="32"/>
        </w:rPr>
        <w:t>You don't believe me, Monsieur,</w:t>
      </w:r>
      <w:r>
        <w:rPr>
          <w:rFonts w:ascii="Times New Roman" w:hAnsi="Times New Roman"/>
          <w:b w:val="0"/>
          <w:i w:val="0"/>
          <w:color w:val="000000"/>
          <w:sz w:val="32"/>
        </w:rPr>
        <w:br/>
      </w:r>
      <w:r>
        <w:rPr>
          <w:rFonts w:ascii="Times New Roman" w:hAnsi="Times New Roman"/>
          <w:b w:val="0"/>
          <w:i w:val="0"/>
          <w:color w:val="000000"/>
          <w:sz w:val="32"/>
        </w:rPr>
        <w:t>Oh God.</w:t>
      </w:r>
    </w:p>
    <w:p>
      <w:pPr>
        <w:pStyle w:val="Song"/>
        <w:ind w:left="0" w:right="0" w:firstLine="0"/>
        <w:jc w:val="left"/>
      </w:pPr>
      <w:r>
        <w:rPr>
          <w:rFonts w:ascii="Times New Roman" w:hAnsi="Times New Roman"/>
          <w:b w:val="0"/>
          <w:i w:val="0"/>
          <w:color w:val="000000"/>
          <w:sz w:val="32"/>
        </w:rPr>
        <w:t>Let us dance that waltz with the stars</w:t>
      </w:r>
      <w:r>
        <w:rPr>
          <w:rFonts w:ascii="Times New Roman" w:hAnsi="Times New Roman"/>
          <w:b w:val="0"/>
          <w:i w:val="0"/>
          <w:color w:val="000000"/>
          <w:sz w:val="32"/>
        </w:rPr>
        <w:br/>
      </w:r>
      <w:r>
        <w:rPr>
          <w:rFonts w:ascii="Times New Roman" w:hAnsi="Times New Roman"/>
          <w:b w:val="0"/>
          <w:i w:val="0"/>
          <w:color w:val="000000"/>
          <w:sz w:val="32"/>
        </w:rPr>
        <w:t>Let me bow at the turpentine cans,</w:t>
      </w:r>
      <w:r>
        <w:rPr>
          <w:rFonts w:ascii="Times New Roman" w:hAnsi="Times New Roman"/>
          <w:b w:val="0"/>
          <w:i w:val="0"/>
          <w:color w:val="000000"/>
          <w:sz w:val="32"/>
        </w:rPr>
        <w:br/>
      </w:r>
      <w:r>
        <w:rPr>
          <w:rFonts w:ascii="Times New Roman" w:hAnsi="Times New Roman"/>
          <w:b w:val="0"/>
          <w:i w:val="0"/>
          <w:color w:val="000000"/>
          <w:sz w:val="32"/>
        </w:rPr>
        <w:t>On the throne of papier-mâché,</w:t>
      </w:r>
      <w:r>
        <w:rPr>
          <w:rFonts w:ascii="Times New Roman" w:hAnsi="Times New Roman"/>
          <w:b w:val="0"/>
          <w:i w:val="0"/>
          <w:color w:val="000000"/>
          <w:sz w:val="32"/>
        </w:rPr>
        <w:br/>
      </w:r>
      <w:r>
        <w:rPr>
          <w:rFonts w:ascii="Times New Roman" w:hAnsi="Times New Roman"/>
          <w:b w:val="0"/>
          <w:i w:val="0"/>
          <w:color w:val="000000"/>
          <w:sz w:val="32"/>
        </w:rPr>
        <w:t>There is a jester</w:t>
      </w:r>
      <w:r>
        <w:rPr>
          <w:rFonts w:ascii="Times New Roman" w:hAnsi="Times New Roman"/>
          <w:b w:val="0"/>
          <w:i w:val="0"/>
          <w:color w:val="000000"/>
          <w:sz w:val="32"/>
        </w:rPr>
        <w:br/>
      </w:r>
      <w:r>
        <w:rPr>
          <w:rFonts w:ascii="Times New Roman" w:hAnsi="Times New Roman"/>
          <w:b w:val="0"/>
          <w:i w:val="0"/>
          <w:color w:val="000000"/>
          <w:sz w:val="32"/>
        </w:rPr>
        <w:t>Oh yes, Monsieur.</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Charlie, I introduce Granville Seymour Redmond, friend and artist. </w:t>
      </w:r>
      <w:r>
        <w:rPr>
          <w:rFonts w:ascii="Times New Roman" w:hAnsi="Times New Roman"/>
          <w:b w:val="0"/>
          <w:i w:val="0"/>
          <w:color w:val="000000"/>
          <w:sz w:val="32"/>
        </w:rPr>
        <w:t xml:space="preserve">Recently relocated to Los Angeles. </w:t>
      </w:r>
      <w:r>
        <w:rPr>
          <w:rFonts w:ascii="Times New Roman" w:hAnsi="Times New Roman"/>
          <w:b w:val="0"/>
          <w:i w:val="0"/>
          <w:color w:val="000000"/>
          <w:sz w:val="32"/>
        </w:rPr>
      </w:r>
      <w:r>
        <w:rPr>
          <w:rFonts w:ascii="Times New Roman" w:hAnsi="Times New Roman"/>
          <w:b w:val="0"/>
          <w:i w:val="0"/>
          <w:color w:val="000000"/>
          <w:sz w:val="32"/>
        </w:rPr>
      </w:r>
      <w:r>
        <w:rPr>
          <w:rFonts w:ascii="Times New Roman" w:hAnsi="Times New Roman"/>
          <w:b w:val="0"/>
          <w:i w:val="0"/>
          <w:color w:val="000000"/>
          <w:sz w:val="32"/>
        </w:rPr>
      </w:r>
      <w:r>
        <w:rPr>
          <w:rFonts w:ascii="Times New Roman" w:hAnsi="Times New Roman"/>
          <w:b w:val="0"/>
          <w:i w:val="0"/>
          <w:color w:val="000000"/>
          <w:sz w:val="32"/>
        </w:rPr>
        <w:t>L</w:t>
      </w:r>
      <w:r>
        <w:rPr>
          <w:rFonts w:ascii="Times New Roman" w:hAnsi="Times New Roman"/>
          <w:b w:val="0"/>
          <w:i w:val="0"/>
          <w:color w:val="000000"/>
          <w:sz w:val="32"/>
        </w:rPr>
        <w:t xml:space="preserve">ooking for a temporary place to paint until he finds a studio. You once told me you had space on your studio lot. Could you help him </w:t>
      </w:r>
      <w:r>
        <w:rPr>
          <w:rFonts w:ascii="Times New Roman" w:hAnsi="Times New Roman"/>
          <w:b w:val="0"/>
          <w:i w:val="0"/>
          <w:color w:val="000000"/>
          <w:sz w:val="32"/>
        </w:rPr>
        <w:t>for now</w:t>
      </w:r>
      <w:r>
        <w:rPr>
          <w:rFonts w:ascii="Times New Roman" w:hAnsi="Times New Roman"/>
          <w:b w:val="0"/>
          <w:i w:val="0"/>
          <w:color w:val="000000"/>
          <w:sz w:val="32"/>
        </w:rPr>
        <w:t>?</w:t>
      </w:r>
      <w:r>
        <w:rPr>
          <w:rStyle w:val="CommentReference"/>
          <w:color w:val="000000"/>
          <w:sz w:val="32"/>
        </w:rPr>
      </w:r>
    </w:p>
    <w:p>
      <w:pPr>
        <w:pStyle w:val="Dialogue"/>
        <w:keepLines/>
        <w:spacing w:before="40" w:after="120" w:line="259" w:lineRule="auto"/>
        <w:ind w:left="0" w:right="0" w:firstLine="0"/>
        <w:jc w:val="left"/>
      </w:pPr>
      <w:r>
        <w:rPr>
          <w:rFonts w:ascii="Times New Roman" w:hAnsi="Times New Roman"/>
          <w:b w:val="0"/>
          <w:i w:val="0"/>
          <w:color w:val="000000"/>
          <w:sz w:val="32"/>
        </w:rPr>
        <w:t>People say they feel silence in his work. Perhaps they</w:t>
      </w:r>
      <w:r>
        <w:rPr>
          <w:rFonts w:ascii="Times New Roman" w:hAnsi="Times New Roman"/>
          <w:b w:val="0"/>
          <w:i w:val="0"/>
          <w:color w:val="000000"/>
          <w:sz w:val="32"/>
        </w:rPr>
        <w:t>’</w:t>
      </w:r>
      <w:r>
        <w:rPr>
          <w:rFonts w:ascii="Times New Roman" w:hAnsi="Times New Roman"/>
          <w:b w:val="0"/>
          <w:i w:val="0"/>
          <w:color w:val="000000"/>
          <w:sz w:val="32"/>
        </w:rPr>
        <w:t xml:space="preserve">re simply reading what they know about him into his painting... </w:t>
      </w:r>
      <w:r>
        <w:rPr>
          <w:rFonts w:ascii="Times New Roman" w:hAnsi="Times New Roman"/>
          <w:b w:val="0"/>
          <w:i w:val="0"/>
          <w:color w:val="000000"/>
          <w:sz w:val="32"/>
        </w:rPr>
        <w:t>He’</w:t>
      </w:r>
      <w:r>
        <w:rPr>
          <w:rFonts w:ascii="Times New Roman" w:hAnsi="Times New Roman"/>
          <w:b w:val="0"/>
          <w:i w:val="0"/>
          <w:color w:val="000000"/>
          <w:sz w:val="32"/>
        </w:rPr>
        <w:t xml:space="preserve">s attracted to the landscape </w:t>
      </w:r>
      <w:r>
        <w:rPr>
          <w:rFonts w:ascii="Times New Roman" w:hAnsi="Times New Roman"/>
          <w:b w:val="0"/>
          <w:i w:val="0"/>
          <w:color w:val="000000"/>
          <w:sz w:val="32"/>
        </w:rPr>
        <w:t xml:space="preserve">— </w:t>
      </w:r>
      <w:r>
        <w:rPr>
          <w:rFonts w:ascii="Times New Roman" w:hAnsi="Times New Roman"/>
          <w:b w:val="0"/>
          <w:i w:val="0"/>
          <w:color w:val="000000"/>
          <w:sz w:val="32"/>
        </w:rPr>
        <w:t xml:space="preserve">dreams of building a studio someday “at the foot of </w:t>
      </w:r>
      <w:r>
        <w:rPr>
          <w:rFonts w:ascii="Times New Roman" w:hAnsi="Times New Roman"/>
          <w:b w:val="0"/>
          <w:i/>
          <w:color w:val="000000"/>
          <w:sz w:val="32"/>
        </w:rPr>
        <w:t>rolling</w:t>
      </w:r>
      <w:r>
        <w:rPr>
          <w:rFonts w:ascii="Times New Roman" w:hAnsi="Times New Roman"/>
          <w:b w:val="0"/>
          <w:i/>
          <w:color w:val="000000"/>
          <w:sz w:val="32"/>
        </w:rPr>
        <w:t xml:space="preserve"> </w:t>
      </w:r>
      <w:r>
        <w:rPr>
          <w:rFonts w:ascii="Times New Roman" w:hAnsi="Times New Roman"/>
          <w:b w:val="0"/>
          <w:i w:val="0"/>
          <w:color w:val="000000"/>
          <w:sz w:val="32"/>
        </w:rPr>
        <w:t xml:space="preserve">hills.’’ </w:t>
      </w:r>
      <w:r>
        <w:rPr>
          <w:rFonts w:ascii="Times New Roman" w:hAnsi="Times New Roman"/>
          <w:b w:val="0"/>
          <w:i/>
          <w:color w:val="000000"/>
          <w:sz w:val="32"/>
        </w:rPr>
        <w:t>(Pause.)</w:t>
      </w:r>
      <w:r>
        <w:rPr>
          <w:rFonts w:ascii="Times New Roman" w:hAnsi="Times New Roman"/>
          <w:b w:val="0"/>
          <w:i/>
          <w:color w:val="000000"/>
          <w:sz w:val="32"/>
        </w:rPr>
        <w:t xml:space="preserve">  </w:t>
      </w:r>
      <w:r>
        <w:rPr>
          <w:rFonts w:ascii="Times New Roman" w:hAnsi="Times New Roman"/>
          <w:b w:val="0"/>
          <w:i w:val="0"/>
          <w:color w:val="000000"/>
          <w:sz w:val="32"/>
        </w:rPr>
        <w:t>M</w:t>
      </w:r>
      <w:r>
        <w:rPr>
          <w:rFonts w:ascii="Times New Roman" w:hAnsi="Times New Roman"/>
          <w:b w:val="0"/>
          <w:i w:val="0"/>
          <w:color w:val="000000"/>
          <w:sz w:val="32"/>
        </w:rPr>
        <w:t xml:space="preserve">ight </w:t>
      </w:r>
      <w:r>
        <w:rPr>
          <w:rFonts w:ascii="Times New Roman" w:hAnsi="Times New Roman"/>
          <w:b w:val="0"/>
          <w:i w:val="0"/>
          <w:color w:val="000000"/>
          <w:sz w:val="32"/>
        </w:rPr>
        <w:t xml:space="preserve">you </w:t>
      </w:r>
      <w:r>
        <w:rPr>
          <w:rFonts w:ascii="Times New Roman" w:hAnsi="Times New Roman"/>
          <w:b w:val="0"/>
          <w:i w:val="0"/>
          <w:color w:val="000000"/>
          <w:sz w:val="32"/>
        </w:rPr>
        <w:t>find parts for him in your films? He</w:t>
      </w:r>
      <w:r>
        <w:rPr>
          <w:rFonts w:ascii="Times New Roman" w:hAnsi="Times New Roman"/>
          <w:b w:val="0"/>
          <w:i w:val="0"/>
          <w:color w:val="000000"/>
          <w:sz w:val="32"/>
        </w:rPr>
        <w:t>’</w:t>
      </w:r>
      <w:r>
        <w:rPr>
          <w:rFonts w:ascii="Times New Roman" w:hAnsi="Times New Roman"/>
          <w:b w:val="0"/>
          <w:i w:val="0"/>
          <w:color w:val="000000"/>
          <w:sz w:val="32"/>
        </w:rPr>
        <w:t xml:space="preserve">s a talented pantomimist. </w:t>
      </w:r>
    </w:p>
    <w:p>
      <w:pPr>
        <w:pStyle w:val="Dialogue"/>
        <w:keepLines/>
        <w:spacing w:before="40" w:after="120" w:line="259" w:lineRule="auto"/>
        <w:ind w:left="0" w:right="0" w:firstLine="0"/>
        <w:jc w:val="left"/>
      </w:pPr>
      <w:r>
        <w:rPr>
          <w:rFonts w:ascii="Times New Roman" w:hAnsi="Times New Roman"/>
          <w:b w:val="0"/>
          <w:i w:val="0"/>
          <w:color w:val="000000"/>
          <w:sz w:val="32"/>
        </w:rPr>
        <w:t>Oh</w:t>
      </w:r>
      <w:r>
        <w:rPr>
          <w:rFonts w:ascii="Times New Roman" w:hAnsi="Times New Roman"/>
          <w:b w:val="0"/>
          <w:i w:val="0"/>
          <w:color w:val="000000"/>
          <w:sz w:val="32"/>
        </w:rPr>
        <w:t>, don’t tell him you feel a silence in his work — irritates him.</w:t>
      </w:r>
    </w:p>
    <w:p>
      <w:pPr>
        <w:pStyle w:val="Dialogue"/>
        <w:keepLines/>
        <w:spacing w:before="40" w:after="120" w:line="259" w:lineRule="auto"/>
        <w:ind w:left="0" w:right="0" w:firstLine="0"/>
        <w:jc w:val="left"/>
      </w:pPr>
      <w:r>
        <w:rPr>
          <w:rFonts w:ascii="Times New Roman" w:hAnsi="Times New Roman"/>
          <w:b w:val="0"/>
          <w:i w:val="0"/>
          <w:color w:val="000000"/>
          <w:sz w:val="32"/>
        </w:rPr>
        <w:t>Sincerely, Gottardo Piazzoni.</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(Coming forward)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Dear Gottardo, we</w:t>
      </w:r>
      <w:r>
        <w:rPr>
          <w:rFonts w:ascii="Times New Roman" w:hAnsi="Times New Roman"/>
          <w:b w:val="0"/>
          <w:i w:val="0"/>
          <w:color w:val="000000"/>
          <w:sz w:val="32"/>
        </w:rPr>
        <w:t>’ve met</w:t>
      </w:r>
      <w:r>
        <w:rPr>
          <w:rFonts w:ascii="Times New Roman" w:hAnsi="Times New Roman"/>
          <w:b w:val="0"/>
          <w:i w:val="0"/>
          <w:color w:val="000000"/>
          <w:sz w:val="32"/>
        </w:rPr>
        <w:t xml:space="preserve">! We’re </w:t>
      </w:r>
      <w:r>
        <w:rPr>
          <w:rFonts w:ascii="Times New Roman" w:hAnsi="Times New Roman"/>
          <w:b w:val="0"/>
          <w:i w:val="0"/>
          <w:color w:val="000000"/>
          <w:sz w:val="32"/>
        </w:rPr>
        <w:t>getting along though we can’t talk</w:t>
      </w:r>
      <w:r>
        <w:rPr>
          <w:rFonts w:ascii="Times New Roman" w:hAnsi="Times New Roman"/>
          <w:b w:val="0"/>
          <w:i w:val="0"/>
          <w:color w:val="000000"/>
          <w:sz w:val="32"/>
        </w:rPr>
        <w:t xml:space="preserve"> — y</w:t>
      </w:r>
      <w:r>
        <w:rPr>
          <w:rFonts w:ascii="Times New Roman" w:hAnsi="Times New Roman"/>
          <w:b w:val="0"/>
          <w:i w:val="0"/>
          <w:color w:val="000000"/>
          <w:sz w:val="32"/>
        </w:rPr>
        <w:t xml:space="preserve">ou forgot to tell me he’s deaf and mute! </w:t>
      </w:r>
      <w:r>
        <w:rPr>
          <w:rFonts w:ascii="Times New Roman" w:hAnsi="Times New Roman"/>
          <w:b w:val="0"/>
          <w:i w:val="0"/>
          <w:color w:val="000000"/>
          <w:sz w:val="32"/>
        </w:rPr>
        <w:t xml:space="preserve">But of course that’s my world </w:t>
      </w:r>
      <w:r>
        <w:rPr>
          <w:rFonts w:ascii="Times New Roman" w:hAnsi="Times New Roman"/>
          <w:b w:val="0"/>
          <w:i w:val="0"/>
          <w:color w:val="000000"/>
          <w:sz w:val="32"/>
        </w:rPr>
        <w:t>too</w:t>
      </w:r>
      <w:r>
        <w:rPr>
          <w:rFonts w:ascii="Times New Roman" w:hAnsi="Times New Roman"/>
          <w:b w:val="0"/>
          <w:i w:val="0"/>
          <w:color w:val="000000"/>
          <w:sz w:val="32"/>
        </w:rPr>
        <w:t xml:space="preserve">. I chose it, he didn’t. I told him he could paint here </w:t>
      </w:r>
      <w:r>
        <w:rPr>
          <w:rFonts w:ascii="Times New Roman" w:hAnsi="Times New Roman"/>
          <w:b w:val="0"/>
          <w:i w:val="0"/>
          <w:color w:val="000000"/>
          <w:sz w:val="32"/>
        </w:rPr>
        <w:t xml:space="preserve">on the film lot </w:t>
      </w:r>
      <w:r>
        <w:rPr>
          <w:rFonts w:ascii="Times New Roman" w:hAnsi="Times New Roman"/>
          <w:b w:val="0"/>
          <w:i w:val="0"/>
          <w:color w:val="000000"/>
          <w:sz w:val="32"/>
        </w:rPr>
        <w:t>til</w:t>
      </w:r>
      <w:r>
        <w:rPr>
          <w:rFonts w:ascii="Times New Roman" w:hAnsi="Times New Roman"/>
          <w:b w:val="0"/>
          <w:i w:val="0"/>
          <w:color w:val="000000"/>
          <w:sz w:val="32"/>
        </w:rPr>
        <w:t>l</w:t>
      </w:r>
      <w:r>
        <w:rPr>
          <w:rFonts w:ascii="Times New Roman" w:hAnsi="Times New Roman"/>
          <w:b w:val="0"/>
          <w:i w:val="0"/>
          <w:color w:val="000000"/>
          <w:sz w:val="32"/>
        </w:rPr>
        <w:t xml:space="preserve"> he finds his dream studio.</w:t>
      </w:r>
      <w:r>
        <w:rPr>
          <w:rFonts w:ascii="Times New Roman" w:hAnsi="Times New Roman"/>
          <w:b w:val="0"/>
          <w:i w:val="0"/>
          <w:color w:val="000000"/>
          <w:sz w:val="32"/>
        </w:rPr>
        <w:t xml:space="preserve"> </w:t>
      </w:r>
      <w:r>
        <w:rPr>
          <w:rFonts w:ascii="Times New Roman" w:hAnsi="Times New Roman"/>
          <w:b w:val="0"/>
          <w:i w:val="0"/>
          <w:color w:val="000000"/>
          <w:sz w:val="32"/>
        </w:rPr>
        <w:t>Meanwhile, we’re having fun — I think!</w:t>
      </w:r>
      <w:r>
        <w:rPr>
          <w:rStyle w:val="CommentReference"/>
          <w:color w:val="000000"/>
          <w:sz w:val="32"/>
        </w:rPr>
      </w:r>
      <w:r>
        <w:rPr>
          <w:rFonts w:ascii="Times New Roman" w:hAnsi="Times New Roman"/>
          <w:color w:val="000000"/>
          <w:sz w:val="32"/>
        </w:rPr>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 xml:space="preserve">Chaplin studies painting from several angles, holds his hands up to </w:t>
      </w:r>
      <w:r>
        <w:rPr>
          <w:rFonts w:ascii="Times New Roman" w:hAnsi="Times New Roman"/>
          <w:b w:val="0"/>
          <w:i/>
          <w:color w:val="000000"/>
          <w:sz w:val="32"/>
        </w:rPr>
        <w:t>frame it.</w:t>
      </w:r>
      <w:r>
        <w:rPr>
          <w:rFonts w:ascii="Times New Roman" w:hAnsi="Times New Roman"/>
          <w:b w:val="0"/>
          <w:i/>
          <w:color w:val="000000"/>
          <w:sz w:val="32"/>
        </w:rPr>
        <w:t xml:space="preserve"> </w:t>
      </w:r>
      <w:r>
        <w:rPr>
          <w:rFonts w:ascii="Times New Roman" w:hAnsi="Times New Roman"/>
          <w:b w:val="0"/>
          <w:i/>
          <w:color w:val="000000"/>
          <w:sz w:val="32"/>
        </w:rPr>
        <w:t>Redmond leans back to study painting, flipping brush back in his painting hand — his left hand. Chaplin pantomimes being hit in eye by paint. Redmond leans forward to paint.</w:t>
      </w:r>
      <w:r>
        <w:rPr>
          <w:rFonts w:ascii="Times New Roman" w:hAnsi="Times New Roman"/>
          <w:b w:val="0"/>
          <w:i/>
          <w:color w:val="000000"/>
          <w:sz w:val="32"/>
        </w:rPr>
        <w:t>)</w:t>
      </w:r>
      <w:r>
        <w:rPr>
          <w:rFonts w:ascii="Times New Roman" w:hAnsi="Times New Roman"/>
          <w:b w:val="0"/>
          <w:i/>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(Good-naturedly cleaning his eye with a handkerchief)</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V</w:t>
      </w:r>
      <w:r>
        <w:rPr>
          <w:rFonts w:ascii="Times New Roman" w:hAnsi="Times New Roman"/>
          <w:b w:val="0"/>
          <w:i w:val="0"/>
          <w:color w:val="000000"/>
          <w:sz w:val="32"/>
        </w:rPr>
        <w:t xml:space="preserve">isited his home. </w:t>
      </w:r>
      <w:r>
        <w:rPr>
          <w:rFonts w:ascii="Times New Roman" w:hAnsi="Times New Roman"/>
          <w:b w:val="0"/>
          <w:i w:val="0"/>
          <w:color w:val="000000"/>
          <w:sz w:val="32"/>
        </w:rPr>
        <w:t>P</w:t>
      </w:r>
      <w:r>
        <w:rPr>
          <w:rFonts w:ascii="Times New Roman" w:hAnsi="Times New Roman"/>
          <w:b w:val="0"/>
          <w:i w:val="0"/>
          <w:color w:val="000000"/>
          <w:sz w:val="32"/>
        </w:rPr>
        <w:t>aint</w:t>
      </w:r>
      <w:r>
        <w:rPr>
          <w:rFonts w:ascii="Times New Roman" w:hAnsi="Times New Roman"/>
          <w:b w:val="0"/>
          <w:i w:val="0"/>
          <w:color w:val="000000"/>
          <w:sz w:val="32"/>
        </w:rPr>
        <w:t>s</w:t>
      </w:r>
      <w:r>
        <w:rPr>
          <w:rFonts w:ascii="Times New Roman" w:hAnsi="Times New Roman"/>
          <w:b w:val="0"/>
          <w:i w:val="0"/>
          <w:color w:val="000000"/>
          <w:sz w:val="32"/>
        </w:rPr>
        <w:t xml:space="preserve"> in cramped quarters, </w:t>
      </w:r>
      <w:r>
        <w:rPr>
          <w:rFonts w:ascii="Times New Roman" w:hAnsi="Times New Roman"/>
          <w:b w:val="0"/>
          <w:i w:val="0"/>
          <w:color w:val="000000"/>
          <w:sz w:val="32"/>
        </w:rPr>
        <w:t xml:space="preserve">terrible light, </w:t>
      </w:r>
      <w:r>
        <w:rPr>
          <w:rFonts w:ascii="Times New Roman" w:hAnsi="Times New Roman"/>
          <w:b w:val="0"/>
          <w:i w:val="0"/>
          <w:color w:val="000000"/>
          <w:sz w:val="32"/>
        </w:rPr>
        <w:t>children running through the room —</w:t>
      </w:r>
      <w:r>
        <w:rPr>
          <w:rFonts w:ascii="Times New Roman" w:hAnsi="Times New Roman"/>
          <w:b w:val="0"/>
          <w:i w:val="0"/>
          <w:color w:val="000000"/>
          <w:sz w:val="32"/>
        </w:rPr>
        <w:t xml:space="preserve"> h</w:t>
      </w:r>
      <w:r>
        <w:rPr>
          <w:rFonts w:ascii="Times New Roman" w:hAnsi="Times New Roman"/>
          <w:b w:val="0"/>
          <w:i w:val="0"/>
          <w:color w:val="000000"/>
          <w:sz w:val="32"/>
        </w:rPr>
        <w:t>is wife</w:t>
      </w:r>
      <w:r>
        <w:rPr>
          <w:rFonts w:ascii="Times New Roman" w:hAnsi="Times New Roman"/>
          <w:b w:val="0"/>
          <w:i w:val="0"/>
          <w:color w:val="000000"/>
          <w:sz w:val="32"/>
        </w:rPr>
        <w:t xml:space="preserve"> </w:t>
      </w:r>
      <w:r>
        <w:rPr>
          <w:rFonts w:ascii="Times New Roman" w:hAnsi="Times New Roman"/>
          <w:b w:val="0"/>
          <w:i w:val="0"/>
          <w:color w:val="000000"/>
          <w:sz w:val="32"/>
        </w:rPr>
        <w:t>Carrie tries to control them but</w:t>
      </w:r>
      <w:r>
        <w:rPr>
          <w:rFonts w:ascii="Times New Roman" w:hAnsi="Times New Roman"/>
          <w:b w:val="0"/>
          <w:i w:val="0"/>
          <w:color w:val="000000"/>
          <w:sz w:val="32"/>
        </w:rPr>
        <w:t xml:space="preserve"> </w:t>
      </w:r>
      <w:r>
        <w:rPr>
          <w:rFonts w:ascii="Times New Roman" w:hAnsi="Times New Roman"/>
          <w:b w:val="0"/>
          <w:i w:val="0"/>
          <w:color w:val="000000"/>
          <w:sz w:val="32"/>
        </w:rPr>
        <w:t xml:space="preserve">it’s a home, not a studio... </w:t>
      </w:r>
      <w:r>
        <w:rPr>
          <w:rFonts w:ascii="Times New Roman" w:hAnsi="Times New Roman"/>
          <w:b w:val="0"/>
          <w:i w:val="0"/>
          <w:color w:val="000000"/>
          <w:sz w:val="32"/>
        </w:rPr>
        <w:t xml:space="preserve">Anyway, </w:t>
      </w:r>
      <w:r>
        <w:rPr>
          <w:rFonts w:ascii="Times New Roman" w:hAnsi="Times New Roman"/>
          <w:b w:val="0"/>
          <w:i w:val="0"/>
          <w:color w:val="000000"/>
          <w:sz w:val="32"/>
        </w:rPr>
        <w:t>can spare this space</w:t>
      </w:r>
      <w:r>
        <w:rPr>
          <w:rFonts w:ascii="Times New Roman" w:hAnsi="Times New Roman"/>
          <w:b w:val="0"/>
          <w:i w:val="0"/>
          <w:color w:val="000000"/>
          <w:sz w:val="32"/>
        </w:rPr>
        <w:t xml:space="preserve"> for a week or two.</w:t>
      </w:r>
    </w:p>
    <w:p>
      <w:pPr>
        <w:pStyle w:val="StageDirection"/>
        <w:spacing w:before="60" w:after="100"/>
        <w:ind w:left="0" w:right="0" w:firstLine="0"/>
        <w:jc w:val="left"/>
      </w:pPr>
      <w:r>
        <w:rPr>
          <w:rFonts w:ascii="Times New Roman" w:hAnsi="Times New Roman"/>
          <w:b w:val="0"/>
          <w:i/>
          <w:color w:val="000000"/>
          <w:sz w:val="32"/>
        </w:rPr>
        <w:t xml:space="preserve">(Piazzoni goes off, singing </w:t>
      </w:r>
      <w:r>
        <w:rPr>
          <w:rFonts w:ascii="Times New Roman" w:hAnsi="Times New Roman"/>
          <w:b w:val="0"/>
          <w:i/>
          <w:color w:val="000000"/>
          <w:sz w:val="32"/>
        </w:rPr>
        <w:t>a refrain from his opening</w:t>
      </w:r>
      <w:r>
        <w:rPr>
          <w:rFonts w:ascii="Times New Roman" w:hAnsi="Times New Roman"/>
          <w:b w:val="0"/>
          <w:i/>
          <w:color w:val="000000"/>
          <w:sz w:val="32"/>
        </w:rPr>
        <w:t xml:space="preserve"> song.)</w:t>
      </w:r>
    </w:p>
    <w:p>
      <w:pPr>
        <w:pStyle w:val="StageDirection"/>
        <w:spacing w:before="60" w:after="100"/>
        <w:ind w:left="0" w:right="0" w:firstLine="0"/>
        <w:jc w:val="left"/>
      </w:pPr>
      <w:r>
        <w:rPr>
          <w:rFonts w:ascii="Times New Roman" w:hAnsi="Times New Roman"/>
          <w:b w:val="0"/>
          <w:i/>
          <w:color w:val="000000"/>
          <w:sz w:val="32"/>
        </w:rPr>
        <w:t xml:space="preserve">(Redmond gestures dramatically at painting. Chaplin nods, studies </w:t>
      </w:r>
      <w:r>
        <w:rPr>
          <w:rFonts w:ascii="Times New Roman" w:hAnsi="Times New Roman"/>
          <w:b w:val="0"/>
          <w:i/>
          <w:color w:val="000000"/>
          <w:sz w:val="32"/>
        </w:rPr>
        <w:t>it</w:t>
      </w:r>
      <w:r>
        <w:rPr>
          <w:rFonts w:ascii="Times New Roman" w:hAnsi="Times New Roman"/>
          <w:b w:val="0"/>
          <w:i/>
          <w:color w:val="000000"/>
          <w:sz w:val="32"/>
        </w:rPr>
        <w:t xml:space="preserve"> intently.</w:t>
      </w:r>
      <w:r>
        <w:rPr>
          <w:rFonts w:ascii="Times New Roman" w:hAnsi="Times New Roman"/>
          <w:b w:val="0"/>
          <w:i/>
          <w:color w:val="000000"/>
          <w:sz w:val="32"/>
        </w:rPr>
        <w:t xml:space="preserve"> </w:t>
      </w:r>
      <w:r>
        <w:rPr>
          <w:rFonts w:ascii="Times New Roman" w:hAnsi="Times New Roman"/>
          <w:b w:val="0"/>
          <w:i/>
          <w:color w:val="000000"/>
          <w:sz w:val="32"/>
        </w:rPr>
        <w:t>Redmond stands</w:t>
      </w:r>
      <w:r>
        <w:rPr>
          <w:rFonts w:ascii="Times New Roman" w:hAnsi="Times New Roman"/>
          <w:b w:val="0"/>
          <w:i/>
          <w:color w:val="000000"/>
          <w:sz w:val="32"/>
        </w:rPr>
        <w:t xml:space="preserve">, </w:t>
      </w:r>
      <w:r>
        <w:rPr>
          <w:rFonts w:ascii="Times New Roman" w:hAnsi="Times New Roman"/>
          <w:b w:val="0"/>
          <w:i/>
          <w:color w:val="000000"/>
          <w:sz w:val="32"/>
        </w:rPr>
        <w:t xml:space="preserve">takes Chaplin’s cane from </w:t>
      </w:r>
      <w:r>
        <w:rPr>
          <w:rFonts w:ascii="Times New Roman" w:hAnsi="Times New Roman"/>
          <w:b w:val="0"/>
          <w:i/>
          <w:color w:val="000000"/>
          <w:sz w:val="32"/>
        </w:rPr>
        <w:t>him, and</w:t>
      </w:r>
      <w:r>
        <w:rPr>
          <w:rFonts w:ascii="Times New Roman" w:hAnsi="Times New Roman"/>
          <w:b w:val="0"/>
          <w:i/>
          <w:color w:val="000000"/>
          <w:sz w:val="32"/>
        </w:rPr>
        <w:t>, as Chaplin, preoccupied, continues to study the painting, Redmond twirls cane, pulls off many stunts and routines</w:t>
      </w:r>
      <w:r>
        <w:rPr>
          <w:rFonts w:ascii="Times New Roman" w:hAnsi="Times New Roman"/>
          <w:b w:val="0"/>
          <w:i/>
          <w:color w:val="000000"/>
          <w:sz w:val="32"/>
        </w:rPr>
        <w:t xml:space="preserve"> </w:t>
      </w:r>
      <w:r>
        <w:rPr>
          <w:rFonts w:ascii="Times New Roman" w:hAnsi="Times New Roman"/>
          <w:b w:val="0"/>
          <w:i/>
          <w:color w:val="000000"/>
          <w:sz w:val="32"/>
        </w:rPr>
        <w:t xml:space="preserve">while improvising dance steps, </w:t>
      </w:r>
      <w:r>
        <w:rPr>
          <w:rFonts w:ascii="Times New Roman" w:hAnsi="Times New Roman"/>
          <w:b w:val="0"/>
          <w:i/>
          <w:color w:val="000000"/>
          <w:sz w:val="32"/>
        </w:rPr>
        <w:t xml:space="preserve">then he loses his grip on the cane and it </w:t>
      </w:r>
      <w:r>
        <w:rPr>
          <w:rFonts w:ascii="Times New Roman" w:hAnsi="Times New Roman"/>
          <w:b w:val="0"/>
          <w:i/>
          <w:color w:val="000000"/>
          <w:sz w:val="32"/>
        </w:rPr>
      </w:r>
      <w:r>
        <w:rPr>
          <w:rFonts w:ascii="Times New Roman" w:hAnsi="Times New Roman"/>
          <w:b w:val="0"/>
          <w:i/>
          <w:color w:val="000000"/>
          <w:sz w:val="32"/>
        </w:rPr>
      </w:r>
      <w:r>
        <w:rPr>
          <w:rFonts w:ascii="Times New Roman" w:hAnsi="Times New Roman"/>
          <w:b w:val="0"/>
          <w:i/>
          <w:color w:val="000000"/>
          <w:sz w:val="32"/>
        </w:rPr>
      </w:r>
      <w:r>
        <w:rPr>
          <w:rFonts w:ascii="Times New Roman" w:hAnsi="Times New Roman"/>
          <w:b w:val="0"/>
          <w:i/>
          <w:color w:val="000000"/>
          <w:sz w:val="32"/>
        </w:rPr>
        <w:t>goes flying</w:t>
      </w:r>
      <w:r>
        <w:rPr>
          <w:rFonts w:ascii="Times New Roman" w:hAnsi="Times New Roman"/>
          <w:b w:val="0"/>
          <w:i/>
          <w:color w:val="000000"/>
          <w:sz w:val="32"/>
        </w:rPr>
        <w:t xml:space="preserve"> off. </w:t>
      </w:r>
      <w:r>
        <w:rPr>
          <w:rFonts w:ascii="Times New Roman" w:hAnsi="Times New Roman"/>
          <w:b w:val="0"/>
          <w:i/>
          <w:color w:val="000000"/>
          <w:sz w:val="32"/>
        </w:rPr>
        <w:t xml:space="preserve">Loud crashing sound. </w:t>
      </w:r>
      <w:r>
        <w:rPr>
          <w:rFonts w:ascii="Times New Roman" w:hAnsi="Times New Roman"/>
          <w:b w:val="0"/>
          <w:i/>
          <w:color w:val="000000"/>
          <w:sz w:val="32"/>
        </w:rPr>
        <w:t>This does not bother him</w:t>
      </w:r>
      <w:r>
        <w:rPr>
          <w:rFonts w:ascii="Times New Roman" w:hAnsi="Times New Roman"/>
          <w:b w:val="0"/>
          <w:i/>
          <w:color w:val="000000"/>
          <w:sz w:val="32"/>
        </w:rPr>
        <w:t xml:space="preserve">. </w:t>
      </w:r>
      <w:r>
        <w:rPr>
          <w:rFonts w:ascii="Times New Roman" w:hAnsi="Times New Roman"/>
          <w:b w:val="0"/>
          <w:i/>
          <w:color w:val="000000"/>
          <w:sz w:val="32"/>
        </w:rPr>
        <w:t xml:space="preserve">It does </w:t>
      </w:r>
      <w:r>
        <w:rPr>
          <w:rFonts w:ascii="Times New Roman" w:hAnsi="Times New Roman"/>
          <w:b w:val="0"/>
          <w:i/>
          <w:color w:val="000000"/>
          <w:sz w:val="32"/>
        </w:rPr>
        <w:t xml:space="preserve">Chaplin and </w:t>
      </w:r>
      <w:r>
        <w:rPr>
          <w:rFonts w:ascii="Times New Roman" w:hAnsi="Times New Roman"/>
          <w:b w:val="0"/>
          <w:i/>
          <w:color w:val="000000"/>
          <w:sz w:val="32"/>
        </w:rPr>
        <w:t xml:space="preserve">he </w:t>
      </w:r>
      <w:r>
        <w:rPr>
          <w:rFonts w:ascii="Times New Roman" w:hAnsi="Times New Roman"/>
          <w:b w:val="0"/>
          <w:i/>
          <w:color w:val="000000"/>
          <w:sz w:val="32"/>
        </w:rPr>
        <w:t>jumps. Redmond</w:t>
      </w:r>
      <w:r>
        <w:rPr>
          <w:rFonts w:ascii="Times New Roman" w:hAnsi="Times New Roman"/>
          <w:b w:val="0"/>
          <w:i/>
          <w:color w:val="000000"/>
          <w:sz w:val="32"/>
        </w:rPr>
        <w:t xml:space="preserve"> </w:t>
      </w:r>
      <w:r>
        <w:rPr>
          <w:rFonts w:ascii="Times New Roman" w:hAnsi="Times New Roman"/>
          <w:b w:val="0"/>
          <w:i/>
          <w:color w:val="000000"/>
          <w:sz w:val="32"/>
        </w:rPr>
        <w:t>goes off</w:t>
      </w:r>
      <w:r>
        <w:rPr>
          <w:rFonts w:ascii="Times New Roman" w:hAnsi="Times New Roman"/>
          <w:b w:val="0"/>
          <w:i/>
          <w:color w:val="000000"/>
          <w:sz w:val="32"/>
        </w:rPr>
        <w:t xml:space="preserve"> as Chaplin gives him a look.)</w:t>
      </w:r>
      <w:r>
        <w:rPr>
          <w:rStyle w:val="CommentReference"/>
          <w:rFonts w:ascii="Times New Roman" w:hAnsi="Times New Roman"/>
          <w:i/>
          <w:color w:val="000000"/>
          <w:sz w:val="32"/>
        </w:rPr>
      </w:r>
      <w:r>
        <w:rPr>
          <w:rStyle w:val="CommentReference"/>
          <w:rFonts w:ascii="Times New Roman" w:hAnsi="Times New Roman"/>
          <w:i/>
          <w:color w:val="000000"/>
          <w:sz w:val="32"/>
        </w:rPr>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Gottardo, maybe </w:t>
      </w:r>
      <w:r>
        <w:rPr>
          <w:rFonts w:ascii="Times New Roman" w:hAnsi="Times New Roman"/>
          <w:b w:val="0"/>
          <w:i w:val="0"/>
          <w:color w:val="000000"/>
          <w:sz w:val="32"/>
        </w:rPr>
        <w:t xml:space="preserve">just </w:t>
      </w:r>
      <w:r>
        <w:rPr>
          <w:rFonts w:ascii="Times New Roman" w:hAnsi="Times New Roman"/>
          <w:b w:val="0"/>
          <w:i/>
          <w:color w:val="000000"/>
          <w:sz w:val="32"/>
        </w:rPr>
        <w:t>one</w:t>
      </w:r>
      <w:r>
        <w:rPr>
          <w:rFonts w:ascii="Times New Roman" w:hAnsi="Times New Roman"/>
          <w:b w:val="0"/>
          <w:i w:val="0"/>
          <w:color w:val="000000"/>
          <w:sz w:val="32"/>
        </w:rPr>
        <w:t xml:space="preserve"> week — he sent a cane flying through the props department</w:t>
      </w:r>
      <w:r>
        <w:rPr>
          <w:rFonts w:ascii="Times New Roman" w:hAnsi="Times New Roman"/>
          <w:b w:val="0"/>
          <w:i w:val="0"/>
          <w:color w:val="000000"/>
          <w:sz w:val="32"/>
        </w:rPr>
        <w:t xml:space="preserve"> window!</w:t>
      </w:r>
    </w:p>
    <w:p>
      <w:pPr>
        <w:pStyle w:val="StageDirection"/>
        <w:spacing w:before="60" w:after="100"/>
        <w:ind w:left="0" w:right="0" w:firstLine="0"/>
        <w:jc w:val="left"/>
      </w:pPr>
      <w:r>
        <w:rPr>
          <w:rFonts w:ascii="Times New Roman" w:hAnsi="Times New Roman"/>
          <w:b w:val="0"/>
          <w:i/>
          <w:color w:val="000000"/>
          <w:sz w:val="32"/>
        </w:rPr>
        <w:t>(Redmond returns,</w:t>
      </w:r>
      <w:r>
        <w:rPr>
          <w:rFonts w:ascii="Times New Roman" w:hAnsi="Times New Roman"/>
          <w:b w:val="0"/>
          <w:i/>
          <w:color w:val="000000"/>
          <w:sz w:val="32"/>
        </w:rPr>
        <w:t xml:space="preserve"> happily</w:t>
      </w:r>
      <w:r>
        <w:rPr>
          <w:rFonts w:ascii="Times New Roman" w:hAnsi="Times New Roman"/>
          <w:b w:val="0"/>
          <w:i/>
          <w:color w:val="000000"/>
          <w:sz w:val="32"/>
        </w:rPr>
        <w:t xml:space="preserve"> twirling cane.)</w:t>
      </w:r>
    </w:p>
    <w:p>
      <w:pPr>
        <w:pStyle w:val="Dialogue"/>
        <w:keepLines/>
        <w:spacing w:before="40" w:after="120" w:line="259" w:lineRule="auto"/>
        <w:ind w:left="0" w:right="0" w:firstLine="0"/>
        <w:jc w:val="left"/>
      </w:pPr>
      <w:r>
        <w:rPr>
          <w:rFonts w:ascii="Times New Roman" w:hAnsi="Times New Roman"/>
          <w:b w:val="0"/>
          <w:i w:val="0"/>
          <w:color w:val="000000"/>
          <w:sz w:val="32"/>
        </w:rPr>
        <w:t>He</w:t>
      </w:r>
      <w:r>
        <w:rPr>
          <w:rFonts w:ascii="Times New Roman" w:hAnsi="Times New Roman"/>
          <w:b w:val="0"/>
          <w:i w:val="0"/>
          <w:color w:val="000000"/>
          <w:sz w:val="32"/>
        </w:rPr>
        <w:t xml:space="preserve"> can read my lips most of the time, but difficult for me to make myself understood without pencil and paper... </w:t>
      </w:r>
      <w:r>
        <w:rPr>
          <w:rFonts w:ascii="Times New Roman" w:hAnsi="Times New Roman"/>
          <w:b w:val="0"/>
          <w:i/>
          <w:color w:val="000000"/>
          <w:sz w:val="32"/>
        </w:rPr>
        <w:t>(</w:t>
      </w:r>
      <w:r>
        <w:rPr>
          <w:rFonts w:ascii="Times New Roman" w:hAnsi="Times New Roman"/>
          <w:b w:val="0"/>
          <w:i/>
          <w:color w:val="000000"/>
          <w:sz w:val="32"/>
        </w:rPr>
        <w:t>G</w:t>
      </w:r>
      <w:r>
        <w:rPr>
          <w:rFonts w:ascii="Times New Roman" w:hAnsi="Times New Roman"/>
          <w:b w:val="0"/>
          <w:i/>
          <w:color w:val="000000"/>
          <w:sz w:val="32"/>
        </w:rPr>
        <w:t>estures.)</w:t>
      </w:r>
      <w:r>
        <w:rPr>
          <w:rFonts w:ascii="Times New Roman" w:hAnsi="Times New Roman"/>
          <w:b w:val="0"/>
          <w:i w:val="0"/>
          <w:color w:val="000000"/>
          <w:sz w:val="32"/>
        </w:rPr>
        <w:t xml:space="preserve"> </w:t>
      </w:r>
      <w:r>
        <w:rPr>
          <w:rFonts w:ascii="Times New Roman" w:hAnsi="Times New Roman"/>
          <w:b w:val="0"/>
          <w:i w:val="0"/>
          <w:color w:val="000000"/>
          <w:sz w:val="32"/>
        </w:rPr>
        <w:t>F</w:t>
      </w:r>
      <w:r>
        <w:rPr>
          <w:rFonts w:ascii="Times New Roman" w:hAnsi="Times New Roman"/>
          <w:b w:val="0"/>
          <w:i w:val="0"/>
          <w:color w:val="000000"/>
          <w:sz w:val="32"/>
        </w:rPr>
        <w:t xml:space="preserve">ound myself </w:t>
      </w:r>
      <w:r>
        <w:rPr>
          <w:rFonts w:ascii="Times New Roman" w:hAnsi="Times New Roman"/>
          <w:b w:val="0"/>
          <w:i w:val="0"/>
          <w:color w:val="000000"/>
          <w:sz w:val="32"/>
        </w:rPr>
        <w:t xml:space="preserve">being loud </w:t>
      </w:r>
      <w:r>
        <w:rPr>
          <w:rFonts w:ascii="Times New Roman" w:hAnsi="Times New Roman"/>
          <w:b w:val="0"/>
          <w:i w:val="0"/>
          <w:color w:val="000000"/>
          <w:sz w:val="32"/>
        </w:rPr>
        <w:t xml:space="preserve">to make myself </w:t>
      </w:r>
      <w:r>
        <w:rPr>
          <w:rFonts w:ascii="Times New Roman" w:hAnsi="Times New Roman"/>
          <w:b w:val="0"/>
          <w:i w:val="0"/>
          <w:color w:val="000000"/>
          <w:sz w:val="32"/>
        </w:rPr>
        <w:t>understood</w:t>
      </w:r>
      <w:r>
        <w:rPr>
          <w:rFonts w:ascii="Times New Roman" w:hAnsi="Times New Roman"/>
          <w:b w:val="0"/>
          <w:i w:val="0"/>
          <w:color w:val="000000"/>
          <w:sz w:val="32"/>
        </w:rPr>
        <w:t xml:space="preserve"> </w:t>
      </w:r>
      <w:r>
        <w:rPr>
          <w:rFonts w:ascii="Times New Roman" w:hAnsi="Times New Roman"/>
          <w:b w:val="0"/>
          <w:i w:val="0"/>
          <w:color w:val="000000"/>
          <w:sz w:val="32"/>
        </w:rPr>
        <w:t>the other day</w:t>
      </w:r>
      <w:r>
        <w:rPr>
          <w:rFonts w:ascii="Times New Roman" w:hAnsi="Times New Roman"/>
          <w:b w:val="0"/>
          <w:i w:val="0"/>
          <w:color w:val="000000"/>
          <w:sz w:val="32"/>
        </w:rPr>
        <w:t>. R</w:t>
      </w:r>
      <w:r>
        <w:rPr>
          <w:rFonts w:ascii="Times New Roman" w:hAnsi="Times New Roman"/>
          <w:b w:val="0"/>
          <w:i w:val="0"/>
          <w:color w:val="000000"/>
          <w:sz w:val="32"/>
        </w:rPr>
        <w:t>ude of me</w:t>
      </w:r>
      <w:r>
        <w:rPr>
          <w:rFonts w:ascii="Times New Roman" w:hAnsi="Times New Roman"/>
          <w:b w:val="0"/>
          <w:i w:val="0"/>
          <w:color w:val="000000"/>
          <w:sz w:val="32"/>
        </w:rPr>
        <w:t>...</w:t>
      </w:r>
      <w:r>
        <w:rPr>
          <w:rFonts w:ascii="Times New Roman" w:hAnsi="Times New Roman"/>
          <w:b w:val="0"/>
          <w:i w:val="0"/>
          <w:color w:val="000000"/>
          <w:sz w:val="32"/>
        </w:rPr>
        <w:t xml:space="preserve"> looked at me with those blazing blue eyes of his... </w:t>
      </w:r>
    </w:p>
    <w:p>
      <w:pPr>
        <w:pStyle w:val="StageDirection"/>
        <w:spacing w:before="60" w:after="100"/>
        <w:ind w:left="0" w:right="0" w:firstLine="0"/>
        <w:jc w:val="left"/>
      </w:pPr>
      <w:r>
        <w:rPr>
          <w:rFonts w:ascii="Times New Roman" w:hAnsi="Times New Roman"/>
          <w:b w:val="0"/>
          <w:i/>
          <w:color w:val="000000"/>
          <w:sz w:val="32"/>
        </w:rPr>
        <w:t>(Redmond</w:t>
      </w:r>
      <w:r>
        <w:rPr>
          <w:rFonts w:ascii="Times New Roman" w:hAnsi="Times New Roman"/>
          <w:b w:val="0"/>
          <w:i/>
          <w:color w:val="000000"/>
          <w:sz w:val="32"/>
        </w:rPr>
        <w:t xml:space="preserve"> turns and </w:t>
      </w:r>
      <w:r>
        <w:rPr>
          <w:rFonts w:ascii="Times New Roman" w:hAnsi="Times New Roman"/>
          <w:b w:val="0"/>
          <w:i/>
          <w:color w:val="000000"/>
          <w:sz w:val="32"/>
        </w:rPr>
        <w:t>fixes Chaplin with a stare.)</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(Uncomfortable)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Well, we made it up... </w:t>
      </w:r>
      <w:r>
        <w:rPr>
          <w:rFonts w:ascii="Times New Roman" w:hAnsi="Times New Roman"/>
          <w:b w:val="0"/>
          <w:i w:val="0"/>
          <w:color w:val="000000"/>
          <w:sz w:val="32"/>
        </w:rPr>
        <w:t>He s</w:t>
      </w:r>
      <w:r>
        <w:rPr>
          <w:rFonts w:ascii="Times New Roman" w:hAnsi="Times New Roman"/>
          <w:b w:val="0"/>
          <w:i w:val="0"/>
          <w:color w:val="000000"/>
          <w:sz w:val="32"/>
        </w:rPr>
        <w:t>howed me a walk the other day —</w:t>
      </w:r>
    </w:p>
    <w:p>
      <w:pPr>
        <w:pStyle w:val="StageDirection"/>
        <w:spacing w:before="60" w:after="100"/>
        <w:ind w:left="0" w:right="0" w:firstLine="0"/>
        <w:jc w:val="left"/>
      </w:pPr>
      <w:r>
        <w:rPr>
          <w:rFonts w:ascii="Times New Roman" w:hAnsi="Times New Roman"/>
          <w:b w:val="0"/>
          <w:i/>
          <w:color w:val="000000"/>
          <w:sz w:val="32"/>
        </w:rPr>
        <w:t xml:space="preserve">(Redmond </w:t>
      </w:r>
      <w:r>
        <w:rPr>
          <w:rFonts w:ascii="Times New Roman" w:hAnsi="Times New Roman"/>
          <w:b w:val="0"/>
          <w:i/>
          <w:color w:val="000000"/>
          <w:sz w:val="32"/>
        </w:rPr>
        <w:t xml:space="preserve">stands, </w:t>
      </w:r>
      <w:r>
        <w:rPr>
          <w:rFonts w:ascii="Times New Roman" w:hAnsi="Times New Roman"/>
          <w:b w:val="0"/>
          <w:i/>
          <w:color w:val="000000"/>
          <w:sz w:val="32"/>
        </w:rPr>
        <w:t xml:space="preserve">does a </w:t>
      </w:r>
      <w:r>
        <w:rPr>
          <w:rFonts w:ascii="Times New Roman" w:hAnsi="Times New Roman"/>
          <w:b w:val="0"/>
          <w:i/>
          <w:color w:val="000000"/>
          <w:sz w:val="32"/>
        </w:rPr>
        <w:t xml:space="preserve">heavy-footed </w:t>
      </w:r>
      <w:r>
        <w:rPr>
          <w:rFonts w:ascii="Times New Roman" w:hAnsi="Times New Roman"/>
          <w:b w:val="0"/>
          <w:i/>
          <w:color w:val="000000"/>
          <w:sz w:val="32"/>
        </w:rPr>
        <w:t xml:space="preserve">character walk. He looks at Chaplin </w:t>
      </w:r>
      <w:r>
        <w:rPr>
          <w:rFonts w:ascii="Times New Roman" w:hAnsi="Times New Roman"/>
          <w:b w:val="0"/>
          <w:i/>
          <w:color w:val="000000"/>
          <w:sz w:val="32"/>
        </w:rPr>
        <w:t>and breaks</w:t>
      </w:r>
      <w:r>
        <w:rPr>
          <w:rFonts w:ascii="Times New Roman" w:hAnsi="Times New Roman"/>
          <w:b w:val="0"/>
          <w:i/>
          <w:color w:val="000000"/>
          <w:sz w:val="32"/>
        </w:rPr>
        <w:t xml:space="preserve"> into a broad smile.)</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 I thought </w:t>
      </w:r>
      <w:r>
        <w:rPr>
          <w:rFonts w:ascii="Times New Roman" w:hAnsi="Times New Roman"/>
          <w:b w:val="0"/>
          <w:i w:val="0"/>
          <w:color w:val="000000"/>
          <w:sz w:val="32"/>
        </w:rPr>
        <w:t xml:space="preserve">the </w:t>
      </w:r>
      <w:r>
        <w:rPr>
          <w:rFonts w:ascii="Times New Roman" w:hAnsi="Times New Roman"/>
          <w:b w:val="0"/>
          <w:i w:val="0"/>
          <w:color w:val="000000"/>
          <w:sz w:val="32"/>
        </w:rPr>
        <w:t xml:space="preserve">Little Fellow </w:t>
      </w:r>
      <w:r>
        <w:rPr>
          <w:rFonts w:ascii="Times New Roman" w:hAnsi="Times New Roman"/>
          <w:b w:val="0"/>
          <w:i w:val="0"/>
          <w:color w:val="000000"/>
          <w:sz w:val="32"/>
        </w:rPr>
        <w:t>might</w:t>
      </w:r>
      <w:r>
        <w:rPr>
          <w:rFonts w:ascii="Times New Roman" w:hAnsi="Times New Roman"/>
          <w:b w:val="0"/>
          <w:i w:val="0"/>
          <w:color w:val="000000"/>
          <w:sz w:val="32"/>
        </w:rPr>
        <w:t xml:space="preserve"> put to good use.</w:t>
      </w:r>
    </w:p>
    <w:p>
      <w:pPr>
        <w:pStyle w:val="StageDirection"/>
        <w:spacing w:before="60" w:after="100"/>
        <w:ind w:left="0" w:right="0" w:firstLine="0"/>
        <w:jc w:val="left"/>
      </w:pPr>
      <w:r>
        <w:rPr>
          <w:rFonts w:ascii="Times New Roman" w:hAnsi="Times New Roman"/>
          <w:b w:val="0"/>
          <w:i/>
          <w:color w:val="000000"/>
          <w:sz w:val="32"/>
        </w:rPr>
        <w:t xml:space="preserve">(Chaplin follows Redmond, imitating the </w:t>
      </w:r>
      <w:r>
        <w:rPr>
          <w:rFonts w:ascii="Times New Roman" w:hAnsi="Times New Roman"/>
          <w:b w:val="0"/>
          <w:i/>
          <w:color w:val="000000"/>
          <w:sz w:val="32"/>
        </w:rPr>
        <w:t>walk. Pantomimes</w:t>
      </w:r>
      <w:r>
        <w:rPr>
          <w:rFonts w:ascii="Times New Roman" w:hAnsi="Times New Roman"/>
          <w:b w:val="0"/>
          <w:i/>
          <w:color w:val="000000"/>
          <w:sz w:val="32"/>
        </w:rPr>
        <w:t xml:space="preserve"> twirling a cane, then comes to a stop.)</w:t>
      </w:r>
    </w:p>
    <w:p>
      <w:pPr>
        <w:pStyle w:val="Dialogue"/>
        <w:keepLines/>
        <w:spacing w:before="40" w:after="120" w:line="259" w:lineRule="auto"/>
        <w:ind w:left="0" w:right="0" w:firstLine="0"/>
        <w:jc w:val="left"/>
      </w:pPr>
      <w:r>
        <w:rPr>
          <w:rFonts w:ascii="Times New Roman" w:hAnsi="Times New Roman"/>
          <w:b w:val="0"/>
          <w:i w:val="0"/>
          <w:color w:val="000000"/>
          <w:sz w:val="32"/>
        </w:rPr>
        <w:t>V</w:t>
      </w:r>
      <w:r>
        <w:rPr>
          <w:rFonts w:ascii="Times New Roman" w:hAnsi="Times New Roman"/>
          <w:b w:val="0"/>
          <w:i w:val="0"/>
          <w:color w:val="000000"/>
          <w:sz w:val="32"/>
        </w:rPr>
        <w:t xml:space="preserve">anity aside, I’d have to do it better — </w:t>
      </w:r>
      <w:r>
        <w:rPr>
          <w:rFonts w:ascii="Times New Roman" w:hAnsi="Times New Roman"/>
          <w:b w:val="0"/>
          <w:i w:val="0"/>
          <w:color w:val="000000"/>
          <w:sz w:val="32"/>
        </w:rPr>
        <w:t xml:space="preserve">he’s </w:t>
      </w:r>
      <w:r>
        <w:rPr>
          <w:rFonts w:ascii="Times New Roman" w:hAnsi="Times New Roman"/>
          <w:b w:val="0"/>
          <w:i w:val="0"/>
          <w:color w:val="000000"/>
          <w:sz w:val="32"/>
        </w:rPr>
        <w:t xml:space="preserve">a bear, twice my size. </w:t>
      </w:r>
    </w:p>
    <w:p>
      <w:pPr>
        <w:pStyle w:val="StageDirection"/>
        <w:spacing w:before="60" w:after="100"/>
        <w:ind w:left="0" w:right="0" w:firstLine="0"/>
        <w:jc w:val="left"/>
      </w:pPr>
      <w:r>
        <w:rPr>
          <w:rFonts w:ascii="Times New Roman" w:hAnsi="Times New Roman"/>
          <w:b w:val="0"/>
          <w:i/>
          <w:color w:val="000000"/>
          <w:sz w:val="32"/>
        </w:rPr>
        <w:t xml:space="preserve">(Redmond comes up behind Chaplin, lifts </w:t>
      </w:r>
      <w:r>
        <w:rPr>
          <w:rFonts w:ascii="Times New Roman" w:hAnsi="Times New Roman"/>
          <w:b w:val="0"/>
          <w:i/>
          <w:color w:val="000000"/>
          <w:sz w:val="32"/>
        </w:rPr>
        <w:t>him in</w:t>
      </w:r>
      <w:r>
        <w:rPr>
          <w:rFonts w:ascii="Times New Roman" w:hAnsi="Times New Roman"/>
          <w:b w:val="0"/>
          <w:i/>
          <w:color w:val="000000"/>
          <w:sz w:val="32"/>
        </w:rPr>
        <w:t xml:space="preserve"> a joyous bear hug, twirls him around, </w:t>
      </w:r>
      <w:r>
        <w:rPr>
          <w:rFonts w:ascii="Times New Roman" w:hAnsi="Times New Roman"/>
          <w:b w:val="0"/>
          <w:i/>
          <w:color w:val="000000"/>
          <w:sz w:val="32"/>
        </w:rPr>
        <w:t>then sets</w:t>
      </w:r>
      <w:r>
        <w:rPr>
          <w:rFonts w:ascii="Times New Roman" w:hAnsi="Times New Roman"/>
          <w:b w:val="0"/>
          <w:i/>
          <w:color w:val="000000"/>
          <w:sz w:val="32"/>
        </w:rPr>
        <w:t xml:space="preserve"> him down, sits at easel and works. Chaplin catches his breath, straightens his clothing.)</w:t>
      </w:r>
    </w:p>
    <w:p>
      <w:pPr>
        <w:pStyle w:val="Dialogue"/>
        <w:keepLines/>
        <w:spacing w:before="40" w:after="120" w:line="259" w:lineRule="auto"/>
        <w:ind w:left="0" w:right="0" w:firstLine="0"/>
        <w:jc w:val="left"/>
      </w:pPr>
      <w:r>
        <w:rPr>
          <w:rFonts w:ascii="Times New Roman" w:hAnsi="Times New Roman"/>
          <w:b w:val="0"/>
          <w:i w:val="0"/>
          <w:color w:val="000000"/>
          <w:sz w:val="32"/>
        </w:rPr>
        <w:t>H</w:t>
      </w:r>
      <w:r>
        <w:rPr>
          <w:rFonts w:ascii="Times New Roman" w:hAnsi="Times New Roman"/>
          <w:b w:val="0"/>
          <w:i w:val="0"/>
          <w:color w:val="000000"/>
          <w:sz w:val="32"/>
        </w:rPr>
        <w:t>ug</w:t>
      </w:r>
      <w:r>
        <w:rPr>
          <w:rFonts w:ascii="Times New Roman" w:hAnsi="Times New Roman"/>
          <w:b w:val="0"/>
          <w:i w:val="0"/>
          <w:color w:val="000000"/>
          <w:sz w:val="32"/>
        </w:rPr>
        <w:t>’</w:t>
      </w:r>
      <w:r>
        <w:rPr>
          <w:rFonts w:ascii="Times New Roman" w:hAnsi="Times New Roman"/>
          <w:b w:val="0"/>
          <w:i w:val="0"/>
          <w:color w:val="000000"/>
          <w:sz w:val="32"/>
        </w:rPr>
        <w:t>s lethal</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r>
        <w:rPr>
          <w:rFonts w:ascii="Times New Roman" w:hAnsi="Times New Roman"/>
          <w:b w:val="0"/>
          <w:i w:val="0"/>
          <w:color w:val="000000"/>
          <w:sz w:val="32"/>
        </w:rPr>
        <w:t xml:space="preserve">next time </w:t>
      </w:r>
      <w:r>
        <w:rPr>
          <w:rFonts w:ascii="Times New Roman" w:hAnsi="Times New Roman"/>
          <w:b w:val="0"/>
          <w:i w:val="0"/>
          <w:color w:val="000000"/>
          <w:sz w:val="32"/>
        </w:rPr>
        <w:t>I have</w:t>
      </w:r>
      <w:r>
        <w:rPr>
          <w:rFonts w:ascii="Times New Roman" w:hAnsi="Times New Roman"/>
          <w:b w:val="0"/>
          <w:i w:val="0"/>
          <w:color w:val="000000"/>
          <w:sz w:val="32"/>
        </w:rPr>
        <w:t xml:space="preserve"> a crying scene </w:t>
      </w:r>
      <w:r>
        <w:rPr>
          <w:rFonts w:ascii="Times New Roman" w:hAnsi="Times New Roman"/>
          <w:b w:val="0"/>
          <w:i w:val="0"/>
          <w:color w:val="000000"/>
          <w:sz w:val="32"/>
        </w:rPr>
        <w:t xml:space="preserve">... </w:t>
      </w:r>
      <w:r>
        <w:rPr>
          <w:rFonts w:ascii="Times New Roman" w:hAnsi="Times New Roman"/>
          <w:b w:val="0"/>
          <w:i/>
          <w:color w:val="000000"/>
          <w:sz w:val="32"/>
        </w:rPr>
        <w:t>(Dabs at his eyes</w:t>
      </w:r>
      <w:r>
        <w:rPr>
          <w:rFonts w:ascii="Times New Roman" w:hAnsi="Times New Roman"/>
          <w:b w:val="0"/>
          <w:i/>
          <w:color w:val="000000"/>
          <w:sz w:val="32"/>
        </w:rPr>
        <w:t>)</w:t>
      </w:r>
    </w:p>
    <w:p>
      <w:pPr>
        <w:pStyle w:val="Dialogue"/>
        <w:keepLines/>
        <w:spacing w:before="40" w:after="120" w:line="259" w:lineRule="auto"/>
        <w:ind w:left="0" w:right="0" w:firstLine="0"/>
        <w:jc w:val="left"/>
      </w:pPr>
      <w:r>
        <w:rPr>
          <w:rFonts w:ascii="Times New Roman" w:hAnsi="Times New Roman"/>
          <w:b w:val="0"/>
          <w:i w:val="0"/>
          <w:color w:val="000000"/>
          <w:sz w:val="32"/>
        </w:rPr>
        <w:t>Sincerely, Charlie.</w:t>
      </w:r>
    </w:p>
    <w:p>
      <w:pPr>
        <w:pStyle w:val="StageDirection"/>
        <w:spacing w:before="60" w:after="100"/>
        <w:ind w:left="0" w:right="0" w:firstLine="0"/>
        <w:jc w:val="left"/>
      </w:pPr>
      <w:r>
        <w:rPr>
          <w:rFonts w:ascii="Times New Roman" w:hAnsi="Times New Roman"/>
          <w:b w:val="0"/>
          <w:i/>
          <w:color w:val="000000"/>
          <w:sz w:val="32"/>
        </w:rPr>
        <w:t>(Chaplin studies Redmond, comes up behind and taps him on shoulder. Redmond looks at him quizzically.)</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(Mouthing words, trying too hard)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That... is... a... nice... picture. Nice </w:t>
      </w:r>
      <w:r>
        <w:rPr>
          <w:rFonts w:ascii="Times New Roman" w:hAnsi="Times New Roman"/>
          <w:b w:val="0"/>
          <w:i w:val="0"/>
          <w:color w:val="000000"/>
          <w:sz w:val="32"/>
        </w:rPr>
        <w:t>Califor</w:t>
      </w:r>
      <w:r>
        <w:rPr>
          <w:rFonts w:ascii="Times New Roman" w:hAnsi="Times New Roman"/>
          <w:b w:val="0"/>
          <w:i w:val="0"/>
          <w:color w:val="000000"/>
          <w:sz w:val="32"/>
        </w:rPr>
        <w:t xml:space="preserve">nia </w:t>
      </w:r>
      <w:r>
        <w:rPr>
          <w:rFonts w:ascii="Times New Roman" w:hAnsi="Times New Roman"/>
          <w:b w:val="0"/>
          <w:i w:val="0"/>
          <w:color w:val="000000"/>
          <w:sz w:val="32"/>
        </w:rPr>
        <w:t>hills.</w:t>
      </w:r>
    </w:p>
    <w:p>
      <w:pPr>
        <w:pStyle w:val="StageDirection"/>
        <w:spacing w:before="60" w:after="100"/>
        <w:ind w:left="0" w:right="0" w:firstLine="0"/>
        <w:jc w:val="left"/>
      </w:pPr>
      <w:r>
        <w:rPr>
          <w:rFonts w:ascii="Times New Roman" w:hAnsi="Times New Roman"/>
          <w:b w:val="0"/>
          <w:i/>
          <w:color w:val="000000"/>
          <w:sz w:val="32"/>
        </w:rPr>
        <w:t>(Redmond looks at him blankly.)</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(Worried, too quickly)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Not Calif</w:t>
      </w:r>
      <w:r>
        <w:rPr>
          <w:rFonts w:ascii="Times New Roman" w:hAnsi="Times New Roman"/>
          <w:b w:val="0"/>
          <w:i w:val="0"/>
          <w:color w:val="000000"/>
          <w:sz w:val="32"/>
        </w:rPr>
        <w:t>o</w:t>
      </w:r>
      <w:r>
        <w:rPr>
          <w:rFonts w:ascii="Times New Roman" w:hAnsi="Times New Roman"/>
          <w:b w:val="0"/>
          <w:i w:val="0"/>
          <w:color w:val="000000"/>
          <w:sz w:val="32"/>
        </w:rPr>
        <w:t>rnia</w:t>
      </w:r>
      <w:r>
        <w:rPr>
          <w:rFonts w:ascii="Times New Roman" w:hAnsi="Times New Roman"/>
          <w:b w:val="0"/>
          <w:i w:val="0"/>
          <w:color w:val="000000"/>
          <w:sz w:val="32"/>
        </w:rPr>
        <w:t xml:space="preserve">? </w:t>
      </w:r>
      <w:r>
        <w:rPr>
          <w:rFonts w:ascii="Times New Roman" w:hAnsi="Times New Roman"/>
          <w:b w:val="0"/>
          <w:i w:val="0"/>
          <w:color w:val="000000"/>
          <w:sz w:val="32"/>
        </w:rPr>
        <w:t>Then France</w:t>
      </w:r>
      <w:r>
        <w:rPr>
          <w:rFonts w:ascii="Times New Roman" w:hAnsi="Times New Roman"/>
          <w:b w:val="0"/>
          <w:i w:val="0"/>
          <w:color w:val="000000"/>
          <w:sz w:val="32"/>
        </w:rPr>
        <w:t>? French hills?</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(Trying to read Chaplin’s lips, Redmond is bewildered, looks at painting, back at Chaplin, perhaps worried he doesn’t like it.)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(Sensing that)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w:t>
      </w:r>
      <w:r>
        <w:rPr>
          <w:rFonts w:ascii="Times New Roman" w:hAnsi="Times New Roman"/>
          <w:b w:val="0"/>
          <w:i w:val="0"/>
          <w:color w:val="000000"/>
          <w:sz w:val="32"/>
        </w:rPr>
        <w:t>t’s lovely!... But not France</w:t>
      </w:r>
      <w:r>
        <w:rPr>
          <w:rFonts w:ascii="Times New Roman" w:hAnsi="Times New Roman"/>
          <w:b w:val="0"/>
          <w:i w:val="0"/>
          <w:color w:val="000000"/>
          <w:sz w:val="32"/>
        </w:rPr>
        <w:t>?</w:t>
      </w:r>
      <w:r>
        <w:rPr>
          <w:rFonts w:ascii="Times New Roman" w:hAnsi="Times New Roman"/>
          <w:b w:val="0"/>
          <w:i w:val="0"/>
          <w:color w:val="000000"/>
          <w:sz w:val="32"/>
        </w:rPr>
        <w:t xml:space="preserve"> Piazzoni </w:t>
      </w:r>
      <w:r>
        <w:rPr>
          <w:rFonts w:ascii="Times New Roman" w:hAnsi="Times New Roman"/>
          <w:b w:val="0"/>
          <w:i w:val="0"/>
          <w:color w:val="000000"/>
          <w:sz w:val="32"/>
        </w:rPr>
        <w:t>told me you</w:t>
      </w:r>
      <w:r>
        <w:rPr>
          <w:rFonts w:ascii="Times New Roman" w:hAnsi="Times New Roman"/>
          <w:b w:val="0"/>
          <w:i w:val="0"/>
          <w:color w:val="000000"/>
          <w:sz w:val="32"/>
        </w:rPr>
        <w:t xml:space="preserve"> were in France together, so I assumed...</w:t>
      </w:r>
      <w:r>
        <w:rPr>
          <w:rFonts w:ascii="Times New Roman" w:hAnsi="Times New Roman"/>
          <w:b w:val="0"/>
          <w:i w:val="0"/>
          <w:color w:val="000000"/>
          <w:sz w:val="32"/>
        </w:rPr>
      </w:r>
      <w:r>
        <w:rPr>
          <w:rFonts w:ascii="Times New Roman" w:hAnsi="Times New Roman"/>
          <w:b w:val="0"/>
          <w:i w:val="0"/>
          <w:color w:val="000000"/>
          <w:sz w:val="32"/>
        </w:rPr>
        <w:t xml:space="preserve"> </w:t>
      </w:r>
      <w:r>
        <w:rPr>
          <w:rFonts w:ascii="Times New Roman" w:hAnsi="Times New Roman"/>
          <w:b w:val="0"/>
          <w:i w:val="0"/>
          <w:color w:val="000000"/>
          <w:sz w:val="32"/>
        </w:rPr>
        <w:t>Sa</w:t>
      </w:r>
      <w:r>
        <w:rPr>
          <w:rFonts w:ascii="Times New Roman" w:hAnsi="Times New Roman"/>
          <w:b w:val="0"/>
          <w:i w:val="0"/>
          <w:color w:val="000000"/>
          <w:sz w:val="32"/>
        </w:rPr>
        <w:t>id you lost money to a priest in a poker game.</w:t>
      </w:r>
    </w:p>
    <w:p>
      <w:pPr>
        <w:pStyle w:val="StageDirection"/>
        <w:spacing w:before="60" w:after="100"/>
        <w:ind w:left="0" w:right="0" w:firstLine="0"/>
        <w:jc w:val="left"/>
      </w:pPr>
      <w:r>
        <w:rPr>
          <w:rFonts w:ascii="Times New Roman" w:hAnsi="Times New Roman"/>
          <w:b w:val="0"/>
          <w:i/>
          <w:color w:val="000000"/>
          <w:sz w:val="32"/>
        </w:rPr>
        <w:t>(Redmond jumps up, gestures vigorously, holds hands together prayerfull</w:t>
      </w:r>
      <w:r>
        <w:rPr>
          <w:rFonts w:ascii="Times New Roman" w:hAnsi="Times New Roman"/>
          <w:b w:val="0"/>
          <w:i/>
          <w:color w:val="000000"/>
          <w:sz w:val="32"/>
        </w:rPr>
        <w:t>y</w:t>
      </w:r>
      <w:r>
        <w:rPr>
          <w:rFonts w:ascii="Times New Roman" w:hAnsi="Times New Roman"/>
          <w:b w:val="0"/>
          <w:i/>
          <w:color w:val="000000"/>
          <w:sz w:val="32"/>
        </w:rPr>
        <w:t>,</w:t>
      </w:r>
      <w:r>
        <w:rPr>
          <w:rFonts w:ascii="Times New Roman" w:hAnsi="Times New Roman"/>
          <w:b w:val="0"/>
          <w:i/>
          <w:color w:val="000000"/>
          <w:sz w:val="32"/>
        </w:rPr>
        <w:t xml:space="preserve">  eyes blazing, gestures to Chaplin to repeat himself.)</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Yes — well, a priest </w:t>
      </w:r>
      <w:r>
        <w:rPr>
          <w:rFonts w:ascii="Times New Roman" w:hAnsi="Times New Roman"/>
          <w:b w:val="0"/>
          <w:i w:val="0"/>
          <w:color w:val="000000"/>
          <w:sz w:val="32"/>
        </w:rPr>
        <w:t xml:space="preserve">... </w:t>
      </w:r>
      <w:r>
        <w:rPr>
          <w:rFonts w:ascii="Times New Roman" w:hAnsi="Times New Roman"/>
          <w:b w:val="0"/>
          <w:i w:val="0"/>
          <w:color w:val="000000"/>
          <w:sz w:val="32"/>
        </w:rPr>
        <w:t xml:space="preserve">Piazzoni said he... </w:t>
      </w:r>
      <w:r>
        <w:rPr>
          <w:rFonts w:ascii="Times New Roman" w:hAnsi="Times New Roman"/>
          <w:b w:val="0"/>
          <w:i/>
          <w:color w:val="000000"/>
          <w:sz w:val="32"/>
        </w:rPr>
        <w:t>(Angelic</w:t>
      </w:r>
      <w:r>
        <w:rPr>
          <w:rFonts w:ascii="Times New Roman" w:hAnsi="Times New Roman"/>
          <w:b w:val="0"/>
          <w:i/>
          <w:color w:val="000000"/>
          <w:sz w:val="32"/>
        </w:rPr>
        <w:t xml:space="preserve"> </w:t>
      </w:r>
      <w:r>
        <w:rPr>
          <w:rFonts w:ascii="Times New Roman" w:hAnsi="Times New Roman"/>
          <w:b w:val="0"/>
          <w:i/>
          <w:color w:val="000000"/>
          <w:sz w:val="32"/>
        </w:rPr>
        <w:t>gesture or pose.)</w:t>
      </w:r>
      <w:r>
        <w:rPr>
          <w:rFonts w:ascii="Times New Roman" w:hAnsi="Times New Roman"/>
          <w:b w:val="0"/>
          <w:i w:val="0"/>
          <w:color w:val="000000"/>
          <w:sz w:val="32"/>
        </w:rPr>
        <w:t>... blessed you!</w:t>
      </w:r>
    </w:p>
    <w:p>
      <w:pPr>
        <w:pStyle w:val="StageDirection"/>
        <w:spacing w:before="60" w:after="100"/>
        <w:ind w:left="0" w:right="0" w:firstLine="0"/>
        <w:jc w:val="left"/>
      </w:pPr>
      <w:r>
        <w:rPr>
          <w:rFonts w:ascii="Times New Roman" w:hAnsi="Times New Roman"/>
          <w:b w:val="0"/>
          <w:i/>
          <w:color w:val="000000"/>
          <w:sz w:val="32"/>
        </w:rPr>
        <w:t xml:space="preserve">(Redmond, reading Chaplin’s lips </w:t>
      </w:r>
      <w:r>
        <w:rPr>
          <w:rFonts w:ascii="Times New Roman" w:hAnsi="Times New Roman"/>
          <w:b w:val="0"/>
          <w:i/>
          <w:color w:val="000000"/>
          <w:sz w:val="32"/>
        </w:rPr>
        <w:t>correctly, indicates</w:t>
      </w:r>
      <w:r>
        <w:rPr>
          <w:rFonts w:ascii="Times New Roman" w:hAnsi="Times New Roman"/>
          <w:b w:val="0"/>
          <w:i/>
          <w:color w:val="000000"/>
          <w:sz w:val="32"/>
        </w:rPr>
        <w:t xml:space="preserve"> he knows this is a lie. Indicates impatiently he wants the truth.)</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(Sighs)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Very well.  </w:t>
      </w:r>
      <w:r>
        <w:rPr>
          <w:rFonts w:ascii="Times New Roman" w:hAnsi="Times New Roman"/>
          <w:b w:val="0"/>
          <w:i/>
          <w:color w:val="000000"/>
          <w:sz w:val="32"/>
        </w:rPr>
        <w:t>(Puts hands together praying.)</w:t>
      </w:r>
      <w:r>
        <w:rPr>
          <w:rFonts w:ascii="Times New Roman" w:hAnsi="Times New Roman"/>
          <w:b w:val="0"/>
          <w:i w:val="0"/>
          <w:color w:val="000000"/>
          <w:sz w:val="32"/>
        </w:rPr>
        <w:t xml:space="preserve">  Priest... </w:t>
      </w:r>
      <w:r>
        <w:rPr>
          <w:rFonts w:ascii="Times New Roman" w:hAnsi="Times New Roman"/>
          <w:b w:val="0"/>
          <w:i/>
          <w:color w:val="000000"/>
          <w:sz w:val="32"/>
        </w:rPr>
        <w:t>(Deals cards.)</w:t>
      </w:r>
      <w:r>
        <w:rPr>
          <w:rFonts w:ascii="Times New Roman" w:hAnsi="Times New Roman"/>
          <w:b w:val="0"/>
          <w:i/>
          <w:color w:val="000000"/>
          <w:sz w:val="32"/>
        </w:rPr>
        <w:t xml:space="preserve"> </w:t>
      </w:r>
      <w:r>
        <w:rPr>
          <w:rFonts w:ascii="Times New Roman" w:hAnsi="Times New Roman"/>
          <w:b w:val="0"/>
          <w:i w:val="0"/>
          <w:color w:val="000000"/>
          <w:sz w:val="32"/>
        </w:rPr>
        <w:t xml:space="preserve"> </w:t>
      </w:r>
      <w:r>
        <w:rPr>
          <w:rFonts w:ascii="Times New Roman" w:hAnsi="Times New Roman"/>
          <w:b w:val="0"/>
          <w:i w:val="0"/>
          <w:color w:val="000000"/>
          <w:sz w:val="32"/>
        </w:rPr>
        <w:t>... p</w:t>
      </w:r>
      <w:r>
        <w:rPr>
          <w:rFonts w:ascii="Times New Roman" w:hAnsi="Times New Roman"/>
          <w:b w:val="0"/>
          <w:i w:val="0"/>
          <w:color w:val="000000"/>
          <w:sz w:val="32"/>
        </w:rPr>
        <w:t xml:space="preserve">oker game... </w:t>
      </w:r>
      <w:r>
        <w:rPr>
          <w:rFonts w:ascii="Times New Roman" w:hAnsi="Times New Roman"/>
          <w:b w:val="0"/>
          <w:i/>
          <w:color w:val="000000"/>
          <w:sz w:val="32"/>
        </w:rPr>
        <w:t>(Pulls a pocket inside</w:t>
      </w:r>
      <w:r>
        <w:rPr>
          <w:rFonts w:ascii="Times New Roman" w:hAnsi="Times New Roman"/>
          <w:b w:val="0"/>
          <w:i/>
          <w:color w:val="000000"/>
          <w:sz w:val="32"/>
        </w:rPr>
        <w:t>-</w:t>
      </w:r>
      <w:r>
        <w:rPr>
          <w:rFonts w:ascii="Times New Roman" w:hAnsi="Times New Roman"/>
          <w:b w:val="0"/>
          <w:i/>
          <w:color w:val="000000"/>
          <w:sz w:val="32"/>
        </w:rPr>
        <w:t>out)</w:t>
      </w:r>
      <w:r>
        <w:rPr>
          <w:rFonts w:ascii="Times New Roman" w:hAnsi="Times New Roman"/>
          <w:b w:val="0"/>
          <w:i/>
          <w:color w:val="000000"/>
          <w:sz w:val="32"/>
        </w:rPr>
        <w:t xml:space="preserve"> </w:t>
      </w:r>
      <w:r>
        <w:rPr>
          <w:rFonts w:ascii="Times New Roman" w:hAnsi="Times New Roman"/>
          <w:b w:val="0"/>
          <w:i w:val="0"/>
          <w:color w:val="000000"/>
          <w:sz w:val="32"/>
        </w:rPr>
        <w:t xml:space="preserve">...You lose your last franc. </w:t>
      </w:r>
      <w:r>
        <w:rPr>
          <w:rFonts w:ascii="Times New Roman" w:hAnsi="Times New Roman"/>
          <w:b w:val="0"/>
          <w:i/>
          <w:color w:val="000000"/>
          <w:sz w:val="32"/>
        </w:rPr>
        <w:t>(Sniffles, wipes his eyes.)</w:t>
      </w:r>
      <w:r>
        <w:rPr>
          <w:rFonts w:ascii="Times New Roman" w:hAnsi="Times New Roman"/>
          <w:b w:val="0"/>
          <w:i w:val="0"/>
          <w:color w:val="000000"/>
          <w:sz w:val="32"/>
        </w:rPr>
        <w:t xml:space="preserve"> All gone.</w:t>
      </w:r>
    </w:p>
    <w:p>
      <w:pPr>
        <w:pStyle w:val="StageDirection"/>
        <w:spacing w:before="60" w:after="100"/>
        <w:ind w:left="0" w:right="0" w:firstLine="0"/>
        <w:jc w:val="left"/>
      </w:pPr>
      <w:r>
        <w:rPr>
          <w:rFonts w:ascii="Times New Roman" w:hAnsi="Times New Roman"/>
          <w:b w:val="0"/>
          <w:i/>
          <w:color w:val="000000"/>
          <w:sz w:val="32"/>
        </w:rPr>
        <w:t xml:space="preserve">(Redmond, embarrassed, blushes, is furious, mouths the name “Piazzoni,’’ followed by </w:t>
      </w:r>
      <w:r>
        <w:rPr>
          <w:rFonts w:ascii="Times New Roman" w:hAnsi="Times New Roman"/>
          <w:b w:val="0"/>
          <w:i/>
          <w:color w:val="000000"/>
          <w:sz w:val="32"/>
        </w:rPr>
        <w:t>an expletive</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(Quickly, gesturing “holding” a paint brush)</w:t>
      </w:r>
      <w:r>
        <w:rPr>
          <w:rFonts w:ascii="Times New Roman" w:hAnsi="Times New Roman"/>
          <w:b w:val="0"/>
          <w:color w:val="000000"/>
          <w:sz w:val="32"/>
        </w:rPr>
        <w:t>:</w:t>
      </w:r>
      <w:r>
        <w:rPr>
          <w:rFonts w:ascii="Times New Roman" w:hAnsi="Times New Roman"/>
          <w:b w:val="0"/>
          <w:i w:val="0"/>
          <w:color w:val="000000"/>
          <w:sz w:val="32"/>
        </w:rPr>
        <w:t xml:space="preserve"> Shouldn’t have brought it up. What I meant... You’re — a — great — artist!</w:t>
      </w:r>
      <w:r>
        <w:rPr>
          <w:rStyle w:val="CommentReference"/>
          <w:color w:val="000000"/>
          <w:sz w:val="32"/>
        </w:rPr>
      </w:r>
    </w:p>
    <w:p>
      <w:pPr>
        <w:pStyle w:val="StageDirection"/>
        <w:spacing w:before="60" w:after="100"/>
        <w:ind w:left="0" w:right="0" w:firstLine="0"/>
        <w:jc w:val="left"/>
      </w:pPr>
      <w:r>
        <w:rPr>
          <w:rFonts w:ascii="Times New Roman" w:hAnsi="Times New Roman"/>
          <w:b w:val="0"/>
          <w:i/>
          <w:color w:val="000000"/>
          <w:sz w:val="32"/>
        </w:rPr>
        <w:t>(Redmond, still angry, thinks about that moment, is mollified, jumps up, pantomimes cranking a film camera, indicates Chaplin is a great filmmaker. Chaplin bows, Redmond bows back.)</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w:t>
      </w:r>
      <w:r>
        <w:rPr>
          <w:rFonts w:ascii="Times New Roman" w:hAnsi="Times New Roman"/>
          <w:b w:val="0"/>
          <w:i w:val="0"/>
          <w:color w:val="000000"/>
          <w:sz w:val="32"/>
        </w:rPr>
        <w:t xml:space="preserve">ice of you to say so! </w:t>
      </w:r>
      <w:r>
        <w:rPr>
          <w:rFonts w:ascii="Times New Roman" w:hAnsi="Times New Roman"/>
          <w:b w:val="0"/>
          <w:i w:val="0"/>
          <w:color w:val="000000"/>
          <w:sz w:val="32"/>
        </w:rPr>
        <w:t>W</w:t>
      </w:r>
      <w:r>
        <w:rPr>
          <w:rFonts w:ascii="Times New Roman" w:hAnsi="Times New Roman"/>
          <w:b w:val="0"/>
          <w:i w:val="0"/>
          <w:color w:val="000000"/>
          <w:sz w:val="32"/>
        </w:rPr>
        <w:t>ell</w:t>
      </w:r>
      <w:r>
        <w:rPr>
          <w:rFonts w:ascii="Times New Roman" w:hAnsi="Times New Roman"/>
          <w:b w:val="0"/>
          <w:i w:val="0"/>
          <w:color w:val="000000"/>
          <w:sz w:val="32"/>
        </w:rPr>
        <w:t>, not say... gesture, rather</w:t>
      </w:r>
      <w:r>
        <w:rPr>
          <w:rFonts w:ascii="Times New Roman" w:hAnsi="Times New Roman"/>
          <w:b w:val="0"/>
          <w:i w:val="0"/>
          <w:color w:val="000000"/>
          <w:sz w:val="32"/>
        </w:rPr>
        <w:t>... w</w:t>
      </w:r>
      <w:r>
        <w:rPr>
          <w:rFonts w:ascii="Times New Roman" w:hAnsi="Times New Roman"/>
          <w:b w:val="0"/>
          <w:i w:val="0"/>
          <w:color w:val="000000"/>
          <w:sz w:val="32"/>
        </w:rPr>
        <w:t xml:space="preserve">ith </w:t>
      </w:r>
      <w:r>
        <w:rPr>
          <w:rFonts w:ascii="Times New Roman" w:hAnsi="Times New Roman"/>
          <w:b w:val="0"/>
          <w:i/>
          <w:color w:val="000000"/>
          <w:sz w:val="32"/>
        </w:rPr>
        <w:t>talent</w:t>
      </w:r>
      <w:r>
        <w:rPr>
          <w:rFonts w:ascii="Times New Roman" w:hAnsi="Times New Roman"/>
          <w:b w:val="0"/>
          <w:i w:val="0"/>
          <w:color w:val="000000"/>
          <w:sz w:val="32"/>
        </w:rPr>
        <w:t>, mind you!</w:t>
      </w:r>
    </w:p>
    <w:p>
      <w:pPr>
        <w:pStyle w:val="StageDirection"/>
        <w:spacing w:before="60" w:after="100"/>
        <w:ind w:left="0" w:right="0" w:firstLine="0"/>
        <w:jc w:val="left"/>
      </w:pPr>
      <w:r>
        <w:rPr>
          <w:rFonts w:ascii="Times New Roman" w:hAnsi="Times New Roman"/>
          <w:b w:val="0"/>
          <w:i/>
          <w:color w:val="000000"/>
          <w:sz w:val="32"/>
        </w:rPr>
        <w:t>(Redmond indicates he should relax, not try so hard, smiles graciously and sits back down to paint.)</w:t>
      </w:r>
    </w:p>
    <w:p>
      <w:pPr>
        <w:pStyle w:val="CharacterCue"/>
        <w:keepLines/>
        <w:spacing w:before="40" w:after="120" w:line="259" w:lineRule="auto"/>
        <w:ind w:left="0" w:right="0" w:firstLine="0"/>
        <w:jc w:val="left"/>
      </w:pPr>
      <w:r>
        <w:rPr>
          <w:rFonts w:ascii="Arial" w:hAnsi="Arial"/>
          <w:b/>
          <w:color w:val="000000"/>
          <w:sz w:val="32"/>
        </w:rPr>
        <w:t>PIAZZONI’S VOICE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Charlie, have Granville teach you American Sign Language. It will make things easier. Besides, you</w:t>
      </w:r>
      <w:r>
        <w:rPr>
          <w:rFonts w:ascii="Times New Roman" w:hAnsi="Times New Roman"/>
          <w:b w:val="0"/>
          <w:i w:val="0"/>
          <w:color w:val="000000"/>
          <w:sz w:val="32"/>
        </w:rPr>
        <w:t>’</w:t>
      </w:r>
      <w:r>
        <w:rPr>
          <w:rFonts w:ascii="Times New Roman" w:hAnsi="Times New Roman"/>
          <w:b w:val="0"/>
          <w:i w:val="0"/>
          <w:color w:val="000000"/>
          <w:sz w:val="32"/>
        </w:rPr>
        <w:t>d be a natural... Oh, and don’t bring up the story of Granville losing his last franc to a priest in a poker game — infuriates him.</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Sincerely, </w:t>
      </w:r>
      <w:r>
        <w:rPr>
          <w:rFonts w:ascii="Times New Roman" w:hAnsi="Times New Roman"/>
          <w:b w:val="0"/>
          <w:i w:val="0"/>
          <w:color w:val="000000"/>
          <w:sz w:val="32"/>
        </w:rPr>
        <w:t>Piazzoni.</w:t>
      </w:r>
    </w:p>
    <w:p>
      <w:pPr>
        <w:pStyle w:val="StageDirection"/>
        <w:spacing w:before="60" w:after="100"/>
        <w:ind w:left="0" w:right="0" w:firstLine="0"/>
        <w:jc w:val="left"/>
      </w:pPr>
      <w:r>
        <w:rPr>
          <w:rFonts w:ascii="Times New Roman" w:hAnsi="Times New Roman"/>
          <w:b w:val="0"/>
          <w:i/>
          <w:color w:val="000000"/>
          <w:sz w:val="32"/>
        </w:rPr>
        <w:t>(Chaplin, after submerging his irritation, approaches Redmond.)</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(With gestures and exaggerated enunciation)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Will — you — teach — me — to —</w:t>
      </w:r>
      <w:r>
        <w:rPr>
          <w:rFonts w:ascii="Times New Roman" w:hAnsi="Times New Roman"/>
          <w:b w:val="0"/>
          <w:i w:val="0"/>
          <w:color w:val="000000"/>
          <w:sz w:val="32"/>
        </w:rPr>
        <w:t xml:space="preserve"> </w:t>
      </w:r>
      <w:r>
        <w:rPr>
          <w:rFonts w:ascii="Times New Roman" w:hAnsi="Times New Roman"/>
          <w:b w:val="0"/>
          <w:i w:val="0"/>
          <w:color w:val="000000"/>
          <w:sz w:val="32"/>
        </w:rPr>
        <w:t>sign?</w:t>
      </w:r>
    </w:p>
    <w:p>
      <w:pPr>
        <w:pStyle w:val="StageDirection"/>
        <w:spacing w:before="60" w:after="100"/>
        <w:ind w:left="0" w:right="0" w:firstLine="0"/>
        <w:jc w:val="left"/>
      </w:pPr>
      <w:r>
        <w:rPr>
          <w:rFonts w:ascii="Times New Roman" w:hAnsi="Times New Roman"/>
          <w:b w:val="0"/>
          <w:i/>
          <w:color w:val="000000"/>
          <w:sz w:val="32"/>
        </w:rPr>
        <w:t>(Redmond puzzles.)</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(Kind of signing)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Sign! — Sign!... </w:t>
      </w:r>
      <w:r>
        <w:rPr>
          <w:rFonts w:ascii="Times New Roman" w:hAnsi="Times New Roman"/>
          <w:b w:val="0"/>
          <w:i/>
          <w:color w:val="000000"/>
          <w:sz w:val="32"/>
        </w:rPr>
        <w:t xml:space="preserve">(Salutes, to a few bars of   “The Star-Spangled Banner’’ from off. </w:t>
      </w:r>
      <w:r>
        <w:rPr>
          <w:rFonts w:ascii="Times New Roman" w:hAnsi="Times New Roman"/>
          <w:b w:val="0"/>
          <w:i/>
          <w:color w:val="000000"/>
          <w:sz w:val="32"/>
        </w:rPr>
        <w:t>)</w:t>
      </w:r>
      <w:r>
        <w:rPr>
          <w:rFonts w:ascii="Times New Roman" w:hAnsi="Times New Roman"/>
          <w:b w:val="0"/>
          <w:i/>
          <w:color w:val="000000"/>
          <w:sz w:val="32"/>
        </w:rPr>
        <w:t xml:space="preserve"> American</w:t>
      </w:r>
      <w:r>
        <w:rPr>
          <w:rFonts w:ascii="Times New Roman" w:hAnsi="Times New Roman"/>
          <w:b w:val="0"/>
          <w:i w:val="0"/>
          <w:color w:val="000000"/>
          <w:sz w:val="32"/>
        </w:rPr>
        <w:t xml:space="preserve">... Sign... Language! </w:t>
      </w:r>
    </w:p>
    <w:p>
      <w:pPr>
        <w:pStyle w:val="StageDirection"/>
        <w:spacing w:before="60" w:after="100"/>
        <w:ind w:left="0" w:right="0" w:firstLine="0"/>
        <w:jc w:val="left"/>
      </w:pPr>
      <w:r>
        <w:rPr>
          <w:rFonts w:ascii="Times New Roman" w:hAnsi="Times New Roman"/>
          <w:b w:val="0"/>
          <w:i/>
          <w:color w:val="000000"/>
          <w:sz w:val="32"/>
        </w:rPr>
        <w:t xml:space="preserve">(Redmond laughs. It is clear he knows </w:t>
      </w:r>
      <w:r>
        <w:rPr>
          <w:rFonts w:ascii="Times New Roman" w:hAnsi="Times New Roman"/>
          <w:b w:val="0"/>
          <w:i/>
          <w:color w:val="000000"/>
          <w:sz w:val="32"/>
        </w:rPr>
        <w:t>what Chaplin</w:t>
      </w:r>
      <w:r>
        <w:rPr>
          <w:rFonts w:ascii="Times New Roman" w:hAnsi="Times New Roman"/>
          <w:b w:val="0"/>
          <w:i/>
          <w:color w:val="000000"/>
          <w:sz w:val="32"/>
        </w:rPr>
        <w:t xml:space="preserve"> wants, but enjoys drawing it </w:t>
      </w:r>
      <w:r>
        <w:rPr>
          <w:rFonts w:ascii="Times New Roman" w:hAnsi="Times New Roman"/>
          <w:b w:val="0"/>
          <w:i/>
          <w:color w:val="000000"/>
          <w:sz w:val="32"/>
        </w:rPr>
        <w:t>out. Chaplin</w:t>
      </w:r>
      <w:r>
        <w:rPr>
          <w:rFonts w:ascii="Times New Roman" w:hAnsi="Times New Roman"/>
          <w:b w:val="0"/>
          <w:i/>
          <w:color w:val="000000"/>
          <w:sz w:val="32"/>
        </w:rPr>
        <w:t xml:space="preserve"> senses this, too. Redmond </w:t>
      </w:r>
      <w:r>
        <w:rPr>
          <w:rFonts w:ascii="Times New Roman" w:hAnsi="Times New Roman"/>
          <w:b w:val="0"/>
          <w:i/>
          <w:color w:val="000000"/>
          <w:sz w:val="32"/>
        </w:rPr>
        <w:t>finally relents</w:t>
      </w:r>
      <w:r>
        <w:rPr>
          <w:rFonts w:ascii="Times New Roman" w:hAnsi="Times New Roman"/>
          <w:b w:val="0"/>
          <w:i/>
          <w:color w:val="000000"/>
          <w:sz w:val="32"/>
        </w:rPr>
        <w:t>.)</w:t>
      </w:r>
    </w:p>
    <w:p>
      <w:pPr>
        <w:pStyle w:val="StageDirection"/>
        <w:spacing w:before="60" w:after="100"/>
        <w:ind w:left="0" w:right="0" w:firstLine="0"/>
        <w:jc w:val="left"/>
      </w:pPr>
      <w:r>
        <w:rPr>
          <w:rFonts w:ascii="Times New Roman" w:hAnsi="Times New Roman"/>
          <w:b w:val="0"/>
          <w:i/>
          <w:color w:val="000000"/>
          <w:sz w:val="32"/>
        </w:rPr>
        <w:t>(Redmond signs, then points to himself.)</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Me!</w:t>
      </w:r>
    </w:p>
    <w:p>
      <w:pPr>
        <w:pStyle w:val="StageDirection"/>
        <w:spacing w:before="60" w:after="100"/>
        <w:ind w:left="0" w:right="0" w:firstLine="0"/>
        <w:jc w:val="left"/>
      </w:pPr>
      <w:r>
        <w:rPr>
          <w:rFonts w:ascii="Times New Roman" w:hAnsi="Times New Roman"/>
          <w:b w:val="0"/>
          <w:i/>
          <w:color w:val="000000"/>
          <w:sz w:val="32"/>
        </w:rPr>
        <w:t>(Redmond signs, then points to Chaplin.)</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You!</w:t>
      </w:r>
    </w:p>
    <w:p>
      <w:pPr>
        <w:pStyle w:val="StageDirection"/>
        <w:spacing w:before="60" w:after="100"/>
        <w:ind w:left="0" w:right="0" w:firstLine="0"/>
        <w:jc w:val="left"/>
      </w:pPr>
      <w:r>
        <w:rPr>
          <w:rFonts w:ascii="Times New Roman" w:hAnsi="Times New Roman"/>
          <w:i/>
          <w:color w:val="000000"/>
          <w:sz w:val="32"/>
        </w:rPr>
        <w:t>(During following sequence Redmond’s ‘voice’ is heard from off as he signs the words and moves his lips. It is distant, metallic, as if coming from a steel drum — it is Redmond’s inner voice.)</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(Signs)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Yes.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Yes!</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World!</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Round!</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World!</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World!</w:t>
      </w:r>
    </w:p>
    <w:p>
      <w:pPr>
        <w:pStyle w:val="StageDirection"/>
        <w:spacing w:before="60" w:after="100"/>
        <w:ind w:left="0" w:right="0" w:firstLine="0"/>
        <w:jc w:val="left"/>
      </w:pPr>
      <w:r>
        <w:rPr>
          <w:rFonts w:ascii="Times New Roman" w:hAnsi="Times New Roman"/>
          <w:b w:val="0"/>
          <w:i/>
          <w:color w:val="000000"/>
          <w:sz w:val="32"/>
        </w:rPr>
        <w:t xml:space="preserve">(They pick up the pace, their intensity building, to the rhythm of a quickening strobe light. Redmond holds up a brush as he signs the object, cranks a camera, etc., also pointing to the </w:t>
      </w:r>
      <w:r>
        <w:rPr>
          <w:rFonts w:ascii="Times New Roman" w:hAnsi="Times New Roman"/>
          <w:b w:val="0"/>
          <w:i/>
          <w:color w:val="000000"/>
          <w:sz w:val="32"/>
        </w:rPr>
        <w:t>object if</w:t>
      </w:r>
      <w:r>
        <w:rPr>
          <w:rFonts w:ascii="Times New Roman" w:hAnsi="Times New Roman"/>
          <w:b w:val="0"/>
          <w:i/>
          <w:color w:val="000000"/>
          <w:sz w:val="32"/>
        </w:rPr>
        <w:t xml:space="preserve"> it is present. Both say following, Chaplin repeating — or trying to repeat — Redmond.)</w:t>
      </w:r>
    </w:p>
    <w:p>
      <w:pPr>
        <w:pStyle w:val="Dialogue"/>
        <w:keepLines/>
        <w:spacing w:before="40" w:after="120" w:line="259" w:lineRule="auto"/>
        <w:ind w:left="0" w:right="0" w:firstLine="0"/>
        <w:jc w:val="left"/>
      </w:pPr>
      <w:r>
        <w:rPr>
          <w:rFonts w:ascii="Times New Roman" w:hAnsi="Times New Roman"/>
          <w:b w:val="0"/>
          <w:i w:val="0"/>
          <w:color w:val="000000"/>
          <w:sz w:val="32"/>
        </w:rPr>
        <w:t>Brush! Brush!</w:t>
      </w:r>
    </w:p>
    <w:p>
      <w:pPr>
        <w:pStyle w:val="Dialogue"/>
        <w:keepLines/>
        <w:spacing w:before="40" w:after="120" w:line="259" w:lineRule="auto"/>
        <w:ind w:left="0" w:right="0" w:firstLine="0"/>
        <w:jc w:val="left"/>
      </w:pPr>
      <w:r>
        <w:rPr>
          <w:rFonts w:ascii="Times New Roman" w:hAnsi="Times New Roman"/>
          <w:b w:val="0"/>
          <w:i w:val="0"/>
          <w:color w:val="000000"/>
          <w:sz w:val="32"/>
        </w:rPr>
        <w:t>Film! Film!</w:t>
      </w:r>
    </w:p>
    <w:p>
      <w:pPr>
        <w:pStyle w:val="Dialogue"/>
        <w:keepLines/>
        <w:spacing w:before="40" w:after="120" w:line="259" w:lineRule="auto"/>
        <w:ind w:left="0" w:right="0" w:firstLine="0"/>
        <w:jc w:val="left"/>
      </w:pPr>
      <w:r>
        <w:rPr>
          <w:rFonts w:ascii="Times New Roman" w:hAnsi="Times New Roman"/>
          <w:b w:val="0"/>
          <w:i w:val="0"/>
          <w:color w:val="000000"/>
          <w:sz w:val="32"/>
        </w:rPr>
        <w:t>Painting! Canvas!</w:t>
      </w:r>
    </w:p>
    <w:p>
      <w:pPr>
        <w:pStyle w:val="Dialogue"/>
        <w:keepLines/>
        <w:spacing w:before="40" w:after="120" w:line="259" w:lineRule="auto"/>
        <w:ind w:left="0" w:right="0" w:firstLine="0"/>
        <w:jc w:val="left"/>
      </w:pPr>
      <w:r>
        <w:rPr>
          <w:rFonts w:ascii="Times New Roman" w:hAnsi="Times New Roman"/>
          <w:b w:val="0"/>
          <w:i/>
          <w:color w:val="000000"/>
          <w:sz w:val="32"/>
        </w:rPr>
        <w:t xml:space="preserve">Painting!  </w:t>
      </w:r>
      <w:r>
        <w:rPr>
          <w:rFonts w:ascii="Times New Roman" w:hAnsi="Times New Roman"/>
          <w:b w:val="0"/>
          <w:i w:val="0"/>
          <w:color w:val="000000"/>
          <w:sz w:val="32"/>
        </w:rPr>
        <w:t>Picture!</w:t>
      </w:r>
    </w:p>
    <w:p>
      <w:pPr>
        <w:pStyle w:val="Dialogue"/>
        <w:keepLines/>
        <w:spacing w:before="40" w:after="120" w:line="259" w:lineRule="auto"/>
        <w:ind w:left="0" w:right="0" w:firstLine="0"/>
        <w:jc w:val="left"/>
      </w:pPr>
      <w:r>
        <w:rPr>
          <w:rFonts w:ascii="Times New Roman" w:hAnsi="Times New Roman"/>
          <w:b w:val="0"/>
          <w:i w:val="0"/>
          <w:color w:val="000000"/>
          <w:sz w:val="32"/>
        </w:rPr>
        <w:t>Painting! Painting!</w:t>
      </w:r>
    </w:p>
    <w:p>
      <w:pPr>
        <w:pStyle w:val="StageDirection"/>
        <w:spacing w:before="60" w:after="100"/>
        <w:ind w:left="0" w:right="0" w:firstLine="0"/>
        <w:jc w:val="left"/>
      </w:pPr>
      <w:r>
        <w:rPr>
          <w:rFonts w:ascii="Times New Roman" w:hAnsi="Times New Roman"/>
          <w:b w:val="0"/>
          <w:i/>
          <w:color w:val="000000"/>
          <w:sz w:val="32"/>
        </w:rPr>
        <w:t xml:space="preserve">(Redmond beams, then is off again, </w:t>
      </w:r>
      <w:r>
        <w:rPr>
          <w:rFonts w:ascii="Times New Roman" w:hAnsi="Times New Roman"/>
          <w:b w:val="0"/>
          <w:i/>
          <w:color w:val="000000"/>
          <w:sz w:val="32"/>
        </w:rPr>
        <w:t>beginning with</w:t>
      </w:r>
      <w:r>
        <w:rPr>
          <w:rFonts w:ascii="Times New Roman" w:hAnsi="Times New Roman"/>
          <w:b w:val="0"/>
          <w:i/>
          <w:color w:val="000000"/>
          <w:sz w:val="32"/>
        </w:rPr>
        <w:t xml:space="preserve"> waddle walk and sign.)</w:t>
      </w:r>
    </w:p>
    <w:p>
      <w:pPr>
        <w:pStyle w:val="Dialogue"/>
        <w:keepLines/>
        <w:spacing w:before="40" w:after="120" w:line="259" w:lineRule="auto"/>
        <w:ind w:left="0" w:right="0" w:firstLine="0"/>
        <w:jc w:val="left"/>
      </w:pPr>
      <w:r>
        <w:rPr>
          <w:rFonts w:ascii="Times New Roman" w:hAnsi="Times New Roman"/>
          <w:b w:val="0"/>
          <w:i w:val="0"/>
          <w:color w:val="000000"/>
          <w:sz w:val="32"/>
        </w:rPr>
        <w:t>Little Fellow! Little Fellow!</w:t>
      </w:r>
    </w:p>
    <w:p>
      <w:pPr>
        <w:pStyle w:val="Dialogue"/>
        <w:keepLines/>
        <w:spacing w:before="40" w:after="120" w:line="259" w:lineRule="auto"/>
        <w:ind w:left="0" w:right="0" w:firstLine="0"/>
        <w:jc w:val="left"/>
      </w:pPr>
      <w:r>
        <w:rPr>
          <w:rFonts w:ascii="Times New Roman" w:hAnsi="Times New Roman"/>
          <w:b w:val="0"/>
          <w:i w:val="0"/>
          <w:color w:val="000000"/>
          <w:sz w:val="32"/>
        </w:rPr>
        <w:t>Artist! Artist!</w:t>
      </w:r>
    </w:p>
    <w:p>
      <w:pPr>
        <w:pStyle w:val="Dialogue"/>
        <w:keepLines/>
        <w:spacing w:before="40" w:after="120" w:line="259" w:lineRule="auto"/>
        <w:ind w:left="0" w:right="0" w:firstLine="0"/>
        <w:jc w:val="left"/>
      </w:pPr>
      <w:r>
        <w:rPr>
          <w:rFonts w:ascii="Times New Roman" w:hAnsi="Times New Roman"/>
          <w:b w:val="0"/>
          <w:i w:val="0"/>
          <w:color w:val="000000"/>
          <w:sz w:val="32"/>
        </w:rPr>
        <w:t>Star! Star!</w:t>
      </w:r>
    </w:p>
    <w:p>
      <w:pPr>
        <w:pStyle w:val="StageDirection"/>
        <w:spacing w:before="60" w:after="100"/>
        <w:ind w:left="0" w:right="0" w:firstLine="0"/>
        <w:jc w:val="left"/>
      </w:pPr>
      <w:r>
        <w:rPr>
          <w:rFonts w:ascii="Times New Roman" w:hAnsi="Times New Roman"/>
          <w:b w:val="0"/>
          <w:i/>
          <w:color w:val="000000"/>
          <w:sz w:val="32"/>
        </w:rPr>
        <w:t>(They both laugh. Crescendo.)</w:t>
      </w:r>
    </w:p>
    <w:p>
      <w:pPr>
        <w:pStyle w:val="Dialogue"/>
        <w:keepLines/>
        <w:spacing w:before="40" w:after="120" w:line="259" w:lineRule="auto"/>
        <w:ind w:left="0" w:right="0" w:firstLine="0"/>
        <w:jc w:val="left"/>
      </w:pPr>
      <w:r>
        <w:rPr>
          <w:rFonts w:ascii="Times New Roman" w:hAnsi="Times New Roman"/>
          <w:b w:val="0"/>
          <w:i w:val="0"/>
          <w:color w:val="000000"/>
          <w:sz w:val="32"/>
        </w:rPr>
        <w:t>Love! Love!</w:t>
      </w:r>
    </w:p>
    <w:p>
      <w:pPr>
        <w:pStyle w:val="Dialogue"/>
        <w:keepLines/>
        <w:spacing w:before="40" w:after="120" w:line="259" w:lineRule="auto"/>
        <w:ind w:left="0" w:right="0" w:firstLine="0"/>
        <w:jc w:val="left"/>
      </w:pPr>
      <w:r>
        <w:rPr>
          <w:rFonts w:ascii="Times New Roman" w:hAnsi="Times New Roman"/>
          <w:b w:val="0"/>
          <w:i w:val="0"/>
          <w:color w:val="000000"/>
          <w:sz w:val="32"/>
        </w:rPr>
        <w:t>God! God!</w:t>
      </w:r>
    </w:p>
    <w:p>
      <w:pPr>
        <w:pStyle w:val="StageDirection"/>
        <w:spacing w:before="60" w:after="100"/>
        <w:ind w:left="0" w:right="0" w:firstLine="0"/>
        <w:jc w:val="left"/>
      </w:pPr>
      <w:r>
        <w:rPr>
          <w:rFonts w:ascii="Times New Roman" w:hAnsi="Times New Roman"/>
          <w:b w:val="0"/>
          <w:i/>
          <w:color w:val="000000"/>
          <w:sz w:val="32"/>
        </w:rPr>
        <w:t>(Clash of cymbals. Strobe ceases, they fall</w:t>
      </w:r>
      <w:r>
        <w:rPr>
          <w:rFonts w:ascii="Times New Roman" w:hAnsi="Times New Roman"/>
          <w:b w:val="0"/>
          <w:i/>
          <w:color w:val="000000"/>
          <w:sz w:val="32"/>
        </w:rPr>
        <w:t xml:space="preserve"> </w:t>
      </w:r>
      <w:r>
        <w:rPr>
          <w:rFonts w:ascii="Times New Roman" w:hAnsi="Times New Roman"/>
          <w:b w:val="0"/>
          <w:i/>
          <w:color w:val="000000"/>
          <w:sz w:val="32"/>
        </w:rPr>
        <w:t>back from each other.)</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(Exhausted, signs, saying)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Well, well.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(Always signing, nodding — Redmond the character onstage speaks)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You </w:t>
      </w:r>
      <w:r>
        <w:rPr>
          <w:rFonts w:ascii="Times New Roman" w:hAnsi="Times New Roman"/>
          <w:b w:val="0"/>
          <w:i w:val="0"/>
          <w:color w:val="000000"/>
          <w:sz w:val="32"/>
        </w:rPr>
        <w:t xml:space="preserve">... </w:t>
      </w:r>
      <w:r>
        <w:rPr>
          <w:rFonts w:ascii="Times New Roman" w:hAnsi="Times New Roman"/>
          <w:b w:val="0"/>
          <w:i w:val="0"/>
          <w:color w:val="000000"/>
          <w:sz w:val="32"/>
        </w:rPr>
        <w:t>fast</w:t>
      </w:r>
      <w:r>
        <w:rPr>
          <w:rFonts w:ascii="Times New Roman" w:hAnsi="Times New Roman"/>
          <w:b w:val="0"/>
          <w:i w:val="0"/>
          <w:color w:val="000000"/>
          <w:sz w:val="32"/>
        </w:rPr>
        <w:t xml:space="preserve">... </w:t>
      </w:r>
      <w:r>
        <w:rPr>
          <w:rFonts w:ascii="Times New Roman" w:hAnsi="Times New Roman"/>
          <w:b w:val="0"/>
          <w:i w:val="0"/>
          <w:color w:val="000000"/>
          <w:sz w:val="32"/>
        </w:rPr>
        <w:t xml:space="preserve">learner!... </w:t>
      </w:r>
    </w:p>
    <w:p>
      <w:pPr>
        <w:pStyle w:val="StageDirection"/>
        <w:spacing w:before="60" w:after="100"/>
        <w:ind w:left="0" w:right="0" w:firstLine="0"/>
        <w:jc w:val="left"/>
      </w:pPr>
      <w:r>
        <w:rPr>
          <w:rFonts w:ascii="Times New Roman" w:hAnsi="Times New Roman"/>
          <w:b w:val="0"/>
          <w:i/>
          <w:color w:val="000000"/>
          <w:sz w:val="32"/>
        </w:rPr>
        <w:t xml:space="preserve">(For a while, Redmond’s voice retains </w:t>
      </w:r>
      <w:r>
        <w:rPr>
          <w:rFonts w:ascii="Times New Roman" w:hAnsi="Times New Roman"/>
          <w:b w:val="0"/>
          <w:i/>
          <w:color w:val="000000"/>
          <w:sz w:val="32"/>
        </w:rPr>
        <w:t>that metallic</w:t>
      </w:r>
      <w:r>
        <w:rPr>
          <w:rFonts w:ascii="Times New Roman" w:hAnsi="Times New Roman"/>
          <w:b w:val="0"/>
          <w:i/>
          <w:color w:val="000000"/>
          <w:sz w:val="32"/>
        </w:rPr>
        <w:t xml:space="preserve"> quality. We should understand </w:t>
      </w:r>
      <w:r>
        <w:rPr>
          <w:rFonts w:ascii="Times New Roman" w:hAnsi="Times New Roman"/>
          <w:b w:val="0"/>
          <w:i/>
          <w:color w:val="000000"/>
          <w:sz w:val="32"/>
        </w:rPr>
        <w:t>we are</w:t>
      </w:r>
      <w:r>
        <w:rPr>
          <w:rFonts w:ascii="Times New Roman" w:hAnsi="Times New Roman"/>
          <w:b w:val="0"/>
          <w:i/>
          <w:color w:val="000000"/>
          <w:sz w:val="32"/>
        </w:rPr>
        <w:t xml:space="preserve"> hearing what he is thinking and </w:t>
      </w:r>
      <w:r>
        <w:rPr>
          <w:rFonts w:ascii="Times New Roman" w:hAnsi="Times New Roman"/>
          <w:b w:val="0"/>
          <w:i/>
          <w:color w:val="000000"/>
          <w:sz w:val="32"/>
        </w:rPr>
        <w:t>signing. His</w:t>
      </w:r>
      <w:r>
        <w:rPr>
          <w:rFonts w:ascii="Times New Roman" w:hAnsi="Times New Roman"/>
          <w:b w:val="0"/>
          <w:i/>
          <w:color w:val="000000"/>
          <w:sz w:val="32"/>
        </w:rPr>
        <w:t xml:space="preserve"> voice eventually becomes</w:t>
      </w:r>
      <w:r>
        <w:rPr>
          <w:rFonts w:ascii="Times New Roman" w:hAnsi="Times New Roman"/>
          <w:b w:val="0"/>
          <w:i/>
          <w:color w:val="000000"/>
          <w:sz w:val="32"/>
        </w:rPr>
        <w:t xml:space="preserve"> more</w:t>
      </w:r>
      <w:r>
        <w:rPr>
          <w:rFonts w:ascii="Times New Roman" w:hAnsi="Times New Roman"/>
          <w:b w:val="0"/>
          <w:i/>
          <w:color w:val="000000"/>
          <w:sz w:val="32"/>
        </w:rPr>
        <w:t xml:space="preserve"> ‘natural</w:t>
      </w:r>
      <w:r>
        <w:rPr>
          <w:rFonts w:ascii="Times New Roman" w:hAnsi="Times New Roman"/>
          <w:b w:val="0"/>
          <w:i/>
          <w:color w:val="000000"/>
          <w:sz w:val="32"/>
        </w:rPr>
        <w:t>,</w:t>
      </w:r>
      <w:r>
        <w:rPr>
          <w:rFonts w:ascii="Times New Roman" w:hAnsi="Times New Roman"/>
          <w:b w:val="0"/>
          <w:i/>
          <w:color w:val="000000"/>
          <w:sz w:val="32"/>
        </w:rPr>
        <w:t>’</w:t>
      </w:r>
      <w:r>
        <w:rPr>
          <w:rFonts w:ascii="Times New Roman" w:hAnsi="Times New Roman"/>
          <w:b w:val="0"/>
          <w:i/>
          <w:color w:val="000000"/>
          <w:sz w:val="32"/>
        </w:rPr>
        <w:t xml:space="preserve"> but in ways distinctive from the way hearing people speak.</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(Signing, beaming)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Thank you.</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Oh, one more — </w:t>
      </w:r>
    </w:p>
    <w:p>
      <w:pPr>
        <w:pStyle w:val="StageDirection"/>
        <w:spacing w:before="60" w:after="100"/>
        <w:ind w:left="0" w:right="0" w:firstLine="0"/>
        <w:jc w:val="left"/>
      </w:pPr>
      <w:r>
        <w:rPr>
          <w:rFonts w:ascii="Times New Roman" w:hAnsi="Times New Roman"/>
          <w:b w:val="0"/>
          <w:i/>
          <w:color w:val="000000"/>
          <w:sz w:val="32"/>
        </w:rPr>
        <w:t xml:space="preserve">(Hand under his chin, palm down, he </w:t>
      </w:r>
      <w:r>
        <w:rPr>
          <w:rFonts w:ascii="Times New Roman" w:hAnsi="Times New Roman"/>
          <w:b w:val="0"/>
          <w:i/>
          <w:color w:val="000000"/>
          <w:sz w:val="32"/>
        </w:rPr>
        <w:t>waves his</w:t>
      </w:r>
      <w:r>
        <w:rPr>
          <w:rFonts w:ascii="Times New Roman" w:hAnsi="Times New Roman"/>
          <w:b w:val="0"/>
          <w:i/>
          <w:color w:val="000000"/>
          <w:sz w:val="32"/>
        </w:rPr>
        <w:t xml:space="preserve"> fingers.)</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(Trying it)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Hello?</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 — frustrating.  Frustrated.</w:t>
      </w:r>
    </w:p>
    <w:p>
      <w:pPr>
        <w:pStyle w:val="StageDirection"/>
        <w:spacing w:before="60" w:after="100"/>
        <w:ind w:left="0" w:right="0" w:firstLine="0"/>
        <w:jc w:val="left"/>
      </w:pPr>
      <w:r>
        <w:rPr>
          <w:rFonts w:ascii="Times New Roman" w:hAnsi="Times New Roman"/>
          <w:b w:val="0"/>
          <w:i/>
          <w:color w:val="000000"/>
          <w:sz w:val="32"/>
        </w:rPr>
        <w:t>(Does it again.)</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Goodbye</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(Making the sign)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F</w:t>
      </w:r>
      <w:r>
        <w:rPr>
          <w:rFonts w:ascii="Times New Roman" w:hAnsi="Times New Roman"/>
          <w:b w:val="0"/>
          <w:i w:val="0"/>
          <w:color w:val="000000"/>
          <w:sz w:val="32"/>
        </w:rPr>
        <w:t xml:space="preserve">rus-trat-ing. </w:t>
      </w:r>
      <w:r>
        <w:rPr>
          <w:rFonts w:ascii="Times New Roman" w:hAnsi="Times New Roman"/>
          <w:b w:val="0"/>
          <w:i/>
          <w:color w:val="000000"/>
          <w:sz w:val="32"/>
        </w:rPr>
        <w:t>(Sign spelling, Chaplin repeating the letters.)</w:t>
      </w:r>
      <w:r>
        <w:rPr>
          <w:rFonts w:ascii="Times New Roman" w:hAnsi="Times New Roman"/>
          <w:b w:val="0"/>
          <w:i w:val="0"/>
          <w:color w:val="000000"/>
          <w:sz w:val="32"/>
        </w:rPr>
        <w:t xml:space="preserve"> F - r - u - s - t - r a - t - i - n - g.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t>F- r -</w:t>
      </w:r>
      <w:r>
        <w:rPr>
          <w:rFonts w:ascii="Times New Roman" w:hAnsi="Times New Roman"/>
          <w:b w:val="0"/>
          <w:i w:val="0"/>
          <w:color w:val="000000"/>
          <w:sz w:val="32"/>
        </w:rPr>
        <w:t xml:space="preserve"> u - s - t - r - a - t - i - n - g. Ah</w:t>
      </w:r>
      <w:r>
        <w:rPr>
          <w:rFonts w:ascii="Times New Roman" w:hAnsi="Times New Roman"/>
          <w:b w:val="0"/>
          <w:i w:val="0"/>
          <w:color w:val="000000"/>
          <w:sz w:val="32"/>
        </w:rPr>
        <w:t xml:space="preserve"> — f</w:t>
      </w:r>
      <w:r>
        <w:rPr>
          <w:rFonts w:ascii="Times New Roman" w:hAnsi="Times New Roman"/>
          <w:b w:val="0"/>
          <w:i w:val="0"/>
          <w:color w:val="000000"/>
          <w:sz w:val="32"/>
        </w:rPr>
        <w:t>rustrating!</w:t>
      </w:r>
    </w:p>
    <w:p>
      <w:pPr>
        <w:pStyle w:val="StageDirection"/>
        <w:spacing w:before="60" w:after="100"/>
        <w:ind w:left="0" w:right="0" w:firstLine="0"/>
        <w:jc w:val="left"/>
      </w:pPr>
      <w:r>
        <w:rPr>
          <w:rFonts w:ascii="Times New Roman" w:hAnsi="Times New Roman"/>
          <w:b w:val="0"/>
          <w:i/>
          <w:color w:val="000000"/>
          <w:sz w:val="32"/>
        </w:rPr>
        <w:t>(Chaplin comically “pulls a face,’’ looking frustrated, makes sign. Redmond nods, grins. Chaplin grins. It</w:t>
      </w:r>
      <w:r>
        <w:rPr>
          <w:rFonts w:ascii="Times New Roman" w:hAnsi="Times New Roman"/>
          <w:b w:val="0"/>
          <w:i/>
          <w:color w:val="000000"/>
          <w:sz w:val="32"/>
        </w:rPr>
        <w:t>’</w:t>
      </w:r>
      <w:r>
        <w:rPr>
          <w:rFonts w:ascii="Times New Roman" w:hAnsi="Times New Roman"/>
          <w:b w:val="0"/>
          <w:i/>
          <w:color w:val="000000"/>
          <w:sz w:val="32"/>
        </w:rPr>
        <w:t>s a sign they will use often.)</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(Relaxes)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Now we can... talk!</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Talk?</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Get to know each other... better.</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Oh, yes?</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Well... </w:t>
      </w:r>
    </w:p>
    <w:p>
      <w:pPr>
        <w:pStyle w:val="StageDirection"/>
        <w:spacing w:before="60" w:after="100"/>
        <w:ind w:left="0" w:right="0" w:firstLine="0"/>
        <w:jc w:val="left"/>
      </w:pPr>
      <w:r>
        <w:rPr>
          <w:rFonts w:ascii="Times New Roman" w:hAnsi="Times New Roman"/>
          <w:b w:val="0"/>
          <w:i/>
          <w:color w:val="000000"/>
          <w:sz w:val="32"/>
        </w:rPr>
        <w:t>(They both pause, considering the possibilities, pro and con, of this commitment, and showing it in their expressions.)</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From here on, the signing is just suggested — unless specifically directed — and may become almost negligible. But it</w:t>
      </w:r>
      <w:r>
        <w:rPr>
          <w:rFonts w:ascii="Times New Roman" w:hAnsi="Times New Roman"/>
          <w:b w:val="0"/>
          <w:i/>
          <w:color w:val="000000"/>
          <w:sz w:val="32"/>
        </w:rPr>
        <w:t>’</w:t>
      </w:r>
      <w:r>
        <w:rPr>
          <w:rFonts w:ascii="Times New Roman" w:hAnsi="Times New Roman"/>
          <w:b w:val="0"/>
          <w:i/>
          <w:color w:val="000000"/>
          <w:sz w:val="32"/>
        </w:rPr>
        <w:t>s understood that</w:t>
      </w:r>
      <w:r>
        <w:rPr>
          <w:rFonts w:ascii="Times New Roman" w:hAnsi="Times New Roman"/>
          <w:b w:val="0"/>
          <w:i/>
          <w:color w:val="000000"/>
          <w:sz w:val="32"/>
        </w:rPr>
        <w:t xml:space="preserve">’s </w:t>
      </w:r>
      <w:r>
        <w:rPr>
          <w:rFonts w:ascii="Times New Roman" w:hAnsi="Times New Roman"/>
          <w:b w:val="0"/>
          <w:i/>
          <w:color w:val="000000"/>
          <w:sz w:val="32"/>
        </w:rPr>
        <w:t>how they</w:t>
      </w:r>
      <w:r>
        <w:rPr>
          <w:rFonts w:ascii="Times New Roman" w:hAnsi="Times New Roman"/>
          <w:b w:val="0"/>
          <w:i/>
          <w:color w:val="000000"/>
          <w:sz w:val="32"/>
        </w:rPr>
        <w:t>’</w:t>
      </w:r>
      <w:r>
        <w:rPr>
          <w:rFonts w:ascii="Times New Roman" w:hAnsi="Times New Roman"/>
          <w:b w:val="0"/>
          <w:i/>
          <w:color w:val="000000"/>
          <w:sz w:val="32"/>
        </w:rPr>
        <w:t>re communicating, along with Redmond’s lip reading. When Chaplin is looking directly at Redmond, and the thought being expressed is not a difficult one, he does not even attempt to sign.)</w:t>
      </w:r>
    </w:p>
    <w:p>
      <w:pPr>
        <w:pStyle w:val="StageDirection"/>
        <w:spacing w:before="60" w:after="100"/>
        <w:ind w:left="0" w:right="0" w:firstLine="0"/>
        <w:jc w:val="left"/>
      </w:pPr>
      <w:r>
        <w:rPr>
          <w:rFonts w:ascii="Times New Roman" w:hAnsi="Times New Roman"/>
          <w:b w:val="0"/>
          <w:i/>
          <w:color w:val="000000"/>
          <w:sz w:val="32"/>
        </w:rPr>
        <w:t xml:space="preserve">(After some initial clumsiness, Chaplin’s signing becomes graceful and animated; </w:t>
      </w:r>
      <w:r>
        <w:rPr>
          <w:rFonts w:ascii="Times New Roman" w:hAnsi="Times New Roman"/>
          <w:b w:val="0"/>
          <w:i/>
          <w:color w:val="000000"/>
          <w:sz w:val="32"/>
        </w:rPr>
        <w:t>he enjoys</w:t>
      </w:r>
      <w:r>
        <w:rPr>
          <w:rFonts w:ascii="Times New Roman" w:hAnsi="Times New Roman"/>
          <w:b w:val="0"/>
          <w:i/>
          <w:color w:val="000000"/>
          <w:sz w:val="32"/>
        </w:rPr>
        <w:t xml:space="preserve"> it as much as a character walk. He</w:t>
      </w:r>
      <w:r>
        <w:rPr>
          <w:rFonts w:ascii="Times New Roman" w:hAnsi="Times New Roman"/>
          <w:b w:val="0"/>
          <w:i/>
          <w:color w:val="000000"/>
          <w:sz w:val="32"/>
        </w:rPr>
        <w:t>’</w:t>
      </w:r>
      <w:r>
        <w:rPr>
          <w:rFonts w:ascii="Times New Roman" w:hAnsi="Times New Roman"/>
          <w:b w:val="0"/>
          <w:i/>
          <w:color w:val="000000"/>
          <w:sz w:val="32"/>
        </w:rPr>
        <w:t>s not as proficient at ‘reading,’ and sometimes stumbles a bit. Redmond’s signing is second nature to him.)</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(After thinking hard, signing thoughtful)</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 know — let’s do a walk!</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(Disappointed)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 walk?</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I do walks, you do </w:t>
      </w:r>
      <w:r>
        <w:rPr>
          <w:rFonts w:ascii="Times New Roman" w:hAnsi="Times New Roman"/>
          <w:b w:val="0"/>
          <w:i w:val="0"/>
          <w:color w:val="000000"/>
          <w:sz w:val="32"/>
        </w:rPr>
        <w:t>walks.</w:t>
      </w:r>
      <w:r>
        <w:rPr>
          <w:rFonts w:ascii="Times New Roman" w:hAnsi="Times New Roman"/>
          <w:b w:val="0"/>
          <w:i/>
          <w:color w:val="000000"/>
          <w:sz w:val="32"/>
        </w:rPr>
        <w:t xml:space="preserve"> </w:t>
      </w:r>
      <w:r>
        <w:rPr>
          <w:rFonts w:ascii="Times New Roman" w:hAnsi="Times New Roman"/>
          <w:b w:val="0"/>
          <w:i w:val="0"/>
          <w:color w:val="000000"/>
          <w:sz w:val="32"/>
        </w:rPr>
        <w:t>Can’t we? Walk now, talk later?</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(Giving in, grins)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A walk — fine! Other </w:t>
      </w:r>
      <w:r>
        <w:rPr>
          <w:rFonts w:ascii="Times New Roman" w:hAnsi="Times New Roman"/>
          <w:b w:val="0"/>
          <w:i w:val="0"/>
          <w:color w:val="000000"/>
          <w:sz w:val="32"/>
        </w:rPr>
        <w:t>people</w:t>
      </w:r>
      <w:r>
        <w:rPr>
          <w:rFonts w:ascii="Times New Roman" w:hAnsi="Times New Roman"/>
          <w:b w:val="0"/>
          <w:i/>
          <w:color w:val="000000"/>
          <w:sz w:val="32"/>
        </w:rPr>
        <w:t xml:space="preserve"> go</w:t>
      </w:r>
      <w:r>
        <w:rPr>
          <w:rFonts w:ascii="Times New Roman" w:hAnsi="Times New Roman"/>
          <w:b w:val="0"/>
          <w:i w:val="0"/>
          <w:color w:val="000000"/>
          <w:sz w:val="32"/>
        </w:rPr>
        <w:t xml:space="preserve"> for a walk, we </w:t>
      </w:r>
      <w:r>
        <w:rPr>
          <w:rFonts w:ascii="Times New Roman" w:hAnsi="Times New Roman"/>
          <w:b w:val="0"/>
          <w:i/>
          <w:color w:val="000000"/>
          <w:sz w:val="32"/>
        </w:rPr>
        <w:t>do</w:t>
      </w:r>
      <w:r>
        <w:rPr>
          <w:rFonts w:ascii="Times New Roman" w:hAnsi="Times New Roman"/>
          <w:b w:val="0"/>
          <w:i w:val="0"/>
          <w:color w:val="000000"/>
          <w:sz w:val="32"/>
        </w:rPr>
        <w:t xml:space="preserve"> one.</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Follow me!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You me!</w:t>
      </w:r>
    </w:p>
    <w:p>
      <w:pPr>
        <w:pStyle w:val="StageDirection"/>
        <w:spacing w:before="60" w:after="100"/>
        <w:ind w:left="0" w:right="0" w:firstLine="0"/>
        <w:jc w:val="left"/>
      </w:pPr>
      <w:r>
        <w:rPr>
          <w:rFonts w:ascii="Times New Roman" w:hAnsi="Times New Roman"/>
          <w:b w:val="0"/>
          <w:i/>
          <w:color w:val="000000"/>
          <w:sz w:val="32"/>
        </w:rPr>
        <w:t>(They both laugh at the argument.)</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“Dance of mimes”. In this playful song Chaplin and Redmond walk and sing together</w:t>
      </w:r>
      <w:r>
        <w:rPr>
          <w:rFonts w:ascii="Times New Roman" w:hAnsi="Times New Roman"/>
          <w:b w:val="0"/>
          <w:i/>
          <w:color w:val="000000"/>
          <w:sz w:val="32"/>
        </w:rPr>
        <w:t>.</w:t>
      </w:r>
      <w:r>
        <w:rPr>
          <w:rFonts w:ascii="Times New Roman" w:hAnsi="Times New Roman"/>
          <w:b w:val="0"/>
          <w:i/>
          <w:color w:val="000000"/>
          <w:sz w:val="32"/>
        </w:rPr>
        <w:t>)</w:t>
      </w:r>
      <w:r>
        <w:rPr>
          <w:rStyle w:val="CommentReference"/>
          <w:color w:val="000000"/>
          <w:sz w:val="32"/>
        </w:rPr>
      </w:r>
    </w:p>
    <w:p>
      <w:pPr>
        <w:pStyle w:val="Song"/>
        <w:ind w:left="0" w:right="0" w:firstLine="0"/>
        <w:jc w:val="left"/>
      </w:pPr>
      <w:r>
        <w:rPr>
          <w:rFonts w:ascii="Times New Roman" w:hAnsi="Times New Roman"/>
          <w:b w:val="0"/>
          <w:i w:val="0"/>
          <w:color w:val="000000"/>
          <w:sz w:val="32"/>
        </w:rPr>
        <w:t xml:space="preserve">Oh, be a mime like that Chaplin </w:t>
      </w:r>
      <w:r>
        <w:rPr>
          <w:rFonts w:ascii="Times New Roman" w:hAnsi="Times New Roman"/>
          <w:b w:val="0"/>
          <w:i w:val="0"/>
          <w:color w:val="000000"/>
          <w:sz w:val="32"/>
        </w:rPr>
        <w:br/>
        <w:t>Do Pantomime like that Granville</w:t>
      </w:r>
      <w:r>
        <w:rPr>
          <w:rFonts w:ascii="Times New Roman" w:hAnsi="Times New Roman"/>
          <w:b w:val="0"/>
          <w:i w:val="0"/>
          <w:color w:val="000000"/>
          <w:sz w:val="32"/>
        </w:rPr>
        <w:br/>
        <w:t>Two shadows dance, the story bold...</w:t>
      </w:r>
      <w:r>
        <w:rPr>
          <w:rFonts w:ascii="Times New Roman" w:hAnsi="Times New Roman"/>
          <w:b w:val="0"/>
          <w:i w:val="0"/>
          <w:color w:val="000000"/>
          <w:sz w:val="32"/>
        </w:rPr>
        <w:br/>
      </w:r>
      <w:r>
        <w:rPr>
          <w:rFonts w:ascii="Times New Roman" w:hAnsi="Times New Roman"/>
          <w:b w:val="0"/>
          <w:i/>
          <w:color w:val="000000"/>
          <w:sz w:val="32"/>
        </w:rPr>
        <w:t>(they speak and bow)</w:t>
      </w:r>
      <w:r>
        <w:rPr>
          <w:rFonts w:ascii="Times New Roman" w:hAnsi="Times New Roman"/>
          <w:b w:val="0"/>
          <w:i w:val="0"/>
          <w:color w:val="000000"/>
          <w:sz w:val="32"/>
        </w:rPr>
        <w:br/>
        <w:t>Chaplin and Redmond ... a tale unfolds.</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they tap dance</w:t>
      </w:r>
      <w:r>
        <w:rPr>
          <w:rFonts w:ascii="Times New Roman" w:hAnsi="Times New Roman"/>
          <w:b w:val="0"/>
          <w:i/>
          <w:color w:val="000000"/>
          <w:sz w:val="32"/>
        </w:rPr>
        <w:t>)</w:t>
      </w:r>
    </w:p>
    <w:p>
      <w:pPr>
        <w:pStyle w:val="Song"/>
        <w:ind w:left="0" w:right="0" w:firstLine="0"/>
        <w:jc w:val="left"/>
      </w:pPr>
      <w:r>
        <w:rPr>
          <w:rFonts w:ascii="Times New Roman" w:hAnsi="Times New Roman"/>
          <w:b w:val="0"/>
          <w:i w:val="0"/>
          <w:color w:val="000000"/>
          <w:sz w:val="32"/>
        </w:rPr>
        <w:t>Step by step and turn by turn</w:t>
      </w:r>
      <w:r>
        <w:rPr>
          <w:rFonts w:ascii="Times New Roman" w:hAnsi="Times New Roman"/>
          <w:b w:val="0"/>
          <w:i w:val="0"/>
          <w:color w:val="000000"/>
          <w:sz w:val="32"/>
        </w:rPr>
        <w:br/>
        <w:t>With cane in hand and brash in jaws</w:t>
      </w:r>
      <w:r>
        <w:rPr>
          <w:rFonts w:ascii="Times New Roman" w:hAnsi="Times New Roman"/>
          <w:b w:val="0"/>
          <w:i w:val="0"/>
          <w:color w:val="000000"/>
          <w:sz w:val="32"/>
        </w:rPr>
        <w:br/>
        <w:t>Across the stage, a dance of mimes...</w:t>
      </w:r>
      <w:r>
        <w:rPr>
          <w:rFonts w:ascii="Times New Roman" w:hAnsi="Times New Roman"/>
          <w:b w:val="0"/>
          <w:i w:val="0"/>
          <w:color w:val="000000"/>
          <w:sz w:val="32"/>
        </w:rPr>
        <w:br/>
      </w:r>
      <w:r>
        <w:rPr>
          <w:rFonts w:ascii="Times New Roman" w:hAnsi="Times New Roman"/>
          <w:b w:val="0"/>
          <w:i/>
          <w:color w:val="000000"/>
          <w:sz w:val="32"/>
        </w:rPr>
        <w:t>(they speak and bow)</w:t>
      </w:r>
      <w:r>
        <w:rPr>
          <w:rFonts w:ascii="Times New Roman" w:hAnsi="Times New Roman"/>
          <w:b w:val="0"/>
          <w:i w:val="0"/>
          <w:color w:val="000000"/>
          <w:sz w:val="32"/>
        </w:rPr>
        <w:br/>
        <w:t>Chaplin and Redmond ... they shine divine!</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Chaplin is thrown aside by Redmond, the look at each other and tap dance</w:t>
      </w:r>
      <w:r>
        <w:rPr>
          <w:rFonts w:ascii="Times New Roman" w:hAnsi="Times New Roman"/>
          <w:b w:val="0"/>
          <w:i/>
          <w:color w:val="000000"/>
          <w:sz w:val="32"/>
        </w:rPr>
        <w:t>)</w:t>
      </w:r>
    </w:p>
    <w:p>
      <w:pPr>
        <w:pStyle w:val="Song"/>
        <w:ind w:left="0" w:right="0" w:firstLine="0"/>
        <w:jc w:val="left"/>
      </w:pPr>
      <w:r>
        <w:rPr>
          <w:rFonts w:ascii="Times New Roman" w:hAnsi="Times New Roman"/>
          <w:b w:val="0"/>
          <w:i w:val="0"/>
          <w:color w:val="000000"/>
          <w:sz w:val="32"/>
        </w:rPr>
        <w:t xml:space="preserve">Now Chaplin leans, a darling tilt! </w:t>
      </w:r>
      <w:r>
        <w:rPr>
          <w:rFonts w:ascii="Times New Roman" w:hAnsi="Times New Roman"/>
          <w:b w:val="0"/>
          <w:i w:val="0"/>
          <w:color w:val="000000"/>
          <w:sz w:val="32"/>
        </w:rPr>
        <w:br/>
        <w:t>A story told walking adrift</w:t>
      </w:r>
      <w:r>
        <w:rPr>
          <w:rFonts w:ascii="Times New Roman" w:hAnsi="Times New Roman"/>
          <w:b w:val="0"/>
          <w:i w:val="0"/>
          <w:color w:val="000000"/>
          <w:sz w:val="32"/>
        </w:rPr>
        <w:br/>
        <w:t>In every step and twirl of cane...</w:t>
      </w:r>
      <w:r>
        <w:rPr>
          <w:rFonts w:ascii="Times New Roman" w:hAnsi="Times New Roman"/>
          <w:b w:val="0"/>
          <w:i w:val="0"/>
          <w:color w:val="000000"/>
          <w:sz w:val="32"/>
        </w:rPr>
        <w:br/>
      </w:r>
      <w:r>
        <w:rPr>
          <w:rFonts w:ascii="Times New Roman" w:hAnsi="Times New Roman"/>
          <w:b w:val="0"/>
          <w:i/>
          <w:color w:val="000000"/>
          <w:sz w:val="32"/>
        </w:rPr>
        <w:t>(they speak and bow)</w:t>
      </w:r>
      <w:r>
        <w:rPr>
          <w:rFonts w:ascii="Times New Roman" w:hAnsi="Times New Roman"/>
          <w:b w:val="0"/>
          <w:i w:val="0"/>
          <w:color w:val="000000"/>
          <w:sz w:val="32"/>
        </w:rPr>
        <w:br/>
        <w:t>Chaplin and Redmond ... without a doubt!</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ending, slow, music gradually dying</w:t>
      </w:r>
      <w:r>
        <w:rPr>
          <w:rFonts w:ascii="Times New Roman" w:hAnsi="Times New Roman"/>
          <w:b w:val="0"/>
          <w:i/>
          <w:color w:val="000000"/>
          <w:sz w:val="32"/>
        </w:rPr>
        <w:t>; recitando</w:t>
      </w:r>
      <w:r>
        <w:rPr>
          <w:rFonts w:ascii="Times New Roman" w:hAnsi="Times New Roman"/>
          <w:b w:val="0"/>
          <w:i/>
          <w:color w:val="000000"/>
          <w:sz w:val="32"/>
        </w:rPr>
        <w:t>)</w:t>
      </w:r>
      <w:r>
        <w:rPr>
          <w:rFonts w:ascii="Times New Roman" w:hAnsi="Times New Roman"/>
          <w:b w:val="0"/>
          <w:i/>
          <w:color w:val="000000"/>
          <w:sz w:val="32"/>
        </w:rPr>
        <w:t xml:space="preserve"> </w:t>
      </w:r>
    </w:p>
    <w:p>
      <w:pPr>
        <w:pStyle w:val="Song"/>
        <w:ind w:left="0" w:right="0" w:firstLine="0"/>
        <w:jc w:val="left"/>
      </w:pPr>
      <w:r>
        <w:rPr>
          <w:rFonts w:ascii="Times New Roman" w:hAnsi="Times New Roman"/>
          <w:b w:val="0"/>
          <w:i w:val="0"/>
          <w:color w:val="000000"/>
          <w:sz w:val="32"/>
        </w:rPr>
        <w:t>A pause, a look</w:t>
      </w:r>
      <w:r>
        <w:rPr>
          <w:rFonts w:ascii="Times New Roman" w:hAnsi="Times New Roman"/>
          <w:b w:val="0"/>
          <w:i w:val="0"/>
          <w:color w:val="000000"/>
          <w:sz w:val="32"/>
        </w:rPr>
        <w:br/>
        <w:t>In art’s embrace</w:t>
      </w:r>
      <w:r>
        <w:rPr>
          <w:rFonts w:ascii="Times New Roman" w:hAnsi="Times New Roman"/>
          <w:b w:val="0"/>
          <w:i w:val="0"/>
          <w:color w:val="000000"/>
          <w:sz w:val="32"/>
        </w:rPr>
        <w:br/>
        <w:t>Another step</w:t>
      </w:r>
      <w:r>
        <w:rPr>
          <w:rFonts w:ascii="Times New Roman" w:hAnsi="Times New Roman"/>
          <w:b w:val="0"/>
          <w:i w:val="0"/>
          <w:color w:val="000000"/>
          <w:sz w:val="32"/>
        </w:rPr>
        <w:br/>
        <w:t>in silent haste.</w:t>
      </w:r>
    </w:p>
    <w:p>
      <w:pPr>
        <w:pStyle w:val="StageDirection"/>
        <w:spacing w:before="60" w:after="100"/>
        <w:ind w:left="0" w:right="0" w:firstLine="0"/>
        <w:jc w:val="left"/>
      </w:pPr>
      <w:r>
        <w:rPr>
          <w:rFonts w:ascii="Times New Roman" w:hAnsi="Times New Roman"/>
          <w:b w:val="0"/>
          <w:i/>
          <w:color w:val="000000"/>
          <w:sz w:val="32"/>
        </w:rPr>
        <w:t xml:space="preserve">(To </w:t>
      </w:r>
      <w:r>
        <w:rPr>
          <w:rFonts w:ascii="Times New Roman" w:hAnsi="Times New Roman"/>
          <w:b w:val="0"/>
          <w:i/>
          <w:color w:val="000000"/>
          <w:sz w:val="32"/>
        </w:rPr>
        <w:t>continuing music from the song,</w:t>
      </w:r>
      <w:r>
        <w:rPr>
          <w:rFonts w:ascii="Times New Roman" w:hAnsi="Times New Roman"/>
          <w:b w:val="0"/>
          <w:i/>
          <w:color w:val="000000"/>
          <w:sz w:val="32"/>
        </w:rPr>
        <w:t xml:space="preserve"> Chaplin </w:t>
      </w:r>
      <w:r>
        <w:rPr>
          <w:rFonts w:ascii="Times New Roman" w:hAnsi="Times New Roman"/>
          <w:b w:val="0"/>
          <w:i/>
          <w:color w:val="000000"/>
          <w:sz w:val="32"/>
        </w:rPr>
        <w:t>continues his walk,</w:t>
      </w:r>
      <w:r>
        <w:rPr>
          <w:rFonts w:ascii="Times New Roman" w:hAnsi="Times New Roman"/>
          <w:b w:val="0"/>
          <w:i/>
          <w:color w:val="000000"/>
          <w:sz w:val="32"/>
        </w:rPr>
        <w:t xml:space="preserve"> </w:t>
      </w:r>
      <w:r>
        <w:rPr>
          <w:rFonts w:ascii="Times New Roman" w:hAnsi="Times New Roman"/>
          <w:b w:val="0"/>
          <w:i/>
          <w:color w:val="000000"/>
          <w:sz w:val="32"/>
        </w:rPr>
        <w:t>looking over</w:t>
      </w:r>
      <w:r>
        <w:rPr>
          <w:rFonts w:ascii="Times New Roman" w:hAnsi="Times New Roman"/>
          <w:b w:val="0"/>
          <w:i/>
          <w:color w:val="000000"/>
          <w:sz w:val="32"/>
        </w:rPr>
        <w:t xml:space="preserve"> his shoulder at Redmond, who </w:t>
      </w:r>
      <w:r>
        <w:rPr>
          <w:rFonts w:ascii="Times New Roman" w:hAnsi="Times New Roman"/>
          <w:b w:val="0"/>
          <w:i/>
          <w:color w:val="000000"/>
          <w:sz w:val="32"/>
        </w:rPr>
        <w:t>follows</w:t>
      </w:r>
      <w:r>
        <w:rPr>
          <w:rFonts w:ascii="Times New Roman" w:hAnsi="Times New Roman"/>
          <w:b w:val="0"/>
          <w:i/>
          <w:color w:val="000000"/>
          <w:sz w:val="32"/>
        </w:rPr>
        <w:t xml:space="preserve"> him step for step. Chaplin tries to throw him off with sudden moves, successful half the time, the other Redmond negotiates the move successfully. They cross the stage several times, then Redmond cuts in front of Chaplin.)</w:t>
      </w:r>
    </w:p>
    <w:p>
      <w:pPr>
        <w:pStyle w:val="StageDirection"/>
        <w:spacing w:before="60" w:after="100"/>
        <w:ind w:left="0" w:right="0" w:firstLine="0"/>
        <w:jc w:val="left"/>
      </w:pPr>
      <w:r>
        <w:rPr>
          <w:rFonts w:ascii="Times New Roman" w:hAnsi="Times New Roman"/>
          <w:b w:val="0"/>
          <w:i/>
          <w:color w:val="000000"/>
          <w:sz w:val="32"/>
        </w:rPr>
        <w:t xml:space="preserve">(Redmond </w:t>
      </w:r>
      <w:r>
        <w:rPr>
          <w:rFonts w:ascii="Times New Roman" w:hAnsi="Times New Roman"/>
          <w:b w:val="0"/>
          <w:i/>
          <w:color w:val="000000"/>
          <w:sz w:val="32"/>
        </w:rPr>
        <w:t xml:space="preserve">taps him on shoulder, </w:t>
      </w:r>
      <w:r>
        <w:rPr>
          <w:rFonts w:ascii="Times New Roman" w:hAnsi="Times New Roman"/>
          <w:b w:val="0"/>
          <w:i/>
          <w:color w:val="000000"/>
          <w:sz w:val="32"/>
        </w:rPr>
        <w:t>indicates Chaplin should follow him.)</w:t>
      </w:r>
    </w:p>
    <w:p>
      <w:pPr>
        <w:pStyle w:val="StageDirection"/>
        <w:spacing w:before="60" w:after="100"/>
        <w:ind w:left="0" w:right="0" w:firstLine="0"/>
        <w:jc w:val="left"/>
      </w:pPr>
      <w:r>
        <w:rPr>
          <w:rFonts w:ascii="Times New Roman" w:hAnsi="Times New Roman"/>
          <w:b w:val="0"/>
          <w:i/>
          <w:color w:val="000000"/>
          <w:sz w:val="32"/>
        </w:rPr>
        <w:t>(Chaplin bows. Redmond strides, twirling the cane, Chaplin pantomimes twirling the cane. Redmond sneaks a look.)</w:t>
      </w:r>
    </w:p>
    <w:p>
      <w:pPr>
        <w:pStyle w:val="StageDirection"/>
        <w:spacing w:before="60" w:after="100"/>
        <w:ind w:left="0" w:right="0" w:firstLine="0"/>
        <w:jc w:val="left"/>
      </w:pPr>
      <w:r>
        <w:rPr>
          <w:rFonts w:ascii="Times New Roman" w:hAnsi="Times New Roman"/>
          <w:b w:val="0"/>
          <w:i/>
          <w:color w:val="000000"/>
          <w:sz w:val="32"/>
        </w:rPr>
        <w:t xml:space="preserve">(Redmond leans on the cane, looks back to </w:t>
      </w:r>
      <w:r>
        <w:rPr>
          <w:rFonts w:ascii="Times New Roman" w:hAnsi="Times New Roman"/>
          <w:b w:val="0"/>
          <w:i/>
          <w:color w:val="000000"/>
          <w:sz w:val="32"/>
        </w:rPr>
        <w:t>see how</w:t>
      </w:r>
      <w:r>
        <w:rPr>
          <w:rFonts w:ascii="Times New Roman" w:hAnsi="Times New Roman"/>
          <w:b w:val="0"/>
          <w:i/>
          <w:color w:val="000000"/>
          <w:sz w:val="32"/>
        </w:rPr>
        <w:t xml:space="preserve"> Chaplin will handle this. Chaplin pantomimes leaning on the cane, his body at an acute angle. Redmond applauds. Chaplin nods, nearly falls.)</w:t>
      </w:r>
    </w:p>
    <w:p>
      <w:pPr>
        <w:pStyle w:val="StageDirection"/>
        <w:spacing w:before="60" w:after="100"/>
        <w:ind w:left="0" w:right="0" w:firstLine="0"/>
        <w:jc w:val="left"/>
      </w:pPr>
      <w:r>
        <w:rPr>
          <w:rFonts w:ascii="Times New Roman" w:hAnsi="Times New Roman"/>
          <w:b w:val="0"/>
          <w:i/>
          <w:color w:val="000000"/>
          <w:sz w:val="32"/>
        </w:rPr>
        <w:t>(They laugh.)</w:t>
      </w:r>
    </w:p>
    <w:p>
      <w:pPr>
        <w:pStyle w:val="StageDirection"/>
        <w:spacing w:before="60" w:after="100"/>
        <w:ind w:left="0" w:right="0" w:firstLine="0"/>
        <w:jc w:val="left"/>
      </w:pPr>
      <w:r>
        <w:rPr>
          <w:rFonts w:ascii="Times New Roman" w:hAnsi="Times New Roman"/>
          <w:b w:val="0"/>
          <w:i/>
          <w:color w:val="000000"/>
          <w:sz w:val="32"/>
        </w:rPr>
        <w:t>(Redmond looks at his easel, something in the painting riveting his attention. Music stops. Redmond sits in front of easel, picks up brush, begins to paint quickly, intently.)</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 xml:space="preserve">Chaplin </w:t>
      </w:r>
      <w:r>
        <w:rPr>
          <w:rFonts w:ascii="Times New Roman" w:hAnsi="Times New Roman"/>
          <w:b w:val="0"/>
          <w:i/>
          <w:color w:val="000000"/>
          <w:sz w:val="32"/>
        </w:rPr>
        <w:t>approaches</w:t>
      </w:r>
      <w:r>
        <w:rPr>
          <w:rFonts w:ascii="Times New Roman" w:hAnsi="Times New Roman"/>
          <w:b w:val="0"/>
          <w:i/>
          <w:color w:val="000000"/>
          <w:sz w:val="32"/>
        </w:rPr>
        <w:t xml:space="preserve">, so </w:t>
      </w:r>
      <w:r>
        <w:rPr>
          <w:rFonts w:ascii="Times New Roman" w:hAnsi="Times New Roman"/>
          <w:b w:val="0"/>
          <w:i/>
          <w:color w:val="000000"/>
          <w:sz w:val="32"/>
        </w:rPr>
        <w:t>Redmond can see him.)</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Very nice. </w:t>
      </w:r>
    </w:p>
    <w:p>
      <w:pPr>
        <w:pStyle w:val="StageDirection"/>
        <w:spacing w:before="60" w:after="100"/>
        <w:ind w:left="0" w:right="0" w:firstLine="0"/>
        <w:jc w:val="left"/>
      </w:pPr>
      <w:r>
        <w:rPr>
          <w:rFonts w:ascii="Times New Roman" w:hAnsi="Times New Roman"/>
          <w:b w:val="0"/>
          <w:i/>
          <w:color w:val="000000"/>
          <w:sz w:val="32"/>
        </w:rPr>
        <w:t xml:space="preserve">(Redmond nods, </w:t>
      </w:r>
      <w:r>
        <w:rPr>
          <w:rFonts w:ascii="Times New Roman" w:hAnsi="Times New Roman"/>
          <w:b w:val="0"/>
          <w:i/>
          <w:color w:val="000000"/>
          <w:sz w:val="32"/>
        </w:rPr>
        <w:t xml:space="preserve">but absorbed, </w:t>
      </w:r>
      <w:r>
        <w:rPr>
          <w:rFonts w:ascii="Times New Roman" w:hAnsi="Times New Roman"/>
          <w:b w:val="0"/>
          <w:i/>
          <w:color w:val="000000"/>
          <w:sz w:val="32"/>
        </w:rPr>
        <w:t>a little absently.)</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(Begins to rattle on, pointing with cane perilously close to canvas, which alarms 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Lovely sky!  Gorgeous hills!... reminds me of something wanted to ask you</w:t>
      </w:r>
      <w:r>
        <w:rPr>
          <w:rFonts w:ascii="Times New Roman" w:hAnsi="Times New Roman"/>
          <w:b w:val="0"/>
          <w:i w:val="0"/>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(Redmond is becoming exasperated, quickly and on the sly does frustrated sign.)</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 which is, why don’t you put people in your paintings? People in </w:t>
      </w:r>
      <w:r>
        <w:rPr>
          <w:rFonts w:ascii="Times New Roman" w:hAnsi="Times New Roman"/>
          <w:b w:val="0"/>
          <w:i/>
          <w:color w:val="000000"/>
          <w:sz w:val="32"/>
        </w:rPr>
        <w:t>everything</w:t>
      </w:r>
      <w:r>
        <w:rPr>
          <w:rFonts w:ascii="Times New Roman" w:hAnsi="Times New Roman"/>
          <w:b w:val="0"/>
          <w:i w:val="0"/>
          <w:color w:val="000000"/>
          <w:sz w:val="32"/>
        </w:rPr>
        <w:t xml:space="preserve"> I do!</w:t>
      </w:r>
    </w:p>
    <w:p>
      <w:pPr>
        <w:pStyle w:val="StageDirection"/>
        <w:spacing w:before="60" w:after="100"/>
        <w:ind w:left="0" w:right="0" w:firstLine="0"/>
        <w:jc w:val="left"/>
      </w:pPr>
      <w:r>
        <w:rPr>
          <w:rFonts w:ascii="Times New Roman" w:hAnsi="Times New Roman"/>
          <w:b w:val="0"/>
          <w:i/>
          <w:color w:val="000000"/>
          <w:sz w:val="32"/>
        </w:rPr>
        <w:t xml:space="preserve">(Redmond stands, a plea </w:t>
      </w:r>
      <w:r>
        <w:rPr>
          <w:rFonts w:ascii="Times New Roman" w:hAnsi="Times New Roman"/>
          <w:b w:val="0"/>
          <w:i/>
          <w:color w:val="000000"/>
          <w:sz w:val="32"/>
        </w:rPr>
        <w:t>— indicates</w:t>
      </w:r>
      <w:r>
        <w:rPr>
          <w:rFonts w:ascii="Times New Roman" w:hAnsi="Times New Roman"/>
          <w:b w:val="0"/>
          <w:i/>
          <w:color w:val="000000"/>
          <w:sz w:val="32"/>
        </w:rPr>
        <w:t xml:space="preserve"> his hands are full, so he can’t talk.)</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Oh, yes! Of course!... Sorry.  </w:t>
      </w:r>
    </w:p>
    <w:p>
      <w:pPr>
        <w:pStyle w:val="StageDirection"/>
        <w:spacing w:before="60" w:after="100"/>
        <w:ind w:left="0" w:right="0" w:firstLine="0"/>
        <w:jc w:val="left"/>
      </w:pPr>
      <w:r>
        <w:rPr>
          <w:rFonts w:ascii="Times New Roman" w:hAnsi="Times New Roman"/>
          <w:b w:val="0"/>
          <w:i/>
          <w:color w:val="000000"/>
          <w:sz w:val="32"/>
        </w:rPr>
        <w:t xml:space="preserve">(Redmond resumes </w:t>
      </w:r>
      <w:r>
        <w:rPr>
          <w:rFonts w:ascii="Times New Roman" w:hAnsi="Times New Roman"/>
          <w:b w:val="0"/>
          <w:i/>
          <w:color w:val="000000"/>
          <w:sz w:val="32"/>
        </w:rPr>
        <w:t>painting, watches</w:t>
      </w:r>
      <w:r>
        <w:rPr>
          <w:rFonts w:ascii="Times New Roman" w:hAnsi="Times New Roman"/>
          <w:b w:val="0"/>
          <w:i/>
          <w:color w:val="000000"/>
          <w:sz w:val="32"/>
        </w:rPr>
        <w:t xml:space="preserve"> Chaplin suspiciously from the corner of his eye.)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Gottardo, </w:t>
      </w:r>
      <w:r>
        <w:rPr>
          <w:rFonts w:ascii="Times New Roman" w:hAnsi="Times New Roman"/>
          <w:b w:val="0"/>
          <w:i w:val="0"/>
          <w:color w:val="000000"/>
          <w:sz w:val="32"/>
        </w:rPr>
        <w:t>how Charlie</w:t>
      </w:r>
      <w:r>
        <w:rPr>
          <w:rFonts w:ascii="Times New Roman" w:hAnsi="Times New Roman"/>
          <w:b w:val="0"/>
          <w:i w:val="0"/>
          <w:color w:val="000000"/>
          <w:sz w:val="32"/>
        </w:rPr>
        <w:t xml:space="preserve"> can go on</w:t>
      </w:r>
      <w:r>
        <w:rPr>
          <w:rFonts w:ascii="Times New Roman" w:hAnsi="Times New Roman"/>
          <w:b w:val="0"/>
          <w:i w:val="0"/>
          <w:color w:val="000000"/>
          <w:sz w:val="32"/>
        </w:rPr>
        <w:t xml:space="preserve"> — h</w:t>
      </w:r>
      <w:r>
        <w:rPr>
          <w:rFonts w:ascii="Times New Roman" w:hAnsi="Times New Roman"/>
          <w:b w:val="0"/>
          <w:i w:val="0"/>
          <w:color w:val="000000"/>
          <w:sz w:val="32"/>
        </w:rPr>
        <w:t xml:space="preserve">as a theory on everything. </w:t>
      </w:r>
      <w:r>
        <w:rPr>
          <w:rFonts w:ascii="Times New Roman" w:hAnsi="Times New Roman"/>
          <w:b w:val="0"/>
          <w:i w:val="0"/>
          <w:color w:val="000000"/>
          <w:sz w:val="32"/>
        </w:rPr>
        <w:t>T</w:t>
      </w:r>
      <w:r>
        <w:rPr>
          <w:rFonts w:ascii="Times New Roman" w:hAnsi="Times New Roman"/>
          <w:b w:val="0"/>
          <w:i w:val="0"/>
          <w:color w:val="000000"/>
          <w:sz w:val="32"/>
        </w:rPr>
        <w:t xml:space="preserve">o think I taught him to ‘speak’! </w:t>
      </w:r>
      <w:r>
        <w:rPr>
          <w:rFonts w:ascii="Times New Roman" w:hAnsi="Times New Roman"/>
          <w:b w:val="0"/>
          <w:i w:val="0"/>
          <w:color w:val="000000"/>
          <w:sz w:val="32"/>
        </w:rPr>
        <w:t>S</w:t>
      </w:r>
      <w:r>
        <w:rPr>
          <w:rFonts w:ascii="Times New Roman" w:hAnsi="Times New Roman"/>
          <w:b w:val="0"/>
          <w:i w:val="0"/>
          <w:color w:val="000000"/>
          <w:sz w:val="32"/>
        </w:rPr>
        <w:t xml:space="preserve">igns to complete strangers. </w:t>
      </w:r>
      <w:r>
        <w:rPr>
          <w:rFonts w:ascii="Times New Roman" w:hAnsi="Times New Roman"/>
          <w:b w:val="0"/>
          <w:i w:val="0"/>
          <w:color w:val="000000"/>
          <w:sz w:val="32"/>
        </w:rPr>
        <w:t>s</w:t>
      </w:r>
      <w:r>
        <w:rPr>
          <w:rFonts w:ascii="Times New Roman" w:hAnsi="Times New Roman"/>
          <w:b w:val="0"/>
          <w:i w:val="0"/>
          <w:color w:val="000000"/>
          <w:sz w:val="32"/>
        </w:rPr>
        <w:t xml:space="preserve">ometimes these people — </w:t>
      </w:r>
      <w:r>
        <w:rPr>
          <w:rFonts w:ascii="Times New Roman" w:hAnsi="Times New Roman"/>
          <w:b w:val="0"/>
          <w:i/>
          <w:color w:val="000000"/>
          <w:sz w:val="32"/>
        </w:rPr>
        <w:t>hearing</w:t>
      </w:r>
      <w:r>
        <w:rPr>
          <w:rFonts w:ascii="Times New Roman" w:hAnsi="Times New Roman"/>
          <w:b w:val="0"/>
          <w:i w:val="0"/>
          <w:color w:val="000000"/>
          <w:sz w:val="32"/>
        </w:rPr>
        <w:t xml:space="preserve"> </w:t>
      </w:r>
      <w:r>
        <w:rPr>
          <w:rFonts w:ascii="Times New Roman" w:hAnsi="Times New Roman"/>
          <w:b w:val="0"/>
          <w:i/>
          <w:color w:val="000000"/>
          <w:sz w:val="32"/>
        </w:rPr>
        <w:t>people</w:t>
      </w:r>
      <w:r>
        <w:rPr>
          <w:rFonts w:ascii="Times New Roman" w:hAnsi="Times New Roman"/>
          <w:b w:val="0"/>
          <w:i w:val="0"/>
          <w:color w:val="000000"/>
          <w:sz w:val="32"/>
        </w:rPr>
        <w:t xml:space="preserve"> — understand him! What a waste he wasn’t born deaf</w:t>
      </w:r>
      <w:r>
        <w:rPr>
          <w:rFonts w:ascii="Times New Roman" w:hAnsi="Times New Roman"/>
          <w:b w:val="0"/>
          <w:i w:val="0"/>
          <w:color w:val="000000"/>
          <w:sz w:val="32"/>
        </w:rPr>
        <w:t xml:space="preserve"> — w</w:t>
      </w:r>
      <w:r>
        <w:rPr>
          <w:rFonts w:ascii="Times New Roman" w:hAnsi="Times New Roman"/>
          <w:b w:val="0"/>
          <w:i w:val="0"/>
          <w:color w:val="000000"/>
          <w:sz w:val="32"/>
        </w:rPr>
        <w:t xml:space="preserve">ouldn’t have stood in </w:t>
      </w:r>
      <w:r>
        <w:rPr>
          <w:rFonts w:ascii="Times New Roman" w:hAnsi="Times New Roman"/>
          <w:b w:val="0"/>
          <w:i w:val="0"/>
          <w:color w:val="000000"/>
          <w:sz w:val="32"/>
        </w:rPr>
        <w:t xml:space="preserve">his </w:t>
      </w:r>
      <w:r>
        <w:rPr>
          <w:rFonts w:ascii="Times New Roman" w:hAnsi="Times New Roman"/>
          <w:b w:val="0"/>
          <w:i w:val="0"/>
          <w:color w:val="000000"/>
          <w:sz w:val="32"/>
        </w:rPr>
        <w:t xml:space="preserve">way at all! </w:t>
      </w:r>
    </w:p>
    <w:p>
      <w:pPr>
        <w:pStyle w:val="StageDirection"/>
        <w:spacing w:before="60" w:after="100"/>
        <w:ind w:left="0" w:right="0" w:firstLine="0"/>
        <w:jc w:val="left"/>
      </w:pPr>
      <w:r>
        <w:rPr>
          <w:rFonts w:ascii="Times New Roman" w:hAnsi="Times New Roman"/>
          <w:b w:val="0"/>
          <w:i/>
          <w:color w:val="000000"/>
          <w:sz w:val="32"/>
        </w:rPr>
        <w:t>(Chaplin, as if he understood that Redmond is up to mischief, takes off his hat, perches it on Redmond’s head.)</w:t>
      </w:r>
    </w:p>
    <w:p>
      <w:pPr>
        <w:pStyle w:val="StageDirection"/>
        <w:spacing w:before="60" w:after="100"/>
        <w:ind w:left="0" w:right="0" w:firstLine="0"/>
        <w:jc w:val="left"/>
      </w:pPr>
      <w:r>
        <w:rPr>
          <w:rFonts w:ascii="Times New Roman" w:hAnsi="Times New Roman"/>
          <w:b w:val="0"/>
          <w:i/>
          <w:color w:val="000000"/>
          <w:sz w:val="32"/>
        </w:rPr>
        <w:t xml:space="preserve">(Takes off his jacket, hangs it on </w:t>
      </w:r>
      <w:r>
        <w:rPr>
          <w:rFonts w:ascii="Times New Roman" w:hAnsi="Times New Roman"/>
          <w:b w:val="0"/>
          <w:i/>
          <w:color w:val="000000"/>
          <w:sz w:val="32"/>
        </w:rPr>
        <w:t>Redmond’s easel</w:t>
      </w:r>
      <w:r>
        <w:rPr>
          <w:rFonts w:ascii="Times New Roman" w:hAnsi="Times New Roman"/>
          <w:b w:val="0"/>
          <w:i/>
          <w:color w:val="000000"/>
          <w:sz w:val="32"/>
        </w:rPr>
        <w:t>.)</w:t>
      </w:r>
    </w:p>
    <w:p>
      <w:pPr>
        <w:pStyle w:val="StageDirection"/>
        <w:spacing w:before="60" w:after="100"/>
        <w:ind w:left="0" w:right="0" w:firstLine="0"/>
        <w:jc w:val="left"/>
      </w:pPr>
      <w:r>
        <w:rPr>
          <w:rFonts w:ascii="Times New Roman" w:hAnsi="Times New Roman"/>
          <w:b w:val="0"/>
          <w:i/>
          <w:color w:val="000000"/>
          <w:sz w:val="32"/>
        </w:rPr>
        <w:t xml:space="preserve">(Pulls off his mustache — for the first time </w:t>
      </w:r>
      <w:r>
        <w:rPr>
          <w:rFonts w:ascii="Times New Roman" w:hAnsi="Times New Roman"/>
          <w:b w:val="0"/>
          <w:i/>
          <w:color w:val="000000"/>
          <w:sz w:val="32"/>
        </w:rPr>
        <w:t>we realize</w:t>
      </w:r>
      <w:r>
        <w:rPr>
          <w:rFonts w:ascii="Times New Roman" w:hAnsi="Times New Roman"/>
          <w:b w:val="0"/>
          <w:i/>
          <w:color w:val="000000"/>
          <w:sz w:val="32"/>
        </w:rPr>
        <w:t xml:space="preserve"> it is false — sticks it to </w:t>
      </w:r>
      <w:r>
        <w:rPr>
          <w:rFonts w:ascii="Times New Roman" w:hAnsi="Times New Roman"/>
          <w:b w:val="0"/>
          <w:i/>
          <w:color w:val="000000"/>
          <w:sz w:val="32"/>
        </w:rPr>
        <w:t>Redmond’s upper</w:t>
      </w:r>
      <w:r>
        <w:rPr>
          <w:rFonts w:ascii="Times New Roman" w:hAnsi="Times New Roman"/>
          <w:b w:val="0"/>
          <w:i/>
          <w:color w:val="000000"/>
          <w:sz w:val="32"/>
        </w:rPr>
        <w:t xml:space="preserve"> lip.)</w:t>
      </w:r>
      <w:r>
        <w:rPr>
          <w:rFonts w:ascii="Times New Roman" w:hAnsi="Times New Roman"/>
          <w:b w:val="0"/>
          <w:i/>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(Looks at Redmond for a reaction. Redmond sets down palette.)</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(Continuing letter)</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But keeps me stimulated</w:t>
      </w:r>
      <w:r>
        <w:rPr>
          <w:rFonts w:ascii="Times New Roman" w:hAnsi="Times New Roman"/>
          <w:b w:val="0"/>
          <w:i w:val="0"/>
          <w:color w:val="000000"/>
          <w:sz w:val="32"/>
        </w:rPr>
        <w:t>!</w:t>
      </w:r>
    </w:p>
    <w:p>
      <w:pPr>
        <w:pStyle w:val="StageDirection"/>
        <w:spacing w:before="60" w:after="100"/>
        <w:ind w:left="0" w:right="0" w:firstLine="0"/>
        <w:jc w:val="left"/>
      </w:pPr>
      <w:r>
        <w:rPr>
          <w:rFonts w:ascii="Times New Roman" w:hAnsi="Times New Roman"/>
          <w:b w:val="0"/>
          <w:i/>
          <w:color w:val="000000"/>
          <w:sz w:val="32"/>
        </w:rPr>
        <w:t>(Redmond removes hat and sails it offstage.)</w:t>
      </w:r>
    </w:p>
    <w:p>
      <w:pPr>
        <w:pStyle w:val="StageDirection"/>
        <w:spacing w:before="60" w:after="100"/>
        <w:ind w:left="0" w:right="0" w:firstLine="0"/>
        <w:jc w:val="left"/>
      </w:pPr>
      <w:r>
        <w:rPr>
          <w:rFonts w:ascii="Times New Roman" w:hAnsi="Times New Roman"/>
          <w:b w:val="0"/>
          <w:i/>
          <w:color w:val="000000"/>
          <w:sz w:val="32"/>
        </w:rPr>
        <w:t>(Chaplin quickly puts jacket back on.)</w:t>
      </w:r>
      <w:r>
        <w:rPr>
          <w:rFonts w:ascii="Times New Roman" w:hAnsi="Times New Roman"/>
          <w:b w:val="0"/>
          <w:i/>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(Redmond stands, removes mustache from his upper lip and sticks it to the plain end of his brush, dips it in paint, and tries painting with it. Chaplin stands behind him to see the result. He frowns, as does Redmond, who removes the mustache, now orange, from the brush, and hands it to Chaplin, who sticks the mustache back onto his upper lip.)</w:t>
      </w:r>
    </w:p>
    <w:p>
      <w:pPr>
        <w:pStyle w:val="StageDirection"/>
        <w:spacing w:before="60" w:after="100"/>
        <w:ind w:left="0" w:right="0" w:firstLine="0"/>
        <w:jc w:val="left"/>
      </w:pPr>
      <w:r>
        <w:rPr>
          <w:rFonts w:ascii="Times New Roman" w:hAnsi="Times New Roman"/>
          <w:b w:val="0"/>
          <w:i/>
          <w:color w:val="000000"/>
          <w:sz w:val="32"/>
        </w:rPr>
        <w:t xml:space="preserve">(Chaplin sniffs the mustache, twitching his nose, grows faint from the oil paint </w:t>
      </w:r>
      <w:r>
        <w:rPr>
          <w:rFonts w:ascii="Times New Roman" w:hAnsi="Times New Roman"/>
          <w:b w:val="0"/>
          <w:i/>
          <w:color w:val="000000"/>
          <w:sz w:val="32"/>
        </w:rPr>
        <w:t>fumes, rolls</w:t>
      </w:r>
      <w:r>
        <w:rPr>
          <w:rFonts w:ascii="Times New Roman" w:hAnsi="Times New Roman"/>
          <w:b w:val="0"/>
          <w:i/>
          <w:color w:val="000000"/>
          <w:sz w:val="32"/>
        </w:rPr>
        <w:t xml:space="preserve"> his eyes, faints, falling to the floor.)</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(Concluding letter, alarmed)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Your friend, Granville!</w:t>
      </w:r>
    </w:p>
    <w:p>
      <w:pPr>
        <w:pStyle w:val="StageDirection"/>
        <w:spacing w:before="60" w:after="100"/>
        <w:ind w:left="0" w:right="0" w:firstLine="0"/>
        <w:jc w:val="left"/>
      </w:pPr>
      <w:r>
        <w:rPr>
          <w:rFonts w:ascii="Times New Roman" w:hAnsi="Times New Roman"/>
          <w:b w:val="0"/>
          <w:i/>
          <w:color w:val="000000"/>
          <w:sz w:val="32"/>
        </w:rPr>
        <w:t>(Redmond jumps up, kneels by Chaplin, takes him in his arms. Chaplin opens his eyes, bats them.)</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(Signing weakly with one hand)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My friend...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(Signing fervently with one hand)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Yes?</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(Batting his eyes)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Will you please...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Anything!</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Remove this damn mustache</w:t>
      </w:r>
      <w:r>
        <w:rPr>
          <w:rFonts w:ascii="Times New Roman" w:hAnsi="Times New Roman"/>
          <w:b w:val="0"/>
          <w:i w:val="0"/>
          <w:color w:val="000000"/>
          <w:sz w:val="32"/>
        </w:rPr>
        <w:t xml:space="preserve"> — </w:t>
      </w:r>
      <w:r>
        <w:rPr>
          <w:rFonts w:ascii="Times New Roman" w:hAnsi="Times New Roman"/>
          <w:b w:val="0"/>
          <w:i w:val="0"/>
          <w:color w:val="000000"/>
          <w:sz w:val="32"/>
        </w:rPr>
        <w:t xml:space="preserve">I can’t breathe! </w:t>
      </w:r>
    </w:p>
    <w:p>
      <w:pPr>
        <w:pStyle w:val="StageDirection"/>
        <w:spacing w:before="60" w:after="100"/>
        <w:ind w:left="0" w:right="0" w:firstLine="0"/>
        <w:jc w:val="left"/>
      </w:pPr>
      <w:r>
        <w:rPr>
          <w:rFonts w:ascii="Times New Roman" w:hAnsi="Times New Roman"/>
          <w:b w:val="0"/>
          <w:i/>
          <w:color w:val="000000"/>
          <w:sz w:val="32"/>
        </w:rPr>
        <w:t xml:space="preserve">(Redmond rips off mustache with a </w:t>
      </w:r>
      <w:r>
        <w:rPr>
          <w:rFonts w:ascii="Times New Roman" w:hAnsi="Times New Roman"/>
          <w:b w:val="0"/>
          <w:i/>
          <w:color w:val="000000"/>
          <w:sz w:val="32"/>
        </w:rPr>
        <w:t>flourish, hurling</w:t>
      </w:r>
      <w:r>
        <w:rPr>
          <w:rFonts w:ascii="Times New Roman" w:hAnsi="Times New Roman"/>
          <w:b w:val="0"/>
          <w:i/>
          <w:color w:val="000000"/>
          <w:sz w:val="32"/>
        </w:rPr>
        <w:t xml:space="preserve"> it away. Chaplin jumps to his feet, excited. Signs:)</w:t>
      </w:r>
    </w:p>
    <w:p>
      <w:pPr>
        <w:pStyle w:val="Dialogue"/>
        <w:keepLines/>
        <w:spacing w:before="40" w:after="120" w:line="259" w:lineRule="auto"/>
        <w:ind w:left="0" w:right="0" w:firstLine="0"/>
        <w:jc w:val="left"/>
      </w:pPr>
      <w:r>
        <w:rPr>
          <w:rFonts w:ascii="Times New Roman" w:hAnsi="Times New Roman"/>
          <w:b w:val="0"/>
          <w:i w:val="0"/>
          <w:color w:val="000000"/>
          <w:sz w:val="32"/>
        </w:rPr>
        <w:t>Granville, I just had an... uhm...</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Revelation?</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 How do you say —?</w:t>
      </w:r>
    </w:p>
    <w:p>
      <w:pPr>
        <w:pStyle w:val="StageDirection"/>
        <w:spacing w:before="60" w:after="100"/>
        <w:ind w:left="0" w:right="0" w:firstLine="0"/>
        <w:jc w:val="left"/>
      </w:pPr>
      <w:r>
        <w:rPr>
          <w:rFonts w:ascii="Times New Roman" w:hAnsi="Times New Roman"/>
          <w:b w:val="0"/>
          <w:i/>
          <w:color w:val="000000"/>
          <w:sz w:val="32"/>
        </w:rPr>
        <w:t>(Does frustrated sign, then begins playing Charades.)</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Inspiration?</w:t>
      </w:r>
      <w:r>
        <w:rPr>
          <w:rFonts w:ascii="Times New Roman" w:hAnsi="Times New Roman"/>
          <w:b w:val="0"/>
          <w:i w:val="0"/>
          <w:color w:val="000000"/>
          <w:sz w:val="32"/>
        </w:rPr>
        <w:t xml:space="preserve"> </w:t>
      </w:r>
      <w:r>
        <w:rPr>
          <w:rFonts w:ascii="Times New Roman" w:hAnsi="Times New Roman"/>
          <w:b w:val="0"/>
          <w:i w:val="0"/>
          <w:color w:val="000000"/>
          <w:sz w:val="32"/>
        </w:rPr>
        <w:t>Inclination? Don’t panic. Think.</w:t>
      </w:r>
    </w:p>
    <w:p>
      <w:pPr>
        <w:pStyle w:val="StageDirection"/>
        <w:spacing w:before="60" w:after="100"/>
        <w:ind w:left="0" w:right="0" w:firstLine="0"/>
        <w:jc w:val="left"/>
      </w:pPr>
      <w:r>
        <w:rPr>
          <w:rFonts w:ascii="Times New Roman" w:hAnsi="Times New Roman"/>
          <w:b w:val="0"/>
          <w:i/>
          <w:color w:val="000000"/>
          <w:sz w:val="32"/>
        </w:rPr>
        <w:t>(Chaplin pauses, thinks, points to his head, “pulls a light switch.’’)</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(Signs)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Idea!</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What?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(Signs)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I-de-a</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(Sheepishly)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Yes.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(Nods)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Which is?...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Which is?</w:t>
      </w:r>
      <w:r>
        <w:rPr>
          <w:rFonts w:ascii="Times New Roman" w:hAnsi="Times New Roman"/>
          <w:b w:val="0"/>
          <w:i w:val="0"/>
          <w:color w:val="000000"/>
          <w:sz w:val="32"/>
        </w:rPr>
        <w:t xml:space="preserve"> </w:t>
      </w:r>
      <w:r>
        <w:rPr>
          <w:rFonts w:ascii="Times New Roman" w:hAnsi="Times New Roman"/>
          <w:b w:val="0"/>
          <w:i w:val="0"/>
          <w:color w:val="000000"/>
          <w:sz w:val="32"/>
        </w:rPr>
        <w:t>Oh, yes</w:t>
      </w:r>
      <w:r>
        <w:rPr>
          <w:rFonts w:ascii="Times New Roman" w:hAnsi="Times New Roman"/>
          <w:b w:val="0"/>
          <w:i w:val="0"/>
          <w:color w:val="000000"/>
          <w:sz w:val="32"/>
        </w:rPr>
        <w:t>...</w:t>
      </w:r>
      <w:r>
        <w:rPr>
          <w:rFonts w:ascii="Times New Roman" w:hAnsi="Times New Roman"/>
          <w:b w:val="0"/>
          <w:i w:val="0"/>
          <w:color w:val="000000"/>
          <w:sz w:val="32"/>
        </w:rPr>
        <w:t xml:space="preserve"> I wonder if you</w:t>
      </w:r>
      <w:r>
        <w:rPr>
          <w:rFonts w:ascii="Times New Roman" w:hAnsi="Times New Roman"/>
          <w:b w:val="0"/>
          <w:i w:val="0"/>
          <w:color w:val="000000"/>
          <w:sz w:val="32"/>
        </w:rPr>
        <w:t>’</w:t>
      </w:r>
      <w:r>
        <w:rPr>
          <w:rFonts w:ascii="Times New Roman" w:hAnsi="Times New Roman"/>
          <w:b w:val="0"/>
          <w:i w:val="0"/>
          <w:color w:val="000000"/>
          <w:sz w:val="32"/>
        </w:rPr>
        <w:t xml:space="preserve">d consider </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Yes?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doing some scenery painting for us now and then</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(Excited)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M</w:t>
      </w:r>
      <w:r>
        <w:rPr>
          <w:rFonts w:ascii="Times New Roman" w:hAnsi="Times New Roman"/>
          <w:b w:val="0"/>
          <w:i/>
          <w:color w:val="000000"/>
          <w:sz w:val="32"/>
        </w:rPr>
        <w:t>oving pictures?</w:t>
      </w:r>
      <w:r>
        <w:rPr>
          <w:rFonts w:ascii="Times New Roman" w:hAnsi="Times New Roman"/>
          <w:b w:val="0"/>
          <w:i w:val="0"/>
          <w:color w:val="000000"/>
          <w:sz w:val="32"/>
        </w:rPr>
        <w:t xml:space="preserve"> I’d be honored!</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You wouldn’t think it... beneath your talent?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Of course not, but I’d be paid?</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Of course. </w:t>
      </w:r>
      <w:r>
        <w:rPr>
          <w:rFonts w:ascii="Times New Roman" w:hAnsi="Times New Roman"/>
          <w:b w:val="0"/>
          <w:i/>
          <w:color w:val="000000"/>
          <w:sz w:val="32"/>
        </w:rPr>
        <w:t>(Signs and mumbles vaguely.)</w:t>
      </w:r>
      <w:r>
        <w:rPr>
          <w:rFonts w:ascii="Times New Roman" w:hAnsi="Times New Roman"/>
          <w:b w:val="0"/>
          <w:i/>
          <w:color w:val="000000"/>
          <w:sz w:val="32"/>
        </w:rPr>
        <w:t xml:space="preserve"> </w:t>
      </w:r>
      <w:r>
        <w:rPr>
          <w:rFonts w:ascii="Times New Roman" w:hAnsi="Times New Roman"/>
          <w:b w:val="0"/>
          <w:i w:val="0"/>
          <w:color w:val="000000"/>
          <w:sz w:val="32"/>
        </w:rPr>
        <w:t xml:space="preserve">But not much...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(Peering, trying to read his lips)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Not </w:t>
      </w:r>
      <w:r>
        <w:rPr>
          <w:rFonts w:ascii="Times New Roman" w:hAnsi="Times New Roman"/>
          <w:b w:val="0"/>
          <w:i/>
          <w:color w:val="000000"/>
          <w:sz w:val="32"/>
        </w:rPr>
        <w:t>what</w:t>
      </w:r>
      <w:r>
        <w:rPr>
          <w:rFonts w:ascii="Times New Roman" w:hAnsi="Times New Roman"/>
          <w:b w:val="0"/>
          <w:i w:val="0"/>
          <w:color w:val="000000"/>
          <w:sz w:val="32"/>
        </w:rPr>
        <w:t>? I missed that.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(Clearer)</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Not much. Economy’s a little slow.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w:t>
      </w:r>
      <w:r>
        <w:rPr>
          <w:rFonts w:ascii="Times New Roman" w:hAnsi="Times New Roman"/>
          <w:b w:val="0"/>
          <w:i w:val="0"/>
          <w:color w:val="000000"/>
          <w:sz w:val="32"/>
        </w:rPr>
        <w:t>ell, yes.</w:t>
      </w:r>
      <w:r>
        <w:rPr>
          <w:rFonts w:ascii="Times New Roman" w:hAnsi="Times New Roman"/>
          <w:b w:val="0"/>
          <w:i w:val="0"/>
          <w:color w:val="000000"/>
          <w:sz w:val="32"/>
        </w:rPr>
        <w:t xml:space="preserve"> </w:t>
      </w:r>
      <w:r>
        <w:rPr>
          <w:rFonts w:ascii="Times New Roman" w:hAnsi="Times New Roman"/>
          <w:b w:val="0"/>
          <w:i/>
          <w:color w:val="000000"/>
          <w:sz w:val="32"/>
        </w:rPr>
        <w:t>(Signing with emphasis:)</w:t>
      </w:r>
      <w:r>
        <w:rPr>
          <w:rFonts w:ascii="Times New Roman" w:hAnsi="Times New Roman"/>
          <w:b w:val="0"/>
          <w:i/>
          <w:color w:val="000000"/>
          <w:sz w:val="32"/>
        </w:rPr>
        <w:t xml:space="preserve"> But </w:t>
      </w:r>
      <w:r>
        <w:rPr>
          <w:rFonts w:ascii="Times New Roman" w:hAnsi="Times New Roman"/>
          <w:b w:val="0"/>
          <w:i/>
          <w:color w:val="000000"/>
          <w:sz w:val="32"/>
        </w:rPr>
        <w:t>something</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Of course!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Because I have a </w:t>
      </w:r>
      <w:r>
        <w:rPr>
          <w:rFonts w:ascii="Times New Roman" w:hAnsi="Times New Roman"/>
          <w:b w:val="0"/>
          <w:i w:val="0"/>
          <w:color w:val="000000"/>
          <w:sz w:val="32"/>
        </w:rPr>
        <w:t>family</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r>
        <w:rPr>
          <w:rFonts w:ascii="Times New Roman" w:hAnsi="Times New Roman"/>
          <w:b w:val="0"/>
          <w:i w:val="0"/>
          <w:color w:val="000000"/>
          <w:sz w:val="32"/>
        </w:rPr>
        <w:t>money</w:t>
      </w:r>
      <w:r>
        <w:rPr>
          <w:rFonts w:ascii="Times New Roman" w:hAnsi="Times New Roman"/>
          <w:b w:val="0"/>
          <w:i w:val="0"/>
          <w:color w:val="000000"/>
          <w:sz w:val="32"/>
        </w:rPr>
        <w:t>’s</w:t>
      </w:r>
      <w:r>
        <w:rPr>
          <w:rFonts w:ascii="Times New Roman" w:hAnsi="Times New Roman"/>
          <w:b w:val="0"/>
          <w:i w:val="0"/>
          <w:color w:val="000000"/>
          <w:sz w:val="32"/>
        </w:rPr>
        <w:t xml:space="preserve"> important.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Naturally.  </w:t>
      </w:r>
      <w:r>
        <w:rPr>
          <w:rFonts w:ascii="Times New Roman" w:hAnsi="Times New Roman"/>
          <w:b w:val="0"/>
          <w:i/>
          <w:color w:val="000000"/>
          <w:sz w:val="32"/>
        </w:rPr>
        <w:t>(Too nonchalant:)</w:t>
      </w:r>
      <w:r>
        <w:rPr>
          <w:rFonts w:ascii="Times New Roman" w:hAnsi="Times New Roman"/>
          <w:b w:val="0"/>
          <w:i/>
          <w:color w:val="000000"/>
          <w:sz w:val="32"/>
        </w:rPr>
        <w:t xml:space="preserve"> </w:t>
      </w:r>
      <w:r>
        <w:rPr>
          <w:rFonts w:ascii="Times New Roman" w:hAnsi="Times New Roman"/>
          <w:b w:val="0"/>
          <w:i w:val="0"/>
          <w:color w:val="000000"/>
          <w:sz w:val="32"/>
        </w:rPr>
        <w:t xml:space="preserve">And you might want to...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Yes?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 move your studio </w:t>
      </w:r>
      <w:r>
        <w:rPr>
          <w:rFonts w:ascii="Times New Roman" w:hAnsi="Times New Roman"/>
          <w:b w:val="0"/>
          <w:i w:val="0"/>
          <w:color w:val="000000"/>
          <w:sz w:val="32"/>
        </w:rPr>
        <w:t xml:space="preserve">in </w:t>
      </w:r>
      <w:r>
        <w:rPr>
          <w:rFonts w:ascii="Times New Roman" w:hAnsi="Times New Roman"/>
          <w:b w:val="0"/>
          <w:i w:val="0"/>
          <w:color w:val="000000"/>
          <w:sz w:val="32"/>
        </w:rPr>
        <w:t xml:space="preserve">here </w:t>
      </w:r>
      <w:r>
        <w:rPr>
          <w:rFonts w:ascii="Times New Roman" w:hAnsi="Times New Roman"/>
          <w:b w:val="0"/>
          <w:i w:val="0"/>
          <w:color w:val="000000"/>
          <w:sz w:val="32"/>
        </w:rPr>
        <w:t>permanently</w:t>
      </w:r>
      <w:r>
        <w:rPr>
          <w:rFonts w:ascii="Times New Roman" w:hAnsi="Times New Roman"/>
          <w:b w:val="0"/>
          <w:i w:val="0"/>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canvases and paint and easels... </w:t>
      </w:r>
      <w:r>
        <w:rPr>
          <w:rFonts w:ascii="Times New Roman" w:hAnsi="Times New Roman"/>
          <w:b w:val="0"/>
          <w:i w:val="0"/>
          <w:color w:val="000000"/>
          <w:sz w:val="32"/>
        </w:rPr>
        <w:t xml:space="preserve">you know, an artist’s studio at a film studio!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Permanently here</w:t>
      </w:r>
      <w:r>
        <w:rPr>
          <w:rFonts w:ascii="Times New Roman" w:hAnsi="Times New Roman"/>
          <w:b w:val="0"/>
          <w:i w:val="0"/>
          <w:color w:val="000000"/>
          <w:sz w:val="32"/>
        </w:rPr>
        <w:t xml:space="preserve">? </w:t>
      </w:r>
      <w:r>
        <w:rPr>
          <w:rFonts w:ascii="Times New Roman" w:hAnsi="Times New Roman"/>
          <w:b w:val="0"/>
          <w:i/>
          <w:color w:val="000000"/>
          <w:sz w:val="32"/>
        </w:rPr>
        <w:t>(Thinks about it.)</w:t>
      </w:r>
      <w:r>
        <w:rPr>
          <w:rFonts w:ascii="Times New Roman" w:hAnsi="Times New Roman"/>
          <w:b w:val="0"/>
          <w:i/>
          <w:color w:val="000000"/>
          <w:sz w:val="32"/>
        </w:rPr>
        <w:t xml:space="preserve"> </w:t>
      </w:r>
      <w:r>
        <w:rPr>
          <w:rFonts w:ascii="Times New Roman" w:hAnsi="Times New Roman"/>
          <w:b w:val="0"/>
          <w:i w:val="0"/>
          <w:color w:val="000000"/>
          <w:sz w:val="32"/>
        </w:rPr>
        <w:t>Thank you, but no thank you</w:t>
      </w:r>
      <w:r>
        <w:rPr>
          <w:rFonts w:ascii="Times New Roman" w:hAnsi="Times New Roman"/>
          <w:b w:val="0"/>
          <w:i w:val="0"/>
          <w:color w:val="000000"/>
          <w:sz w:val="32"/>
        </w:rPr>
        <w:t>, Charlie</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Why not?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Look at us — w</w:t>
      </w:r>
      <w:r>
        <w:rPr>
          <w:rFonts w:ascii="Times New Roman" w:hAnsi="Times New Roman"/>
          <w:b w:val="0"/>
          <w:i w:val="0"/>
          <w:color w:val="000000"/>
          <w:sz w:val="32"/>
        </w:rPr>
        <w:t xml:space="preserve">ouldn’t get anything done! </w:t>
      </w:r>
      <w:r>
        <w:rPr>
          <w:rFonts w:ascii="Times New Roman" w:hAnsi="Times New Roman"/>
          <w:b w:val="0"/>
          <w:i w:val="0"/>
          <w:color w:val="000000"/>
          <w:sz w:val="32"/>
        </w:rPr>
        <w:t xml:space="preserve">Either of us! </w:t>
      </w:r>
      <w:r>
        <w:rPr>
          <w:rFonts w:ascii="Times New Roman" w:hAnsi="Times New Roman"/>
          <w:b w:val="0"/>
          <w:i w:val="0"/>
          <w:color w:val="000000"/>
          <w:sz w:val="32"/>
        </w:rPr>
        <w:t xml:space="preserve">Making moving pictures </w:t>
      </w:r>
      <w:r>
        <w:rPr>
          <w:rFonts w:ascii="Times New Roman" w:hAnsi="Times New Roman"/>
          <w:b w:val="0"/>
          <w:i w:val="0"/>
          <w:color w:val="000000"/>
          <w:sz w:val="32"/>
        </w:rPr>
        <w:t>takes</w:t>
      </w:r>
      <w:r>
        <w:rPr>
          <w:rFonts w:ascii="Times New Roman" w:hAnsi="Times New Roman"/>
          <w:b w:val="0"/>
          <w:i w:val="0"/>
          <w:color w:val="000000"/>
          <w:sz w:val="32"/>
        </w:rPr>
        <w:t xml:space="preserve"> lot</w:t>
      </w:r>
      <w:r>
        <w:rPr>
          <w:rFonts w:ascii="Times New Roman" w:hAnsi="Times New Roman"/>
          <w:b w:val="0"/>
          <w:i w:val="0"/>
          <w:color w:val="000000"/>
          <w:sz w:val="32"/>
        </w:rPr>
        <w:t>s</w:t>
      </w:r>
      <w:r>
        <w:rPr>
          <w:rFonts w:ascii="Times New Roman" w:hAnsi="Times New Roman"/>
          <w:b w:val="0"/>
          <w:i w:val="0"/>
          <w:color w:val="000000"/>
          <w:sz w:val="32"/>
        </w:rPr>
        <w:t xml:space="preserve"> of people, art</w:t>
      </w:r>
      <w:r>
        <w:rPr>
          <w:rFonts w:ascii="Times New Roman" w:hAnsi="Times New Roman"/>
          <w:b w:val="0"/>
          <w:i w:val="0"/>
          <w:color w:val="000000"/>
          <w:sz w:val="32"/>
        </w:rPr>
        <w:t>’</w:t>
      </w:r>
      <w:r>
        <w:rPr>
          <w:rFonts w:ascii="Times New Roman" w:hAnsi="Times New Roman"/>
          <w:b w:val="0"/>
          <w:i w:val="0"/>
          <w:color w:val="000000"/>
          <w:sz w:val="32"/>
        </w:rPr>
        <w:t xml:space="preserve">s done alone... </w:t>
      </w:r>
      <w:r>
        <w:rPr>
          <w:rFonts w:ascii="Times New Roman" w:hAnsi="Times New Roman"/>
          <w:b w:val="0"/>
          <w:i w:val="0"/>
          <w:color w:val="000000"/>
          <w:sz w:val="32"/>
        </w:rPr>
        <w:t>Anyway</w:t>
      </w:r>
      <w:r>
        <w:rPr>
          <w:rFonts w:ascii="Times New Roman" w:hAnsi="Times New Roman"/>
          <w:b w:val="0"/>
          <w:i w:val="0"/>
          <w:color w:val="000000"/>
          <w:sz w:val="32"/>
        </w:rPr>
        <w:t>, y</w:t>
      </w:r>
      <w:r>
        <w:rPr>
          <w:rFonts w:ascii="Times New Roman" w:hAnsi="Times New Roman"/>
          <w:b w:val="0"/>
          <w:i w:val="0"/>
          <w:color w:val="000000"/>
          <w:sz w:val="32"/>
        </w:rPr>
        <w:t>ou know m</w:t>
      </w:r>
      <w:r>
        <w:rPr>
          <w:rFonts w:ascii="Times New Roman" w:hAnsi="Times New Roman"/>
          <w:b w:val="0"/>
          <w:i w:val="0"/>
          <w:color w:val="000000"/>
          <w:sz w:val="32"/>
        </w:rPr>
        <w:t>y dream</w:t>
      </w:r>
      <w:r>
        <w:rPr>
          <w:rFonts w:ascii="Times New Roman" w:hAnsi="Times New Roman"/>
          <w:b w:val="0"/>
          <w:i w:val="0"/>
          <w:color w:val="000000"/>
          <w:sz w:val="32"/>
        </w:rPr>
        <w:t>’</w:t>
      </w:r>
      <w:r>
        <w:rPr>
          <w:rFonts w:ascii="Times New Roman" w:hAnsi="Times New Roman"/>
          <w:b w:val="0"/>
          <w:i w:val="0"/>
          <w:color w:val="000000"/>
          <w:sz w:val="32"/>
        </w:rPr>
        <w:t>s a studio at the foot of rolling hills</w:t>
      </w:r>
      <w:r>
        <w:rPr>
          <w:rFonts w:ascii="Times New Roman" w:hAnsi="Times New Roman"/>
          <w:b w:val="0"/>
          <w:i w:val="0"/>
          <w:color w:val="000000"/>
          <w:sz w:val="32"/>
        </w:rPr>
        <w:t xml:space="preserve"> — s</w:t>
      </w:r>
      <w:r>
        <w:rPr>
          <w:rFonts w:ascii="Times New Roman" w:hAnsi="Times New Roman"/>
          <w:b w:val="0"/>
          <w:i w:val="0"/>
          <w:color w:val="000000"/>
          <w:sz w:val="32"/>
        </w:rPr>
        <w:t>tep</w:t>
      </w:r>
      <w:r>
        <w:rPr>
          <w:rFonts w:ascii="Times New Roman" w:hAnsi="Times New Roman"/>
          <w:b w:val="0"/>
          <w:i w:val="0"/>
          <w:color w:val="000000"/>
          <w:sz w:val="32"/>
        </w:rPr>
        <w:t>ping</w:t>
      </w:r>
      <w:r>
        <w:rPr>
          <w:rFonts w:ascii="Times New Roman" w:hAnsi="Times New Roman"/>
          <w:b w:val="0"/>
          <w:i w:val="0"/>
          <w:color w:val="000000"/>
          <w:sz w:val="32"/>
        </w:rPr>
        <w:t xml:space="preserve"> outside </w:t>
      </w:r>
      <w:r>
        <w:rPr>
          <w:rFonts w:ascii="Times New Roman" w:hAnsi="Times New Roman"/>
          <w:b w:val="0"/>
          <w:i w:val="0"/>
          <w:color w:val="000000"/>
          <w:sz w:val="32"/>
        </w:rPr>
        <w:t>the</w:t>
      </w:r>
      <w:r>
        <w:rPr>
          <w:rFonts w:ascii="Times New Roman" w:hAnsi="Times New Roman"/>
          <w:b w:val="0"/>
          <w:i w:val="0"/>
          <w:color w:val="000000"/>
          <w:sz w:val="32"/>
        </w:rPr>
        <w:t xml:space="preserve"> door and tak</w:t>
      </w:r>
      <w:r>
        <w:rPr>
          <w:rFonts w:ascii="Times New Roman" w:hAnsi="Times New Roman"/>
          <w:b w:val="0"/>
          <w:i w:val="0"/>
          <w:color w:val="000000"/>
          <w:sz w:val="32"/>
        </w:rPr>
        <w:t>ing</w:t>
      </w:r>
      <w:r>
        <w:rPr>
          <w:rFonts w:ascii="Times New Roman" w:hAnsi="Times New Roman"/>
          <w:b w:val="0"/>
          <w:i w:val="0"/>
          <w:color w:val="000000"/>
          <w:sz w:val="32"/>
        </w:rPr>
        <w:t xml:space="preserve"> in nature all </w:t>
      </w:r>
      <w:r>
        <w:rPr>
          <w:rFonts w:ascii="Times New Roman" w:hAnsi="Times New Roman"/>
          <w:b w:val="0"/>
          <w:i w:val="0"/>
          <w:color w:val="000000"/>
          <w:sz w:val="32"/>
        </w:rPr>
        <w:t>‘</w:t>
      </w:r>
      <w:r>
        <w:rPr>
          <w:rFonts w:ascii="Times New Roman" w:hAnsi="Times New Roman"/>
          <w:b w:val="0"/>
          <w:i w:val="0"/>
          <w:color w:val="000000"/>
          <w:sz w:val="32"/>
        </w:rPr>
        <w:t xml:space="preserve">round me.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But I wouldn’t bother you! </w:t>
      </w:r>
      <w:r>
        <w:rPr>
          <w:rFonts w:ascii="Times New Roman" w:hAnsi="Times New Roman"/>
          <w:b w:val="0"/>
          <w:i w:val="0"/>
          <w:color w:val="000000"/>
          <w:sz w:val="32"/>
        </w:rPr>
        <w:t>G</w:t>
      </w:r>
      <w:r>
        <w:rPr>
          <w:rFonts w:ascii="Times New Roman" w:hAnsi="Times New Roman"/>
          <w:b w:val="0"/>
          <w:i w:val="0"/>
          <w:color w:val="000000"/>
          <w:sz w:val="32"/>
        </w:rPr>
        <w:t xml:space="preserve">o to the hills when you want. </w:t>
      </w:r>
      <w:r>
        <w:rPr>
          <w:rFonts w:ascii="Times New Roman" w:hAnsi="Times New Roman"/>
          <w:b w:val="0"/>
          <w:i w:val="0"/>
          <w:color w:val="000000"/>
          <w:sz w:val="32"/>
        </w:rPr>
        <w:t xml:space="preserve">The desert, anywhere! </w:t>
      </w:r>
      <w:r>
        <w:rPr>
          <w:rFonts w:ascii="Times New Roman" w:hAnsi="Times New Roman"/>
          <w:b w:val="0"/>
          <w:i w:val="0"/>
          <w:color w:val="000000"/>
          <w:sz w:val="32"/>
        </w:rPr>
        <w:t>And r</w:t>
      </w:r>
      <w:r>
        <w:rPr>
          <w:rFonts w:ascii="Times New Roman" w:hAnsi="Times New Roman"/>
          <w:b w:val="0"/>
          <w:i w:val="0"/>
          <w:color w:val="000000"/>
          <w:sz w:val="32"/>
        </w:rPr>
        <w:t>ent</w:t>
      </w:r>
      <w:r>
        <w:rPr>
          <w:rFonts w:ascii="Times New Roman" w:hAnsi="Times New Roman"/>
          <w:b w:val="0"/>
          <w:i w:val="0"/>
          <w:color w:val="000000"/>
          <w:sz w:val="32"/>
        </w:rPr>
        <w:t xml:space="preserve">’s </w:t>
      </w:r>
      <w:r>
        <w:rPr>
          <w:rFonts w:ascii="Times New Roman" w:hAnsi="Times New Roman"/>
          <w:b w:val="0"/>
          <w:i w:val="0"/>
          <w:color w:val="000000"/>
          <w:sz w:val="32"/>
        </w:rPr>
        <w:t xml:space="preserve">free.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Free?</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Well, negligible.</w:t>
      </w:r>
      <w:r>
        <w:rPr>
          <w:rFonts w:ascii="Times New Roman" w:hAnsi="Times New Roman"/>
          <w:b w:val="0"/>
          <w:i w:val="0"/>
          <w:color w:val="000000"/>
          <w:sz w:val="32"/>
        </w:rPr>
        <w:t xml:space="preserve"> </w:t>
      </w:r>
      <w:r>
        <w:rPr>
          <w:rFonts w:ascii="Times New Roman" w:hAnsi="Times New Roman"/>
          <w:b w:val="0"/>
          <w:i w:val="0"/>
          <w:color w:val="000000"/>
          <w:sz w:val="32"/>
        </w:rPr>
        <w:t>S</w:t>
      </w:r>
      <w:r>
        <w:rPr>
          <w:rFonts w:ascii="Times New Roman" w:hAnsi="Times New Roman"/>
          <w:b w:val="0"/>
          <w:i w:val="0"/>
          <w:color w:val="000000"/>
          <w:sz w:val="32"/>
        </w:rPr>
        <w:t>ave money for your family.</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(Difficulty with the word)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Neg- li — </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(Irritated, but...)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Well, </w:t>
      </w:r>
      <w:r>
        <w:rPr>
          <w:rFonts w:ascii="Times New Roman" w:hAnsi="Times New Roman"/>
          <w:b w:val="0"/>
          <w:i/>
          <w:color w:val="000000"/>
          <w:sz w:val="32"/>
        </w:rPr>
        <w:t>free!</w:t>
      </w:r>
      <w:r>
        <w:rPr>
          <w:rFonts w:ascii="Times New Roman" w:hAnsi="Times New Roman"/>
          <w:b w:val="0"/>
          <w:i w:val="0"/>
          <w:color w:val="000000"/>
          <w:sz w:val="32"/>
        </w:rPr>
        <w:t xml:space="preserve"> And you can visit the sets whenever you like.  And this just occurred to me</w:t>
      </w:r>
      <w:r>
        <w:rPr>
          <w:rFonts w:ascii="Times New Roman" w:hAnsi="Times New Roman"/>
          <w:b w:val="0"/>
          <w:i w:val="0"/>
          <w:color w:val="000000"/>
          <w:sz w:val="32"/>
        </w:rPr>
        <w:t xml:space="preserve">: </w:t>
      </w:r>
      <w:r>
        <w:rPr>
          <w:rFonts w:ascii="Times New Roman" w:hAnsi="Times New Roman"/>
          <w:b w:val="0"/>
          <w:i w:val="0"/>
          <w:color w:val="000000"/>
          <w:sz w:val="32"/>
        </w:rPr>
        <w:t xml:space="preserve">you’re a natural </w:t>
      </w:r>
      <w:r>
        <w:rPr>
          <w:rFonts w:ascii="Times New Roman" w:hAnsi="Times New Roman"/>
          <w:b w:val="0"/>
          <w:i w:val="0"/>
          <w:color w:val="000000"/>
          <w:sz w:val="32"/>
        </w:rPr>
        <w:t>comedian</w:t>
      </w:r>
      <w:r>
        <w:rPr>
          <w:rFonts w:ascii="Times New Roman" w:hAnsi="Times New Roman"/>
          <w:b w:val="0"/>
          <w:i w:val="0"/>
          <w:color w:val="000000"/>
          <w:sz w:val="32"/>
        </w:rPr>
        <w:t xml:space="preserve"> — </w:t>
      </w:r>
      <w:r>
        <w:rPr>
          <w:rFonts w:ascii="Times New Roman" w:hAnsi="Times New Roman"/>
          <w:b w:val="0"/>
          <w:i/>
          <w:color w:val="000000"/>
          <w:sz w:val="32"/>
        </w:rPr>
        <w:t>you break everything</w:t>
      </w:r>
      <w:r>
        <w:rPr>
          <w:rFonts w:ascii="Times New Roman" w:hAnsi="Times New Roman"/>
          <w:b w:val="0"/>
          <w:i/>
          <w:color w:val="000000"/>
          <w:sz w:val="32"/>
        </w:rPr>
        <w:t xml:space="preserve">. </w:t>
      </w:r>
      <w:r>
        <w:rPr>
          <w:rFonts w:ascii="Times New Roman" w:hAnsi="Times New Roman"/>
          <w:b w:val="0"/>
          <w:i w:val="0"/>
          <w:color w:val="000000"/>
          <w:sz w:val="32"/>
        </w:rPr>
        <w:t>Maybe</w:t>
      </w:r>
      <w:r>
        <w:rPr>
          <w:rFonts w:ascii="Times New Roman" w:hAnsi="Times New Roman"/>
          <w:b w:val="0"/>
          <w:i w:val="0"/>
          <w:color w:val="000000"/>
          <w:sz w:val="32"/>
        </w:rPr>
        <w:t xml:space="preserve"> act a part now and then. You’d like that, wouldn’t you?</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(Interested but cautious)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w:t>
      </w:r>
      <w:r>
        <w:rPr>
          <w:rFonts w:ascii="Times New Roman" w:hAnsi="Times New Roman"/>
          <w:b w:val="0"/>
          <w:i w:val="0"/>
          <w:color w:val="000000"/>
          <w:sz w:val="32"/>
        </w:rPr>
        <w:t>f it’s a good role</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(Stiffly)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There are </w:t>
      </w:r>
      <w:r>
        <w:rPr>
          <w:rFonts w:ascii="Times New Roman" w:hAnsi="Times New Roman"/>
          <w:b w:val="0"/>
          <w:i/>
          <w:color w:val="000000"/>
          <w:sz w:val="32"/>
        </w:rPr>
        <w:t>o</w:t>
      </w:r>
      <w:r>
        <w:rPr>
          <w:rFonts w:ascii="Times New Roman" w:hAnsi="Times New Roman"/>
          <w:b w:val="0"/>
          <w:i/>
          <w:color w:val="000000"/>
          <w:sz w:val="32"/>
        </w:rPr>
        <w:t>nly</w:t>
      </w:r>
      <w:r>
        <w:rPr>
          <w:rFonts w:ascii="Times New Roman" w:hAnsi="Times New Roman"/>
          <w:b w:val="0"/>
          <w:i w:val="0"/>
          <w:color w:val="000000"/>
          <w:sz w:val="32"/>
        </w:rPr>
        <w:t xml:space="preserve"> good roles in my moving pictures... You want to do some acting, don’t you?</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 think so.</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Piazzoni says you do. </w:t>
      </w:r>
      <w:r>
        <w:rPr>
          <w:rFonts w:ascii="Times New Roman" w:hAnsi="Times New Roman"/>
          <w:b w:val="0"/>
          <w:i w:val="0"/>
          <w:color w:val="000000"/>
          <w:sz w:val="32"/>
        </w:rPr>
        <w:t>I</w:t>
      </w:r>
      <w:r>
        <w:rPr>
          <w:rFonts w:ascii="Times New Roman" w:hAnsi="Times New Roman"/>
          <w:b w:val="0"/>
          <w:i w:val="0"/>
          <w:color w:val="000000"/>
          <w:sz w:val="32"/>
        </w:rPr>
        <w:t>n Paris</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they say </w:t>
      </w:r>
      <w:r>
        <w:rPr>
          <w:rFonts w:ascii="Times New Roman" w:hAnsi="Times New Roman"/>
          <w:b w:val="0"/>
          <w:i w:val="0"/>
          <w:color w:val="000000"/>
          <w:sz w:val="32"/>
        </w:rPr>
        <w:t xml:space="preserve">you made Manet </w:t>
      </w:r>
      <w:r>
        <w:rPr>
          <w:rFonts w:ascii="Times New Roman" w:hAnsi="Times New Roman"/>
          <w:b w:val="0"/>
          <w:i w:val="0"/>
          <w:color w:val="000000"/>
          <w:sz w:val="32"/>
        </w:rPr>
        <w:t>laugh, and</w:t>
      </w:r>
      <w:r>
        <w:rPr>
          <w:rFonts w:ascii="Times New Roman" w:hAnsi="Times New Roman"/>
          <w:b w:val="0"/>
          <w:i w:val="0"/>
          <w:color w:val="000000"/>
          <w:sz w:val="32"/>
        </w:rPr>
        <w:t xml:space="preserve"> he doesn’t laugh at anything.</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B</w:t>
      </w:r>
      <w:r>
        <w:rPr>
          <w:rFonts w:ascii="Times New Roman" w:hAnsi="Times New Roman"/>
          <w:b w:val="0"/>
          <w:i w:val="0"/>
          <w:color w:val="000000"/>
          <w:sz w:val="32"/>
        </w:rPr>
        <w:t xml:space="preserve">ecause he’d been dead for years. It was </w:t>
      </w:r>
      <w:r>
        <w:rPr>
          <w:rFonts w:ascii="Times New Roman" w:hAnsi="Times New Roman"/>
          <w:b w:val="0"/>
          <w:i/>
          <w:color w:val="000000"/>
          <w:sz w:val="32"/>
        </w:rPr>
        <w:t xml:space="preserve">Monet — </w:t>
      </w:r>
      <w:r>
        <w:rPr>
          <w:rFonts w:ascii="Times New Roman" w:hAnsi="Times New Roman"/>
          <w:b w:val="0"/>
          <w:i w:val="0"/>
          <w:color w:val="000000"/>
          <w:sz w:val="32"/>
        </w:rPr>
        <w:t xml:space="preserve">laughs at everything, </w:t>
      </w:r>
      <w:r>
        <w:rPr>
          <w:rFonts w:ascii="Times New Roman" w:hAnsi="Times New Roman"/>
          <w:b w:val="0"/>
          <w:i w:val="0"/>
          <w:color w:val="000000"/>
          <w:sz w:val="32"/>
        </w:rPr>
        <w:t>specially</w:t>
      </w:r>
      <w:r>
        <w:rPr>
          <w:rFonts w:ascii="Times New Roman" w:hAnsi="Times New Roman"/>
          <w:b w:val="0"/>
          <w:i w:val="0"/>
          <w:color w:val="000000"/>
          <w:sz w:val="32"/>
        </w:rPr>
        <w:t xml:space="preserve"> other artists.</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(Begins pacing and signing quickly)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And film</w:t>
      </w:r>
      <w:r>
        <w:rPr>
          <w:rFonts w:ascii="Times New Roman" w:hAnsi="Times New Roman"/>
          <w:b w:val="0"/>
          <w:i w:val="0"/>
          <w:color w:val="000000"/>
          <w:sz w:val="32"/>
        </w:rPr>
        <w:t>’</w:t>
      </w:r>
      <w:r>
        <w:rPr>
          <w:rFonts w:ascii="Times New Roman" w:hAnsi="Times New Roman"/>
          <w:b w:val="0"/>
          <w:i w:val="0"/>
          <w:color w:val="000000"/>
          <w:sz w:val="32"/>
        </w:rPr>
        <w:t>s</w:t>
      </w:r>
      <w:r>
        <w:rPr>
          <w:rFonts w:ascii="Times New Roman" w:hAnsi="Times New Roman"/>
          <w:b w:val="0"/>
          <w:i w:val="0"/>
          <w:color w:val="000000"/>
          <w:sz w:val="32"/>
        </w:rPr>
        <w:t xml:space="preserve"> </w:t>
      </w:r>
      <w:r>
        <w:rPr>
          <w:rFonts w:ascii="Times New Roman" w:hAnsi="Times New Roman"/>
          <w:b w:val="0"/>
          <w:i w:val="0"/>
          <w:color w:val="000000"/>
          <w:sz w:val="32"/>
        </w:rPr>
        <w:t xml:space="preserve">a natural avenue of acting open to people who can’t speak — in fact, it’s the only kind of acting in which they </w:t>
      </w:r>
      <w:r>
        <w:rPr>
          <w:rFonts w:ascii="Times New Roman" w:hAnsi="Times New Roman"/>
          <w:b w:val="0"/>
          <w:i/>
          <w:color w:val="000000"/>
          <w:sz w:val="32"/>
        </w:rPr>
        <w:t>can ‘speak</w:t>
      </w:r>
      <w:r>
        <w:rPr>
          <w:rFonts w:ascii="Times New Roman" w:hAnsi="Times New Roman"/>
          <w:b w:val="0"/>
          <w:i w:val="0"/>
          <w:color w:val="000000"/>
          <w:sz w:val="32"/>
        </w:rPr>
        <w:t xml:space="preserve">.’ </w:t>
      </w:r>
      <w:r>
        <w:rPr>
          <w:rFonts w:ascii="Times New Roman" w:hAnsi="Times New Roman"/>
          <w:b w:val="0"/>
          <w:i w:val="0"/>
          <w:color w:val="000000"/>
          <w:sz w:val="32"/>
        </w:rPr>
        <w:t>Y</w:t>
      </w:r>
      <w:r>
        <w:rPr>
          <w:rFonts w:ascii="Times New Roman" w:hAnsi="Times New Roman"/>
          <w:b w:val="0"/>
          <w:i w:val="0"/>
          <w:color w:val="000000"/>
          <w:sz w:val="32"/>
        </w:rPr>
        <w:t xml:space="preserve">ou’re probably a natural! </w:t>
      </w:r>
      <w:r>
        <w:rPr>
          <w:rFonts w:ascii="Times New Roman" w:hAnsi="Times New Roman"/>
          <w:b w:val="0"/>
          <w:i/>
          <w:color w:val="000000"/>
          <w:sz w:val="32"/>
        </w:rPr>
        <w:t>(Strides back and forth, signing with flair)</w:t>
      </w:r>
      <w:r>
        <w:rPr>
          <w:rFonts w:ascii="Times New Roman" w:hAnsi="Times New Roman"/>
          <w:b w:val="0"/>
          <w:i/>
          <w:color w:val="000000"/>
          <w:sz w:val="32"/>
        </w:rPr>
        <w:t xml:space="preserve"> </w:t>
      </w:r>
      <w:r>
        <w:rPr>
          <w:rFonts w:ascii="Times New Roman" w:hAnsi="Times New Roman"/>
          <w:b w:val="0"/>
          <w:i w:val="0"/>
          <w:color w:val="000000"/>
          <w:sz w:val="32"/>
        </w:rPr>
        <w:t>Think about it, Granville</w:t>
      </w:r>
      <w:r>
        <w:rPr>
          <w:rFonts w:ascii="Times New Roman" w:hAnsi="Times New Roman"/>
          <w:b w:val="0"/>
          <w:i w:val="0"/>
          <w:color w:val="000000"/>
          <w:sz w:val="32"/>
        </w:rPr>
        <w:t xml:space="preserve"> — you</w:t>
      </w:r>
      <w:r>
        <w:rPr>
          <w:rFonts w:ascii="Times New Roman" w:hAnsi="Times New Roman"/>
          <w:b w:val="0"/>
          <w:i w:val="0"/>
          <w:color w:val="000000"/>
          <w:sz w:val="32"/>
        </w:rPr>
        <w:t xml:space="preserve"> move your lips and people in the audience will think you</w:t>
      </w:r>
      <w:r>
        <w:rPr>
          <w:rFonts w:ascii="Times New Roman" w:hAnsi="Times New Roman"/>
          <w:b w:val="0"/>
          <w:i w:val="0"/>
          <w:color w:val="000000"/>
          <w:sz w:val="32"/>
        </w:rPr>
        <w:t>’</w:t>
      </w:r>
      <w:r>
        <w:rPr>
          <w:rFonts w:ascii="Times New Roman" w:hAnsi="Times New Roman"/>
          <w:b w:val="0"/>
          <w:i w:val="0"/>
          <w:color w:val="000000"/>
          <w:sz w:val="32"/>
        </w:rPr>
        <w:t>re speaking... Imagine th</w:t>
      </w:r>
      <w:r>
        <w:rPr>
          <w:rFonts w:ascii="Times New Roman" w:hAnsi="Times New Roman"/>
          <w:b w:val="0"/>
          <w:i w:val="0"/>
          <w:color w:val="000000"/>
          <w:sz w:val="32"/>
        </w:rPr>
        <w:t>e</w:t>
      </w:r>
      <w:r>
        <w:rPr>
          <w:rFonts w:ascii="Times New Roman" w:hAnsi="Times New Roman"/>
          <w:b w:val="0"/>
          <w:i w:val="0"/>
          <w:color w:val="000000"/>
          <w:sz w:val="32"/>
        </w:rPr>
        <w:t xml:space="preserve"> sensation!... </w:t>
      </w:r>
      <w:r>
        <w:rPr>
          <w:rFonts w:ascii="Times New Roman" w:hAnsi="Times New Roman"/>
          <w:b w:val="0"/>
          <w:i w:val="0"/>
          <w:color w:val="000000"/>
          <w:sz w:val="32"/>
        </w:rPr>
        <w:t>,</w:t>
      </w:r>
    </w:p>
    <w:p>
      <w:pPr>
        <w:pStyle w:val="StageDirection"/>
        <w:spacing w:before="60" w:after="100"/>
        <w:ind w:left="0" w:right="0" w:firstLine="0"/>
        <w:jc w:val="left"/>
      </w:pPr>
      <w:r>
        <w:rPr>
          <w:rFonts w:ascii="Times New Roman" w:hAnsi="Times New Roman"/>
          <w:b w:val="0"/>
          <w:i/>
          <w:color w:val="000000"/>
          <w:sz w:val="32"/>
        </w:rPr>
        <w:t xml:space="preserve">(Redmond is </w:t>
      </w:r>
      <w:r>
        <w:rPr>
          <w:rFonts w:ascii="Times New Roman" w:hAnsi="Times New Roman"/>
          <w:b w:val="0"/>
          <w:i/>
          <w:color w:val="000000"/>
          <w:sz w:val="32"/>
        </w:rPr>
        <w:t xml:space="preserve">not happy about that, so is </w:t>
      </w:r>
      <w:r>
        <w:rPr>
          <w:rFonts w:ascii="Times New Roman" w:hAnsi="Times New Roman"/>
          <w:b w:val="0"/>
          <w:i/>
          <w:color w:val="000000"/>
          <w:sz w:val="32"/>
        </w:rPr>
        <w:t>noncommittal.)</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And you’d </w:t>
      </w:r>
      <w:r>
        <w:rPr>
          <w:rFonts w:ascii="Times New Roman" w:hAnsi="Times New Roman"/>
          <w:b w:val="0"/>
          <w:i/>
          <w:color w:val="000000"/>
          <w:sz w:val="32"/>
        </w:rPr>
        <w:t xml:space="preserve">be paid </w:t>
      </w:r>
      <w:r>
        <w:rPr>
          <w:rFonts w:ascii="Times New Roman" w:hAnsi="Times New Roman"/>
          <w:b w:val="0"/>
          <w:i w:val="0"/>
          <w:color w:val="000000"/>
          <w:sz w:val="32"/>
        </w:rPr>
        <w:t xml:space="preserve">— I </w:t>
      </w:r>
      <w:r>
        <w:rPr>
          <w:rFonts w:ascii="Times New Roman" w:hAnsi="Times New Roman"/>
          <w:b w:val="0"/>
          <w:i w:val="0"/>
          <w:color w:val="000000"/>
          <w:sz w:val="32"/>
        </w:rPr>
        <w:t>said</w:t>
      </w:r>
      <w:r>
        <w:rPr>
          <w:rFonts w:ascii="Times New Roman" w:hAnsi="Times New Roman"/>
          <w:b w:val="0"/>
          <w:i w:val="0"/>
          <w:color w:val="000000"/>
          <w:sz w:val="32"/>
        </w:rPr>
        <w:t xml:space="preserve"> that, didn’t I?...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But not much? Because of hard times?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More</w:t>
      </w:r>
      <w:r>
        <w:rPr>
          <w:rFonts w:ascii="Times New Roman" w:hAnsi="Times New Roman"/>
          <w:b w:val="0"/>
          <w:i w:val="0"/>
          <w:color w:val="000000"/>
          <w:sz w:val="32"/>
        </w:rPr>
        <w:t>, m</w:t>
      </w:r>
      <w:r>
        <w:rPr>
          <w:rFonts w:ascii="Times New Roman" w:hAnsi="Times New Roman"/>
          <w:b w:val="0"/>
          <w:i w:val="0"/>
          <w:color w:val="000000"/>
          <w:sz w:val="32"/>
        </w:rPr>
        <w:t>ore than... And the</w:t>
      </w:r>
      <w:r>
        <w:rPr>
          <w:rFonts w:ascii="Times New Roman" w:hAnsi="Times New Roman"/>
          <w:b w:val="0"/>
          <w:i w:val="0"/>
          <w:color w:val="000000"/>
          <w:sz w:val="32"/>
        </w:rPr>
        <w:t>re’</w:t>
      </w:r>
      <w:r>
        <w:rPr>
          <w:rFonts w:ascii="Times New Roman" w:hAnsi="Times New Roman"/>
          <w:b w:val="0"/>
          <w:i w:val="0"/>
          <w:color w:val="000000"/>
          <w:sz w:val="32"/>
        </w:rPr>
        <w:t>d be... compensations</w:t>
      </w:r>
      <w:r>
        <w:rPr>
          <w:rFonts w:ascii="Times New Roman" w:hAnsi="Times New Roman"/>
          <w:b w:val="0"/>
          <w:i w:val="0"/>
          <w:color w:val="000000"/>
          <w:sz w:val="32"/>
        </w:rPr>
        <w:t xml:space="preserve">. </w:t>
      </w:r>
      <w:r>
        <w:rPr>
          <w:rFonts w:ascii="Times New Roman" w:hAnsi="Times New Roman"/>
          <w:b w:val="0"/>
          <w:i w:val="0"/>
          <w:color w:val="000000"/>
          <w:sz w:val="32"/>
        </w:rPr>
        <w:t>I’d bring in — when you’re not painting, of course — movie people who</w:t>
      </w:r>
      <w:r>
        <w:rPr>
          <w:rFonts w:ascii="Times New Roman" w:hAnsi="Times New Roman"/>
          <w:b w:val="0"/>
          <w:i w:val="0"/>
          <w:color w:val="000000"/>
          <w:sz w:val="32"/>
        </w:rPr>
        <w:t xml:space="preserve"> might </w:t>
      </w:r>
      <w:r>
        <w:rPr>
          <w:rFonts w:ascii="Times New Roman" w:hAnsi="Times New Roman"/>
          <w:b w:val="0"/>
          <w:i w:val="0"/>
          <w:color w:val="000000"/>
          <w:sz w:val="32"/>
        </w:rPr>
        <w:t xml:space="preserve">become clients. </w:t>
      </w:r>
      <w:r>
        <w:rPr>
          <w:rFonts w:ascii="Times New Roman" w:hAnsi="Times New Roman"/>
          <w:b w:val="0"/>
          <w:i/>
          <w:color w:val="000000"/>
          <w:sz w:val="32"/>
        </w:rPr>
        <w:t>Would</w:t>
      </w:r>
      <w:r>
        <w:rPr>
          <w:rFonts w:ascii="Times New Roman" w:hAnsi="Times New Roman"/>
          <w:b w:val="0"/>
          <w:i w:val="0"/>
          <w:color w:val="000000"/>
          <w:sz w:val="32"/>
        </w:rPr>
        <w:t xml:space="preserve"> become clients!</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Might</w:t>
      </w:r>
      <w:r>
        <w:rPr>
          <w:rFonts w:ascii="Times New Roman" w:hAnsi="Times New Roman"/>
          <w:b w:val="0"/>
          <w:i/>
          <w:color w:val="000000"/>
          <w:sz w:val="32"/>
        </w:rPr>
        <w:t>? Would?</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(Easily, smiling charmingly, showing off)</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w:t>
      </w:r>
      <w:r>
        <w:rPr>
          <w:rFonts w:ascii="Times New Roman" w:hAnsi="Times New Roman"/>
          <w:b w:val="0"/>
          <w:i w:val="0"/>
          <w:color w:val="000000"/>
          <w:sz w:val="32"/>
        </w:rPr>
        <w:t xml:space="preserve"> can be persuasive.</w:t>
      </w:r>
    </w:p>
    <w:p>
      <w:pPr>
        <w:pStyle w:val="StageDirection"/>
        <w:spacing w:before="60" w:after="100"/>
        <w:ind w:left="0" w:right="0" w:firstLine="0"/>
        <w:jc w:val="left"/>
      </w:pPr>
      <w:r>
        <w:rPr>
          <w:rFonts w:ascii="Times New Roman" w:hAnsi="Times New Roman"/>
          <w:b w:val="0"/>
          <w:i/>
          <w:color w:val="000000"/>
          <w:sz w:val="32"/>
        </w:rPr>
        <w:t>(Redmond nods in agreement, suddenly beams then puzzles.)</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But why?</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(Thinks about it)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I like you. </w:t>
      </w:r>
      <w:r>
        <w:rPr>
          <w:rFonts w:ascii="Times New Roman" w:hAnsi="Times New Roman"/>
          <w:b w:val="0"/>
          <w:i w:val="0"/>
          <w:color w:val="000000"/>
          <w:sz w:val="32"/>
        </w:rPr>
        <w:t>V</w:t>
      </w:r>
      <w:r>
        <w:rPr>
          <w:rFonts w:ascii="Times New Roman" w:hAnsi="Times New Roman"/>
          <w:b w:val="0"/>
          <w:i w:val="0"/>
          <w:color w:val="000000"/>
          <w:sz w:val="32"/>
        </w:rPr>
        <w:t xml:space="preserve">isiting your studio. It’s a refuge from, well, </w:t>
      </w:r>
      <w:r>
        <w:rPr>
          <w:rFonts w:ascii="Times New Roman" w:hAnsi="Times New Roman"/>
          <w:b w:val="0"/>
          <w:i w:val="0"/>
          <w:color w:val="000000"/>
          <w:sz w:val="32"/>
        </w:rPr>
        <w:t xml:space="preserve">I’m not sure... </w:t>
      </w:r>
      <w:r>
        <w:rPr>
          <w:rFonts w:ascii="Times New Roman" w:hAnsi="Times New Roman"/>
          <w:b w:val="0"/>
          <w:i/>
          <w:color w:val="000000"/>
          <w:sz w:val="32"/>
        </w:rPr>
        <w:t>something</w:t>
      </w:r>
      <w:r>
        <w:rPr>
          <w:rFonts w:ascii="Times New Roman" w:hAnsi="Times New Roman"/>
          <w:b w:val="0"/>
          <w:i/>
          <w:color w:val="000000"/>
          <w:sz w:val="32"/>
        </w:rPr>
        <w:t>...</w:t>
      </w:r>
      <w:r>
        <w:rPr>
          <w:rFonts w:ascii="Times New Roman" w:hAnsi="Times New Roman"/>
          <w:b w:val="0"/>
          <w:i/>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I’d be gone a lot</w:t>
      </w:r>
      <w:r>
        <w:rPr>
          <w:rFonts w:ascii="Times New Roman" w:hAnsi="Times New Roman"/>
          <w:b w:val="0"/>
          <w:i w:val="0"/>
          <w:color w:val="000000"/>
          <w:sz w:val="32"/>
        </w:rPr>
        <w:t xml:space="preserve"> — </w:t>
      </w:r>
      <w:r>
        <w:rPr>
          <w:rFonts w:ascii="Times New Roman" w:hAnsi="Times New Roman"/>
          <w:b w:val="0"/>
          <w:i w:val="0"/>
          <w:color w:val="000000"/>
          <w:sz w:val="32"/>
        </w:rPr>
        <w:t>hills, des</w:t>
      </w:r>
      <w:r>
        <w:rPr>
          <w:rFonts w:ascii="Times New Roman" w:hAnsi="Times New Roman"/>
          <w:b w:val="0"/>
          <w:i w:val="0"/>
          <w:color w:val="000000"/>
          <w:sz w:val="32"/>
        </w:rPr>
        <w:t>e</w:t>
      </w:r>
      <w:r>
        <w:rPr>
          <w:rFonts w:ascii="Times New Roman" w:hAnsi="Times New Roman"/>
          <w:b w:val="0"/>
          <w:i w:val="0"/>
          <w:color w:val="000000"/>
          <w:sz w:val="32"/>
        </w:rPr>
        <w:t>rt.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Oh, I realize </w:t>
      </w:r>
      <w:r>
        <w:rPr>
          <w:rFonts w:ascii="Times New Roman" w:hAnsi="Times New Roman"/>
          <w:b w:val="0"/>
          <w:i w:val="0"/>
          <w:color w:val="000000"/>
          <w:sz w:val="32"/>
        </w:rPr>
        <w:t>...</w:t>
      </w:r>
      <w:r>
        <w:rPr>
          <w:rFonts w:ascii="Times New Roman" w:hAnsi="Times New Roman"/>
          <w:b w:val="0"/>
          <w:i w:val="0"/>
          <w:color w:val="000000"/>
          <w:sz w:val="32"/>
        </w:rPr>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Because while I paint from memory, it’s important to paint from nature</w:t>
      </w:r>
      <w:r>
        <w:rPr>
          <w:rFonts w:ascii="Times New Roman" w:hAnsi="Times New Roman"/>
          <w:b w:val="0"/>
          <w:i w:val="0"/>
          <w:color w:val="000000"/>
          <w:sz w:val="32"/>
        </w:rPr>
        <w:t xml:space="preserve"> too</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Understood.</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(Pause)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Well...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Well?</w:t>
      </w:r>
    </w:p>
    <w:p>
      <w:pPr>
        <w:pStyle w:val="StageDirection"/>
        <w:spacing w:before="60" w:after="100"/>
        <w:ind w:left="0" w:right="0" w:firstLine="0"/>
        <w:jc w:val="left"/>
      </w:pPr>
      <w:r>
        <w:rPr>
          <w:rFonts w:ascii="Times New Roman" w:hAnsi="Times New Roman"/>
          <w:b w:val="0"/>
          <w:i/>
          <w:color w:val="000000"/>
          <w:sz w:val="32"/>
        </w:rPr>
        <w:t xml:space="preserve">(They agree with a look, clasp hands. Redmond kicks up his heels, pantomimes cranking a camera, ‘focusing’ it on Chaplin as Chaplin — followed by a spot — moves Redmond’s easel and painting to </w:t>
      </w:r>
      <w:r>
        <w:rPr>
          <w:rFonts w:ascii="Times New Roman" w:hAnsi="Times New Roman"/>
          <w:b w:val="0"/>
          <w:i/>
          <w:color w:val="000000"/>
          <w:sz w:val="32"/>
        </w:rPr>
        <w:t xml:space="preserve">another </w:t>
      </w:r>
      <w:r>
        <w:rPr>
          <w:rFonts w:ascii="Times New Roman" w:hAnsi="Times New Roman"/>
          <w:b w:val="0"/>
          <w:i/>
          <w:color w:val="000000"/>
          <w:sz w:val="32"/>
        </w:rPr>
        <w:t>area</w:t>
      </w:r>
      <w:r>
        <w:rPr>
          <w:rFonts w:ascii="Times New Roman" w:hAnsi="Times New Roman"/>
          <w:b w:val="0"/>
          <w:i/>
          <w:color w:val="000000"/>
          <w:sz w:val="32"/>
        </w:rPr>
        <w:t xml:space="preserve"> </w:t>
      </w:r>
      <w:r>
        <w:rPr>
          <w:rFonts w:ascii="Times New Roman" w:hAnsi="Times New Roman"/>
          <w:b w:val="0"/>
          <w:i/>
          <w:color w:val="000000"/>
          <w:sz w:val="32"/>
        </w:rPr>
        <w:t xml:space="preserve"> of the stage.</w:t>
      </w:r>
      <w:r>
        <w:rPr>
          <w:rFonts w:ascii="Times New Roman" w:hAnsi="Times New Roman"/>
          <w:b w:val="0"/>
          <w:i/>
          <w:color w:val="000000"/>
          <w:sz w:val="32"/>
        </w:rPr>
        <w:t xml:space="preserve"> Looks at him for approval of the location, Redmond considers,  nods approval</w:t>
      </w:r>
      <w:r>
        <w:rPr>
          <w:rFonts w:ascii="Times New Roman" w:hAnsi="Times New Roman"/>
          <w:b w:val="0"/>
          <w:i/>
          <w:color w:val="000000"/>
          <w:sz w:val="32"/>
        </w:rPr>
        <w:t>.</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Gottardo, </w:t>
      </w:r>
      <w:r>
        <w:rPr>
          <w:rFonts w:ascii="Times New Roman" w:hAnsi="Times New Roman"/>
          <w:b w:val="0"/>
          <w:i/>
          <w:color w:val="000000"/>
          <w:sz w:val="32"/>
        </w:rPr>
        <w:t>I’m in show business!</w:t>
      </w:r>
      <w:r>
        <w:rPr>
          <w:rFonts w:ascii="Times New Roman" w:hAnsi="Times New Roman"/>
          <w:b w:val="0"/>
          <w:i w:val="0"/>
          <w:color w:val="000000"/>
          <w:sz w:val="32"/>
        </w:rPr>
        <w:t xml:space="preserve"> Charlie</w:t>
      </w:r>
      <w:r>
        <w:rPr>
          <w:rFonts w:ascii="Times New Roman" w:hAnsi="Times New Roman"/>
          <w:b w:val="0"/>
          <w:i w:val="0"/>
          <w:color w:val="000000"/>
          <w:sz w:val="32"/>
        </w:rPr>
        <w:t>’</w:t>
      </w:r>
      <w:r>
        <w:rPr>
          <w:rFonts w:ascii="Times New Roman" w:hAnsi="Times New Roman"/>
          <w:b w:val="0"/>
          <w:i w:val="0"/>
          <w:color w:val="000000"/>
          <w:sz w:val="32"/>
        </w:rPr>
        <w:t xml:space="preserve">s given me the most wonderful studio — </w:t>
      </w:r>
      <w:r>
        <w:rPr>
          <w:rFonts w:ascii="Times New Roman" w:hAnsi="Times New Roman"/>
          <w:b w:val="0"/>
          <w:i/>
          <w:color w:val="000000"/>
          <w:sz w:val="32"/>
        </w:rPr>
        <w:t xml:space="preserve">on his film lot — </w:t>
      </w:r>
      <w:r>
        <w:rPr>
          <w:rFonts w:ascii="Times New Roman" w:hAnsi="Times New Roman"/>
          <w:b w:val="0"/>
          <w:i w:val="0"/>
          <w:color w:val="000000"/>
          <w:sz w:val="32"/>
        </w:rPr>
        <w:t>at La Brea and Sunset</w:t>
      </w:r>
      <w:r>
        <w:rPr>
          <w:rFonts w:ascii="Times New Roman" w:hAnsi="Times New Roman"/>
          <w:b w:val="0"/>
          <w:i w:val="0"/>
          <w:color w:val="000000"/>
          <w:sz w:val="32"/>
        </w:rPr>
        <w:t xml:space="preserve"> — old</w:t>
      </w:r>
      <w:r>
        <w:rPr>
          <w:rFonts w:ascii="Times New Roman" w:hAnsi="Times New Roman"/>
          <w:b w:val="0"/>
          <w:i w:val="0"/>
          <w:color w:val="000000"/>
          <w:sz w:val="32"/>
        </w:rPr>
        <w:t xml:space="preserve"> props room with skylights! </w:t>
      </w:r>
      <w:r>
        <w:rPr>
          <w:rFonts w:ascii="Times New Roman" w:hAnsi="Times New Roman"/>
          <w:b w:val="0"/>
          <w:i w:val="0"/>
          <w:color w:val="000000"/>
          <w:sz w:val="32"/>
        </w:rPr>
        <w:t>Soon I</w:t>
      </w:r>
      <w:r>
        <w:rPr>
          <w:rFonts w:ascii="Times New Roman" w:hAnsi="Times New Roman"/>
          <w:b w:val="0"/>
          <w:i w:val="0"/>
          <w:color w:val="000000"/>
          <w:sz w:val="32"/>
        </w:rPr>
        <w:t>’ll</w:t>
      </w:r>
      <w:r>
        <w:rPr>
          <w:rFonts w:ascii="Times New Roman" w:hAnsi="Times New Roman"/>
          <w:b w:val="0"/>
          <w:i w:val="0"/>
          <w:color w:val="000000"/>
          <w:sz w:val="32"/>
        </w:rPr>
        <w:t xml:space="preserve"> have that studio near </w:t>
      </w:r>
      <w:r>
        <w:rPr>
          <w:rFonts w:ascii="Times New Roman" w:hAnsi="Times New Roman"/>
          <w:b w:val="0"/>
          <w:i w:val="0"/>
          <w:color w:val="000000"/>
          <w:sz w:val="32"/>
        </w:rPr>
        <w:t>rolling</w:t>
      </w:r>
      <w:r>
        <w:rPr>
          <w:rFonts w:ascii="Times New Roman" w:hAnsi="Times New Roman"/>
          <w:b w:val="0"/>
          <w:i w:val="0"/>
          <w:color w:val="000000"/>
          <w:sz w:val="32"/>
        </w:rPr>
        <w:t xml:space="preserve"> hills I’ve dreamed of</w:t>
      </w:r>
      <w:r>
        <w:rPr>
          <w:rFonts w:ascii="Times New Roman" w:hAnsi="Times New Roman"/>
          <w:b w:val="0"/>
          <w:i w:val="0"/>
          <w:color w:val="000000"/>
          <w:sz w:val="32"/>
        </w:rPr>
        <w:t>. U</w:t>
      </w:r>
      <w:r>
        <w:rPr>
          <w:rFonts w:ascii="Times New Roman" w:hAnsi="Times New Roman"/>
          <w:b w:val="0"/>
          <w:i w:val="0"/>
          <w:color w:val="000000"/>
          <w:sz w:val="32"/>
        </w:rPr>
        <w:t>ntil then</w:t>
      </w:r>
      <w:r>
        <w:rPr>
          <w:rFonts w:ascii="Times New Roman" w:hAnsi="Times New Roman"/>
          <w:b w:val="0"/>
          <w:i w:val="0"/>
          <w:color w:val="000000"/>
          <w:sz w:val="32"/>
        </w:rPr>
        <w:t xml:space="preserve">, </w:t>
      </w:r>
      <w:r>
        <w:rPr>
          <w:rFonts w:ascii="Times New Roman" w:hAnsi="Times New Roman"/>
          <w:b w:val="0"/>
          <w:i w:val="0"/>
          <w:color w:val="000000"/>
          <w:sz w:val="32"/>
        </w:rPr>
        <w:t>this space</w:t>
      </w:r>
      <w:r>
        <w:rPr>
          <w:rFonts w:ascii="Times New Roman" w:hAnsi="Times New Roman"/>
          <w:b w:val="0"/>
          <w:i w:val="0"/>
          <w:color w:val="000000"/>
          <w:sz w:val="32"/>
        </w:rPr>
        <w:t xml:space="preserve"> is</w:t>
      </w:r>
      <w:r>
        <w:rPr>
          <w:rFonts w:ascii="Times New Roman" w:hAnsi="Times New Roman"/>
          <w:b w:val="0"/>
          <w:i w:val="0"/>
          <w:color w:val="000000"/>
          <w:sz w:val="32"/>
        </w:rPr>
        <w:t xml:space="preserve"> everything I could ask for</w:t>
      </w:r>
      <w:r>
        <w:rPr>
          <w:rFonts w:ascii="Times New Roman" w:hAnsi="Times New Roman"/>
          <w:b w:val="0"/>
          <w:i w:val="0"/>
          <w:color w:val="000000"/>
          <w:sz w:val="32"/>
        </w:rPr>
        <w:t>. And</w:t>
      </w:r>
      <w:r>
        <w:rPr>
          <w:rFonts w:ascii="Times New Roman" w:hAnsi="Times New Roman"/>
          <w:b w:val="0"/>
          <w:i w:val="0"/>
          <w:color w:val="000000"/>
          <w:sz w:val="32"/>
        </w:rPr>
        <w:t xml:space="preserve"> I save money</w:t>
      </w:r>
      <w:r>
        <w:rPr>
          <w:rFonts w:ascii="Times New Roman" w:hAnsi="Times New Roman"/>
          <w:b w:val="0"/>
          <w:i w:val="0"/>
          <w:color w:val="000000"/>
          <w:sz w:val="32"/>
        </w:rPr>
        <w:t>!</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To music s</w:t>
      </w:r>
      <w:r>
        <w:rPr>
          <w:rFonts w:ascii="Times New Roman" w:hAnsi="Times New Roman"/>
          <w:b w:val="0"/>
          <w:i/>
          <w:color w:val="000000"/>
          <w:sz w:val="32"/>
        </w:rPr>
        <w:t xml:space="preserve">tudio space comes dramatically alive. Shafts of sunlight from </w:t>
      </w:r>
      <w:r>
        <w:rPr>
          <w:rFonts w:ascii="Times New Roman" w:hAnsi="Times New Roman"/>
          <w:b w:val="0"/>
          <w:i/>
          <w:color w:val="000000"/>
          <w:sz w:val="32"/>
        </w:rPr>
        <w:t xml:space="preserve">the </w:t>
      </w:r>
      <w:r>
        <w:rPr>
          <w:rFonts w:ascii="Times New Roman" w:hAnsi="Times New Roman"/>
          <w:b w:val="0"/>
          <w:i/>
          <w:color w:val="000000"/>
          <w:sz w:val="32"/>
        </w:rPr>
        <w:t>skylights. Suggestion of paintings and color from the walls.)</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With the natural light I </w:t>
      </w:r>
      <w:r>
        <w:rPr>
          <w:rFonts w:ascii="Times New Roman" w:hAnsi="Times New Roman"/>
          <w:b w:val="0"/>
          <w:i w:val="0"/>
          <w:color w:val="000000"/>
          <w:sz w:val="32"/>
        </w:rPr>
        <w:t xml:space="preserve">almost </w:t>
      </w:r>
      <w:r>
        <w:rPr>
          <w:rFonts w:ascii="Times New Roman" w:hAnsi="Times New Roman"/>
          <w:b w:val="0"/>
          <w:i w:val="0"/>
          <w:color w:val="000000"/>
          <w:sz w:val="32"/>
        </w:rPr>
        <w:t xml:space="preserve">feel </w:t>
      </w:r>
      <w:r>
        <w:rPr>
          <w:rFonts w:ascii="Times New Roman" w:hAnsi="Times New Roman"/>
          <w:b w:val="0"/>
          <w:i w:val="0"/>
          <w:color w:val="000000"/>
          <w:sz w:val="32"/>
        </w:rPr>
        <w:t>out of do</w:t>
      </w:r>
      <w:r>
        <w:rPr>
          <w:rFonts w:ascii="Times New Roman" w:hAnsi="Times New Roman"/>
          <w:b w:val="0"/>
          <w:i w:val="0"/>
          <w:color w:val="000000"/>
          <w:sz w:val="32"/>
        </w:rPr>
        <w:t>ors</w:t>
      </w:r>
      <w:r>
        <w:rPr>
          <w:rFonts w:ascii="Times New Roman" w:hAnsi="Times New Roman"/>
          <w:b w:val="0"/>
          <w:i w:val="0"/>
          <w:color w:val="000000"/>
          <w:sz w:val="32"/>
        </w:rPr>
        <w:t>... cabinets for paints and brushes</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r>
        <w:rPr>
          <w:rFonts w:ascii="Times New Roman" w:hAnsi="Times New Roman"/>
          <w:b w:val="0"/>
          <w:i w:val="0"/>
          <w:color w:val="000000"/>
          <w:sz w:val="32"/>
        </w:rPr>
        <w:t>A</w:t>
      </w:r>
      <w:r>
        <w:rPr>
          <w:rFonts w:ascii="Times New Roman" w:hAnsi="Times New Roman"/>
          <w:b w:val="0"/>
          <w:i w:val="0"/>
          <w:color w:val="000000"/>
          <w:sz w:val="32"/>
        </w:rPr>
        <w:t xml:space="preserve"> little refrigerator</w:t>
      </w:r>
      <w:r>
        <w:rPr>
          <w:rFonts w:ascii="Times New Roman" w:hAnsi="Times New Roman"/>
          <w:b w:val="0"/>
          <w:i w:val="0"/>
          <w:color w:val="000000"/>
          <w:sz w:val="32"/>
        </w:rPr>
        <w:t xml:space="preserve">. </w:t>
      </w:r>
      <w:r>
        <w:rPr>
          <w:rFonts w:ascii="Times New Roman" w:hAnsi="Times New Roman"/>
          <w:b w:val="0"/>
          <w:i w:val="0"/>
          <w:color w:val="000000"/>
          <w:sz w:val="32"/>
        </w:rPr>
        <w:t>H</w:t>
      </w:r>
      <w:r>
        <w:rPr>
          <w:rFonts w:ascii="Times New Roman" w:hAnsi="Times New Roman"/>
          <w:b w:val="0"/>
          <w:i w:val="0"/>
          <w:color w:val="000000"/>
          <w:sz w:val="32"/>
        </w:rPr>
        <w:t xml:space="preserve">ot plate, to make coffee. </w:t>
      </w:r>
      <w:r>
        <w:rPr>
          <w:rFonts w:ascii="Times New Roman" w:hAnsi="Times New Roman"/>
          <w:b w:val="0"/>
          <w:i w:val="0"/>
          <w:color w:val="000000"/>
          <w:sz w:val="32"/>
        </w:rPr>
        <w:t>L</w:t>
      </w:r>
      <w:r>
        <w:rPr>
          <w:rFonts w:ascii="Times New Roman" w:hAnsi="Times New Roman"/>
          <w:b w:val="0"/>
          <w:i w:val="0"/>
          <w:color w:val="000000"/>
          <w:sz w:val="32"/>
        </w:rPr>
        <w:t xml:space="preserve">ittle musty, but open windows and smell of oil paints will change that... I cross a little plaza — </w:t>
      </w:r>
      <w:r>
        <w:rPr>
          <w:rFonts w:ascii="Times New Roman" w:hAnsi="Times New Roman"/>
          <w:b w:val="0"/>
          <w:i w:val="0"/>
          <w:color w:val="000000"/>
          <w:sz w:val="32"/>
        </w:rPr>
        <w:t>feel</w:t>
      </w:r>
      <w:r>
        <w:rPr>
          <w:rFonts w:ascii="Times New Roman" w:hAnsi="Times New Roman"/>
          <w:b w:val="0"/>
          <w:i w:val="0"/>
          <w:color w:val="000000"/>
          <w:sz w:val="32"/>
        </w:rPr>
        <w:t xml:space="preserve">s like an English village — to watch Charlie’s crew shoot moving pictures. </w:t>
      </w:r>
      <w:r>
        <w:rPr>
          <w:rFonts w:ascii="Times New Roman" w:hAnsi="Times New Roman"/>
          <w:b w:val="0"/>
          <w:i/>
          <w:color w:val="000000"/>
          <w:sz w:val="32"/>
        </w:rPr>
        <w:t xml:space="preserve">Or act in them... </w:t>
      </w:r>
      <w:r>
        <w:rPr>
          <w:rFonts w:ascii="Times New Roman" w:hAnsi="Times New Roman"/>
          <w:b w:val="0"/>
          <w:i w:val="0"/>
          <w:color w:val="000000"/>
          <w:sz w:val="32"/>
        </w:rPr>
        <w:t>lunch in the commissary with the actors and crew.  Many of them with Charlie’s help have learned to sign!... the best</w:t>
      </w:r>
      <w:r>
        <w:rPr>
          <w:rFonts w:ascii="Times New Roman" w:hAnsi="Times New Roman"/>
          <w:b w:val="0"/>
          <w:i w:val="0"/>
          <w:color w:val="000000"/>
          <w:sz w:val="32"/>
        </w:rPr>
        <w:t xml:space="preserve"> </w:t>
      </w:r>
      <w:r>
        <w:rPr>
          <w:rFonts w:ascii="Times New Roman" w:hAnsi="Times New Roman"/>
          <w:b w:val="0"/>
          <w:i w:val="0"/>
          <w:color w:val="000000"/>
          <w:sz w:val="32"/>
        </w:rPr>
        <w:t>Charlie’s camera man, Roland</w:t>
      </w:r>
      <w:r>
        <w:rPr>
          <w:rFonts w:ascii="Times New Roman" w:hAnsi="Times New Roman"/>
          <w:b w:val="0"/>
          <w:i w:val="0"/>
          <w:color w:val="000000"/>
          <w:sz w:val="32"/>
        </w:rPr>
        <w:t xml:space="preserve">. </w:t>
      </w:r>
      <w:r>
        <w:rPr>
          <w:rFonts w:ascii="Times New Roman" w:hAnsi="Times New Roman"/>
          <w:b w:val="0"/>
          <w:i w:val="0"/>
          <w:color w:val="000000"/>
          <w:sz w:val="32"/>
        </w:rPr>
        <w:t>We</w:t>
      </w:r>
      <w:r>
        <w:rPr>
          <w:rFonts w:ascii="Times New Roman" w:hAnsi="Times New Roman"/>
          <w:b w:val="0"/>
          <w:i w:val="0"/>
          <w:color w:val="000000"/>
          <w:sz w:val="32"/>
        </w:rPr>
        <w:t>’ve</w:t>
      </w:r>
      <w:r>
        <w:rPr>
          <w:rFonts w:ascii="Times New Roman" w:hAnsi="Times New Roman"/>
          <w:b w:val="0"/>
          <w:i w:val="0"/>
          <w:color w:val="000000"/>
          <w:sz w:val="32"/>
        </w:rPr>
        <w:t xml:space="preserve"> a joke between us — Roland and I. When Charlie</w:t>
      </w:r>
      <w:r>
        <w:rPr>
          <w:rFonts w:ascii="Times New Roman" w:hAnsi="Times New Roman"/>
          <w:b w:val="0"/>
          <w:i w:val="0"/>
          <w:color w:val="000000"/>
          <w:sz w:val="32"/>
        </w:rPr>
        <w:t xml:space="preserve">’s excited </w:t>
      </w:r>
      <w:r>
        <w:rPr>
          <w:rFonts w:ascii="Times New Roman" w:hAnsi="Times New Roman"/>
          <w:b w:val="0"/>
          <w:i w:val="0"/>
          <w:color w:val="000000"/>
          <w:sz w:val="32"/>
        </w:rPr>
        <w:t>he goes</w:t>
      </w:r>
      <w:r>
        <w:rPr>
          <w:rFonts w:ascii="Times New Roman" w:hAnsi="Times New Roman"/>
          <w:b w:val="0"/>
          <w:i w:val="0"/>
          <w:color w:val="000000"/>
          <w:sz w:val="32"/>
        </w:rPr>
        <w:t xml:space="preserve"> from graceful to clumsy. </w:t>
      </w:r>
      <w:r>
        <w:rPr>
          <w:rFonts w:ascii="Times New Roman" w:hAnsi="Times New Roman"/>
          <w:b w:val="0"/>
          <w:i w:val="0"/>
          <w:color w:val="000000"/>
          <w:sz w:val="32"/>
        </w:rPr>
        <w:t>T</w:t>
      </w:r>
      <w:r>
        <w:rPr>
          <w:rFonts w:ascii="Times New Roman" w:hAnsi="Times New Roman"/>
          <w:b w:val="0"/>
          <w:i w:val="0"/>
          <w:color w:val="000000"/>
          <w:sz w:val="32"/>
        </w:rPr>
        <w:t>r</w:t>
      </w:r>
      <w:r>
        <w:rPr>
          <w:rFonts w:ascii="Times New Roman" w:hAnsi="Times New Roman"/>
          <w:b w:val="0"/>
          <w:i w:val="0"/>
          <w:color w:val="000000"/>
          <w:sz w:val="32"/>
        </w:rPr>
        <w:t>ipped over a cable</w:t>
      </w:r>
      <w:r>
        <w:rPr>
          <w:rFonts w:ascii="Times New Roman" w:hAnsi="Times New Roman"/>
          <w:b w:val="0"/>
          <w:i w:val="0"/>
          <w:color w:val="000000"/>
          <w:sz w:val="32"/>
        </w:rPr>
        <w:t xml:space="preserve"> today</w:t>
      </w:r>
      <w:r>
        <w:rPr>
          <w:rFonts w:ascii="Times New Roman" w:hAnsi="Times New Roman"/>
          <w:b w:val="0"/>
          <w:i w:val="0"/>
          <w:color w:val="000000"/>
          <w:sz w:val="32"/>
        </w:rPr>
        <w:t xml:space="preserve">, </w:t>
      </w:r>
      <w:r>
        <w:rPr>
          <w:rFonts w:ascii="Times New Roman" w:hAnsi="Times New Roman"/>
          <w:b w:val="0"/>
          <w:i w:val="0"/>
          <w:color w:val="000000"/>
          <w:sz w:val="32"/>
        </w:rPr>
        <w:t xml:space="preserve">had to hobble through a scene. Naturally, made </w:t>
      </w:r>
      <w:r>
        <w:rPr>
          <w:rFonts w:ascii="Times New Roman" w:hAnsi="Times New Roman"/>
          <w:b w:val="0"/>
          <w:i w:val="0"/>
          <w:color w:val="000000"/>
          <w:sz w:val="32"/>
        </w:rPr>
        <w:t xml:space="preserve">it </w:t>
      </w:r>
      <w:r>
        <w:rPr>
          <w:rFonts w:ascii="Times New Roman" w:hAnsi="Times New Roman"/>
          <w:b w:val="0"/>
          <w:i w:val="0"/>
          <w:color w:val="000000"/>
          <w:sz w:val="32"/>
        </w:rPr>
        <w:t>funny.</w:t>
      </w:r>
      <w:r>
        <w:rPr>
          <w:rFonts w:ascii="Times New Roman" w:hAnsi="Times New Roman"/>
          <w:b w:val="0"/>
          <w:i w:val="0"/>
          <w:color w:val="000000"/>
          <w:sz w:val="32"/>
        </w:rPr>
        <w:t xml:space="preserve"> No wonder people love him!</w:t>
      </w:r>
    </w:p>
    <w:p>
      <w:pPr>
        <w:pStyle w:val="StageDirection"/>
        <w:spacing w:before="60" w:after="100"/>
        <w:ind w:left="0" w:right="0" w:firstLine="0"/>
        <w:jc w:val="left"/>
      </w:pPr>
      <w:r>
        <w:rPr>
          <w:rFonts w:ascii="Times New Roman" w:hAnsi="Times New Roman"/>
          <w:b w:val="0"/>
          <w:i/>
          <w:color w:val="000000"/>
          <w:sz w:val="32"/>
        </w:rPr>
        <w:t xml:space="preserve">(He </w:t>
      </w:r>
      <w:r>
        <w:rPr>
          <w:rFonts w:ascii="Times New Roman" w:hAnsi="Times New Roman"/>
          <w:b w:val="0"/>
          <w:i/>
          <w:color w:val="000000"/>
          <w:sz w:val="32"/>
        </w:rPr>
        <w:t xml:space="preserve">happily </w:t>
      </w:r>
      <w:r>
        <w:rPr>
          <w:rFonts w:ascii="Times New Roman" w:hAnsi="Times New Roman"/>
          <w:b w:val="0"/>
          <w:i/>
          <w:color w:val="000000"/>
          <w:sz w:val="32"/>
        </w:rPr>
        <w:t>looks up at the skylights.)</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Granville Redmond “</w:t>
      </w:r>
      <w:r>
        <w:rPr>
          <w:rFonts w:ascii="Times New Roman" w:hAnsi="Times New Roman"/>
          <w:b w:val="0"/>
          <w:i/>
          <w:color w:val="000000"/>
          <w:sz w:val="32"/>
        </w:rPr>
        <w:t>Love Song to Charlie Chaplin</w:t>
      </w:r>
      <w:r>
        <w:rPr>
          <w:rFonts w:ascii="Times New Roman" w:hAnsi="Times New Roman"/>
          <w:b w:val="0"/>
          <w:i/>
          <w:color w:val="000000"/>
          <w:sz w:val="32"/>
        </w:rPr>
        <w:t>”</w:t>
      </w:r>
      <w:r>
        <w:rPr>
          <w:rFonts w:ascii="Times New Roman" w:hAnsi="Times New Roman"/>
          <w:b w:val="0"/>
          <w:i/>
          <w:color w:val="000000"/>
          <w:sz w:val="32"/>
        </w:rPr>
        <w:t>.</w:t>
      </w:r>
      <w:r>
        <w:rPr>
          <w:rFonts w:ascii="Times New Roman" w:hAnsi="Times New Roman"/>
          <w:b w:val="0"/>
          <w:i/>
          <w:color w:val="000000"/>
          <w:sz w:val="32"/>
        </w:rPr>
        <w:t>)</w:t>
      </w:r>
      <w:r>
        <w:rPr>
          <w:rStyle w:val="CommentReference"/>
          <w:color w:val="000000"/>
          <w:sz w:val="32"/>
        </w:rPr>
      </w:r>
    </w:p>
    <w:p>
      <w:pPr>
        <w:pStyle w:val="Song"/>
        <w:ind w:left="0" w:right="0" w:firstLine="0"/>
        <w:jc w:val="left"/>
      </w:pPr>
      <w:r>
        <w:rPr>
          <w:rFonts w:ascii="Times New Roman" w:hAnsi="Times New Roman"/>
          <w:b w:val="0"/>
          <w:i w:val="0"/>
          <w:color w:val="000000"/>
          <w:sz w:val="32"/>
        </w:rPr>
        <w:t xml:space="preserve">There’s a skylight </w:t>
      </w:r>
      <w:r>
        <w:rPr>
          <w:rFonts w:ascii="Times New Roman" w:hAnsi="Times New Roman"/>
          <w:b w:val="0"/>
          <w:i w:val="0"/>
          <w:color w:val="000000"/>
          <w:sz w:val="32"/>
        </w:rPr>
        <w:br/>
        <w:t>in my studio,</w:t>
      </w:r>
      <w:r>
        <w:rPr>
          <w:rFonts w:ascii="Times New Roman" w:hAnsi="Times New Roman"/>
          <w:b w:val="0"/>
          <w:i w:val="0"/>
          <w:color w:val="000000"/>
          <w:sz w:val="32"/>
        </w:rPr>
        <w:br/>
        <w:t xml:space="preserve">There are brushes </w:t>
      </w:r>
      <w:r>
        <w:rPr>
          <w:rFonts w:ascii="Times New Roman" w:hAnsi="Times New Roman"/>
          <w:b w:val="0"/>
          <w:i w:val="0"/>
          <w:color w:val="000000"/>
          <w:sz w:val="32"/>
        </w:rPr>
        <w:br/>
        <w:t xml:space="preserve">There and paints.                        </w:t>
      </w:r>
      <w:r>
        <w:rPr>
          <w:rFonts w:ascii="Times New Roman" w:hAnsi="Times New Roman"/>
          <w:b w:val="0"/>
          <w:i w:val="0"/>
          <w:color w:val="000000"/>
          <w:sz w:val="32"/>
        </w:rPr>
        <w:br/>
        <w:t xml:space="preserve">There is a fridge </w:t>
      </w:r>
      <w:r>
        <w:rPr>
          <w:rFonts w:ascii="Times New Roman" w:hAnsi="Times New Roman"/>
          <w:b w:val="0"/>
          <w:i w:val="0"/>
          <w:color w:val="000000"/>
          <w:sz w:val="32"/>
        </w:rPr>
        <w:br/>
        <w:t>there in the corner,</w:t>
      </w:r>
      <w:r>
        <w:rPr>
          <w:rFonts w:ascii="Times New Roman" w:hAnsi="Times New Roman"/>
          <w:b w:val="0"/>
          <w:i w:val="0"/>
          <w:color w:val="000000"/>
          <w:sz w:val="32"/>
        </w:rPr>
        <w:br/>
        <w:t>and a warming plate.</w:t>
      </w:r>
      <w:r>
        <w:rPr>
          <w:rFonts w:ascii="Times New Roman" w:hAnsi="Times New Roman"/>
          <w:b w:val="0"/>
          <w:i w:val="0"/>
          <w:color w:val="000000"/>
          <w:sz w:val="32"/>
        </w:rPr>
      </w:r>
    </w:p>
    <w:p>
      <w:pPr>
        <w:pStyle w:val="Song"/>
        <w:ind w:left="0" w:right="0" w:firstLine="0"/>
        <w:jc w:val="left"/>
      </w:pPr>
      <w:r>
        <w:rPr>
          <w:rFonts w:ascii="Times New Roman" w:hAnsi="Times New Roman"/>
          <w:b w:val="0"/>
          <w:i w:val="0"/>
          <w:color w:val="000000"/>
          <w:sz w:val="32"/>
        </w:rPr>
        <w:t>Across the plaza,</w:t>
      </w:r>
      <w:r>
        <w:rPr>
          <w:rFonts w:ascii="Times New Roman" w:hAnsi="Times New Roman"/>
          <w:b w:val="0"/>
          <w:i w:val="0"/>
          <w:color w:val="000000"/>
          <w:sz w:val="32"/>
        </w:rPr>
        <w:br/>
        <w:t xml:space="preserve">Quaint like a veil  </w:t>
      </w:r>
      <w:r>
        <w:rPr>
          <w:rFonts w:ascii="Times New Roman" w:hAnsi="Times New Roman"/>
          <w:b w:val="0"/>
          <w:i w:val="0"/>
          <w:color w:val="000000"/>
          <w:sz w:val="32"/>
        </w:rPr>
        <w:br/>
        <w:t>There is Hollywood</w:t>
      </w:r>
      <w:r>
        <w:rPr>
          <w:rFonts w:ascii="Times New Roman" w:hAnsi="Times New Roman"/>
          <w:b w:val="0"/>
          <w:i w:val="0"/>
          <w:color w:val="000000"/>
          <w:sz w:val="32"/>
        </w:rPr>
        <w:br/>
        <w:t>There are dreams.</w:t>
      </w:r>
      <w:r>
        <w:rPr>
          <w:rFonts w:ascii="Times New Roman" w:hAnsi="Times New Roman"/>
          <w:b w:val="0"/>
          <w:i w:val="0"/>
          <w:color w:val="000000"/>
          <w:sz w:val="32"/>
        </w:rPr>
      </w:r>
    </w:p>
    <w:p>
      <w:pPr>
        <w:pStyle w:val="Song"/>
        <w:ind w:left="0" w:right="0" w:firstLine="0"/>
        <w:jc w:val="left"/>
      </w:pPr>
      <w:r>
        <w:rPr>
          <w:rFonts w:ascii="Times New Roman" w:hAnsi="Times New Roman"/>
          <w:b w:val="0"/>
          <w:i w:val="0"/>
          <w:color w:val="000000"/>
          <w:sz w:val="32"/>
        </w:rPr>
        <w:t xml:space="preserve">I joked just once    </w:t>
      </w:r>
      <w:r>
        <w:rPr>
          <w:rFonts w:ascii="Times New Roman" w:hAnsi="Times New Roman"/>
          <w:b w:val="0"/>
          <w:i w:val="0"/>
          <w:color w:val="000000"/>
          <w:sz w:val="32"/>
        </w:rPr>
        <w:br/>
        <w:t>Behind your back</w:t>
      </w:r>
      <w:r>
        <w:rPr>
          <w:rFonts w:ascii="Times New Roman" w:hAnsi="Times New Roman"/>
          <w:b w:val="0"/>
          <w:i w:val="0"/>
          <w:color w:val="000000"/>
          <w:sz w:val="32"/>
        </w:rPr>
        <w:br/>
        <w:t xml:space="preserve">But I always </w:t>
      </w:r>
      <w:r>
        <w:rPr>
          <w:rFonts w:ascii="Times New Roman" w:hAnsi="Times New Roman"/>
          <w:b w:val="0"/>
          <w:i w:val="0"/>
          <w:color w:val="000000"/>
          <w:sz w:val="32"/>
        </w:rPr>
        <w:br/>
        <w:t>Will love you, my dear.  bis</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(Hobbles, then suspiciously)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Granville, were you and Roland making a joke </w:t>
      </w:r>
      <w:r>
        <w:rPr>
          <w:rFonts w:ascii="Times New Roman" w:hAnsi="Times New Roman"/>
          <w:b w:val="0"/>
          <w:i w:val="0"/>
          <w:color w:val="000000"/>
          <w:sz w:val="32"/>
        </w:rPr>
        <w:t>about me</w:t>
      </w:r>
      <w:r>
        <w:rPr>
          <w:rFonts w:ascii="Times New Roman" w:hAnsi="Times New Roman"/>
          <w:b w:val="0"/>
          <w:i w:val="0"/>
          <w:color w:val="000000"/>
          <w:sz w:val="32"/>
        </w:rPr>
        <w:t xml:space="preserve"> </w:t>
      </w:r>
      <w:r>
        <w:rPr>
          <w:rFonts w:ascii="Times New Roman" w:hAnsi="Times New Roman"/>
          <w:b w:val="0"/>
          <w:i w:val="0"/>
          <w:color w:val="000000"/>
          <w:sz w:val="32"/>
        </w:rPr>
        <w:t>on the set</w:t>
      </w:r>
      <w:r>
        <w:rPr>
          <w:rFonts w:ascii="Times New Roman" w:hAnsi="Times New Roman"/>
          <w:b w:val="0"/>
          <w:i w:val="0"/>
          <w:color w:val="000000"/>
          <w:sz w:val="32"/>
        </w:rPr>
        <w:t xml:space="preserve">? </w:t>
      </w:r>
      <w:r>
        <w:rPr>
          <w:rFonts w:ascii="Times New Roman" w:hAnsi="Times New Roman"/>
          <w:b w:val="0"/>
          <w:i w:val="0"/>
          <w:color w:val="000000"/>
          <w:sz w:val="32"/>
        </w:rPr>
        <w:t>T</w:t>
      </w:r>
      <w:r>
        <w:rPr>
          <w:rFonts w:ascii="Times New Roman" w:hAnsi="Times New Roman"/>
          <w:b w:val="0"/>
          <w:i w:val="0"/>
          <w:color w:val="000000"/>
          <w:sz w:val="32"/>
        </w:rPr>
        <w:t>hought I saw you signing and laughing.</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w:t>
      </w:r>
      <w:r>
        <w:rPr>
          <w:rFonts w:ascii="Times New Roman" w:hAnsi="Times New Roman"/>
          <w:b w:val="0"/>
          <w:i w:val="0"/>
          <w:color w:val="000000"/>
          <w:sz w:val="32"/>
        </w:rPr>
        <w:t>, no</w:t>
      </w:r>
      <w:r>
        <w:rPr>
          <w:rFonts w:ascii="Times New Roman" w:hAnsi="Times New Roman"/>
          <w:b w:val="0"/>
          <w:i w:val="0"/>
          <w:color w:val="000000"/>
          <w:sz w:val="32"/>
        </w:rPr>
        <w:t xml:space="preserve"> — we were saying how wonderfully the scene went.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w:t>
      </w:r>
      <w:r>
        <w:rPr>
          <w:rFonts w:ascii="Times New Roman" w:hAnsi="Times New Roman"/>
          <w:b w:val="0"/>
          <w:i w:val="0"/>
          <w:color w:val="000000"/>
          <w:sz w:val="32"/>
        </w:rPr>
        <w:t xml:space="preserve">othing to do with my little </w:t>
      </w:r>
      <w:r>
        <w:rPr>
          <w:rFonts w:ascii="Times New Roman" w:hAnsi="Times New Roman"/>
          <w:b w:val="0"/>
          <w:i w:val="0"/>
          <w:color w:val="000000"/>
          <w:sz w:val="32"/>
        </w:rPr>
        <w:t>accident</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(Innocently)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 xml:space="preserve">Accident? </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(Suspiciously)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w:t>
      </w:r>
      <w:r>
        <w:rPr>
          <w:rFonts w:ascii="Times New Roman" w:hAnsi="Times New Roman"/>
          <w:b w:val="0"/>
          <w:i w:val="0"/>
          <w:color w:val="000000"/>
          <w:sz w:val="32"/>
        </w:rPr>
        <w:t>hought I saw Roland signing “two left feet.’’</w:t>
      </w:r>
    </w:p>
    <w:p>
      <w:pPr>
        <w:pStyle w:val="Dialogue"/>
        <w:keepLines/>
        <w:spacing w:before="40" w:after="120" w:line="259" w:lineRule="auto"/>
        <w:ind w:left="0" w:right="0" w:firstLine="0"/>
        <w:jc w:val="left"/>
      </w:pPr>
      <w:r>
        <w:rPr>
          <w:rFonts w:ascii="Times New Roman" w:hAnsi="Times New Roman"/>
          <w:b w:val="0"/>
          <w:i w:val="0"/>
          <w:color w:val="000000"/>
          <w:sz w:val="32"/>
        </w:rPr>
        <w:t>Wouldn’t</w:t>
      </w:r>
      <w:r>
        <w:rPr>
          <w:rFonts w:ascii="Times New Roman" w:hAnsi="Times New Roman"/>
          <w:b w:val="0"/>
          <w:i w:val="0"/>
          <w:color w:val="000000"/>
          <w:sz w:val="32"/>
        </w:rPr>
        <w:t xml:space="preserve"> take that kindly because</w:t>
      </w:r>
      <w:r>
        <w:rPr>
          <w:rFonts w:ascii="Times New Roman" w:hAnsi="Times New Roman"/>
          <w:b w:val="0"/>
          <w:i w:val="0"/>
          <w:color w:val="000000"/>
          <w:sz w:val="32"/>
        </w:rPr>
        <w:t>, you know,</w:t>
      </w:r>
      <w:r>
        <w:rPr>
          <w:rFonts w:ascii="Times New Roman" w:hAnsi="Times New Roman"/>
          <w:b w:val="0"/>
          <w:i w:val="0"/>
          <w:color w:val="000000"/>
          <w:sz w:val="32"/>
        </w:rPr>
        <w:t xml:space="preserve"> </w:t>
      </w:r>
      <w:r>
        <w:rPr>
          <w:rFonts w:ascii="Times New Roman" w:hAnsi="Times New Roman"/>
          <w:b w:val="0"/>
          <w:i/>
          <w:color w:val="000000"/>
          <w:sz w:val="32"/>
        </w:rPr>
        <w:t>I</w:t>
      </w:r>
      <w:r>
        <w:rPr>
          <w:rFonts w:ascii="Times New Roman" w:hAnsi="Times New Roman"/>
          <w:b w:val="0"/>
          <w:i/>
          <w:color w:val="000000"/>
          <w:sz w:val="32"/>
        </w:rPr>
        <w:t>’</w:t>
      </w:r>
      <w:r>
        <w:rPr>
          <w:rFonts w:ascii="Times New Roman" w:hAnsi="Times New Roman"/>
          <w:b w:val="0"/>
          <w:i/>
          <w:color w:val="000000"/>
          <w:sz w:val="32"/>
        </w:rPr>
        <w:t>m lefthanded!</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(Sits at easel, picks up brush)</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w:t>
      </w:r>
      <w:r>
        <w:rPr>
          <w:rFonts w:ascii="Times New Roman" w:hAnsi="Times New Roman"/>
          <w:b w:val="0"/>
          <w:i w:val="0"/>
          <w:color w:val="000000"/>
          <w:sz w:val="32"/>
        </w:rPr>
        <w:t>o am I.</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(Surprised)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Oh?</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(Hoisting brush with left hand)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How long have you watched me paint</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oh</w:t>
      </w:r>
      <w:r>
        <w:rPr>
          <w:rFonts w:ascii="Times New Roman" w:hAnsi="Times New Roman"/>
          <w:b w:val="0"/>
          <w:i w:val="0"/>
          <w:color w:val="000000"/>
          <w:sz w:val="32"/>
        </w:rPr>
        <w:t xml:space="preserve"> observant director?</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(Confidence shaken)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Well... </w:t>
      </w:r>
    </w:p>
    <w:p>
      <w:pPr>
        <w:pStyle w:val="StageDirection"/>
        <w:spacing w:before="60" w:after="100"/>
        <w:ind w:left="0" w:right="0" w:firstLine="0"/>
        <w:jc w:val="left"/>
      </w:pPr>
      <w:r>
        <w:rPr>
          <w:rFonts w:ascii="Times New Roman" w:hAnsi="Times New Roman"/>
          <w:b w:val="0"/>
          <w:i/>
          <w:color w:val="000000"/>
          <w:sz w:val="32"/>
        </w:rPr>
        <w:t>(Chaplin grimaces</w:t>
      </w:r>
      <w:r>
        <w:rPr>
          <w:rFonts w:ascii="Times New Roman" w:hAnsi="Times New Roman"/>
          <w:b w:val="0"/>
          <w:i/>
          <w:color w:val="000000"/>
          <w:sz w:val="32"/>
        </w:rPr>
        <w:t>;</w:t>
      </w:r>
      <w:r>
        <w:rPr>
          <w:rFonts w:ascii="Times New Roman" w:hAnsi="Times New Roman"/>
          <w:b w:val="0"/>
          <w:i/>
          <w:color w:val="000000"/>
          <w:sz w:val="32"/>
        </w:rPr>
        <w:t xml:space="preserve"> </w:t>
      </w:r>
      <w:r>
        <w:rPr>
          <w:rFonts w:ascii="Times New Roman" w:hAnsi="Times New Roman"/>
          <w:b w:val="0"/>
          <w:i/>
          <w:color w:val="000000"/>
          <w:sz w:val="32"/>
        </w:rPr>
        <w:t xml:space="preserve">embarrassed, </w:t>
      </w:r>
      <w:r>
        <w:rPr>
          <w:rFonts w:ascii="Times New Roman" w:hAnsi="Times New Roman"/>
          <w:b w:val="0"/>
          <w:i/>
          <w:color w:val="000000"/>
          <w:sz w:val="32"/>
        </w:rPr>
        <w:t>resumes preparing Redmond’s studio.)</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(Continuing letter)</w:t>
      </w:r>
      <w:r>
        <w:rPr>
          <w:rFonts w:ascii="Times New Roman" w:hAnsi="Times New Roman"/>
          <w:b w:val="0"/>
          <w:color w:val="000000"/>
          <w:sz w:val="32"/>
        </w:rPr>
        <w:t>:</w:t>
      </w:r>
      <w:r>
        <w:rPr>
          <w:rFonts w:ascii="Times New Roman" w:hAnsi="Times New Roman"/>
          <w:b w:val="0"/>
          <w:i w:val="0"/>
          <w:color w:val="000000"/>
          <w:sz w:val="32"/>
        </w:rPr>
        <w:t xml:space="preserve"> Despite a few rocky patches, Gottardo, all goes well. I’m an artist, actor, scene painter and —</w:t>
      </w:r>
      <w:r>
        <w:rPr>
          <w:rStyle w:val="CommentReference"/>
          <w:color w:val="000000"/>
          <w:sz w:val="32"/>
        </w:rPr>
      </w:r>
    </w:p>
    <w:p>
      <w:pPr>
        <w:pStyle w:val="StageDirection"/>
        <w:spacing w:before="60" w:after="100"/>
        <w:ind w:left="0" w:right="0" w:firstLine="0"/>
        <w:jc w:val="left"/>
      </w:pPr>
      <w:r>
        <w:rPr>
          <w:rFonts w:ascii="Times New Roman" w:hAnsi="Times New Roman"/>
          <w:b w:val="0"/>
          <w:i/>
          <w:color w:val="000000"/>
          <w:sz w:val="32"/>
        </w:rPr>
        <w:t xml:space="preserve">(Redmond suddenly thinks of something, jumps up, circles in front of Chaplin, </w:t>
      </w:r>
      <w:r>
        <w:rPr>
          <w:rFonts w:ascii="Times New Roman" w:hAnsi="Times New Roman"/>
          <w:b w:val="0"/>
          <w:i/>
          <w:color w:val="000000"/>
          <w:sz w:val="32"/>
        </w:rPr>
        <w:t>signing excitedly</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Charlie, Charlie, an idea for a film</w:t>
      </w:r>
      <w:r>
        <w:rPr>
          <w:rFonts w:ascii="Times New Roman" w:hAnsi="Times New Roman"/>
          <w:b w:val="0"/>
          <w:i w:val="0"/>
          <w:color w:val="000000"/>
          <w:sz w:val="32"/>
        </w:rPr>
        <w:t>’s come</w:t>
      </w:r>
      <w:r>
        <w:rPr>
          <w:rFonts w:ascii="Times New Roman" w:hAnsi="Times New Roman"/>
          <w:b w:val="0"/>
          <w:i w:val="0"/>
          <w:color w:val="000000"/>
          <w:sz w:val="32"/>
        </w:rPr>
        <w:t xml:space="preserve"> to me!</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(Groans)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Not another</w:t>
      </w:r>
      <w:r>
        <w:rPr>
          <w:rFonts w:ascii="Times New Roman" w:hAnsi="Times New Roman"/>
          <w:b w:val="0"/>
          <w:i w:val="0"/>
          <w:color w:val="000000"/>
          <w:sz w:val="32"/>
        </w:rPr>
        <w:t xml:space="preserve"> — </w:t>
      </w:r>
      <w:r>
        <w:rPr>
          <w:rFonts w:ascii="Times New Roman" w:hAnsi="Times New Roman"/>
          <w:b w:val="0"/>
          <w:i w:val="0"/>
          <w:color w:val="000000"/>
          <w:sz w:val="32"/>
        </w:rPr>
        <w:t xml:space="preserve">the </w:t>
      </w:r>
      <w:r>
        <w:rPr>
          <w:rFonts w:ascii="Times New Roman" w:hAnsi="Times New Roman"/>
          <w:b w:val="0"/>
          <w:i w:val="0"/>
          <w:color w:val="000000"/>
          <w:sz w:val="32"/>
        </w:rPr>
        <w:t xml:space="preserve">third </w:t>
      </w:r>
      <w:r>
        <w:rPr>
          <w:rFonts w:ascii="Times New Roman" w:hAnsi="Times New Roman"/>
          <w:b w:val="0"/>
          <w:i w:val="0"/>
          <w:color w:val="000000"/>
          <w:sz w:val="32"/>
        </w:rPr>
        <w:t>this month</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Granville, </w:t>
      </w:r>
      <w:r>
        <w:rPr>
          <w:rFonts w:ascii="Times New Roman" w:hAnsi="Times New Roman"/>
          <w:b w:val="0"/>
          <w:i w:val="0"/>
          <w:color w:val="000000"/>
          <w:sz w:val="32"/>
        </w:rPr>
        <w:t>I don’t tell you what to paint.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(Signing excitedly)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w:t>
      </w:r>
      <w:r>
        <w:rPr>
          <w:rFonts w:ascii="Times New Roman" w:hAnsi="Times New Roman"/>
          <w:b w:val="0"/>
          <w:i w:val="0"/>
          <w:color w:val="000000"/>
          <w:sz w:val="32"/>
        </w:rPr>
        <w:t>tory about spies</w:t>
      </w:r>
      <w:r>
        <w:rPr>
          <w:rFonts w:ascii="Times New Roman" w:hAnsi="Times New Roman"/>
          <w:b w:val="0"/>
          <w:i w:val="0"/>
          <w:color w:val="000000"/>
          <w:sz w:val="32"/>
        </w:rPr>
        <w:t xml:space="preserve"> — hero a deaf mute! Don’t know where these ideas come from —</w:t>
      </w:r>
    </w:p>
    <w:p>
      <w:pPr>
        <w:pStyle w:val="StageDirection"/>
        <w:spacing w:before="60" w:after="100"/>
        <w:ind w:left="0" w:right="0" w:firstLine="0"/>
        <w:jc w:val="left"/>
      </w:pPr>
      <w:r>
        <w:rPr>
          <w:rFonts w:ascii="Times New Roman" w:hAnsi="Times New Roman"/>
          <w:b w:val="0"/>
          <w:i/>
          <w:color w:val="000000"/>
          <w:sz w:val="32"/>
        </w:rPr>
        <w:t>(Chaplin</w:t>
      </w:r>
      <w:r>
        <w:rPr>
          <w:rFonts w:ascii="Times New Roman" w:hAnsi="Times New Roman"/>
          <w:b w:val="0"/>
          <w:i/>
          <w:color w:val="000000"/>
          <w:sz w:val="32"/>
        </w:rPr>
        <w:t xml:space="preserve"> puts his hands over his ears to not ‘hear’ Redmond, but </w:t>
      </w:r>
      <w:r>
        <w:rPr>
          <w:rFonts w:ascii="Times New Roman" w:hAnsi="Times New Roman"/>
          <w:b w:val="0"/>
          <w:i/>
          <w:color w:val="000000"/>
          <w:sz w:val="32"/>
        </w:rPr>
        <w:t>looking still ‘hears’ him, pulls his hands away, looks at them, then Redmond.)</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(Posing)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gallant, self-assured</w:t>
      </w:r>
      <w:r>
        <w:rPr>
          <w:rFonts w:ascii="Times New Roman" w:hAnsi="Times New Roman"/>
          <w:b w:val="0"/>
          <w:i w:val="0"/>
          <w:color w:val="000000"/>
          <w:sz w:val="32"/>
        </w:rPr>
        <w:t>. T</w:t>
      </w:r>
      <w:r>
        <w:rPr>
          <w:rFonts w:ascii="Times New Roman" w:hAnsi="Times New Roman"/>
          <w:b w:val="0"/>
          <w:i w:val="0"/>
          <w:color w:val="000000"/>
          <w:sz w:val="32"/>
        </w:rPr>
        <w:t>his is the thing: r</w:t>
      </w:r>
      <w:r>
        <w:rPr>
          <w:rFonts w:ascii="Times New Roman" w:hAnsi="Times New Roman"/>
          <w:b w:val="0"/>
          <w:i w:val="0"/>
          <w:color w:val="000000"/>
          <w:sz w:val="32"/>
        </w:rPr>
        <w:t>e</w:t>
      </w:r>
      <w:r>
        <w:rPr>
          <w:rFonts w:ascii="Times New Roman" w:hAnsi="Times New Roman"/>
          <w:b w:val="0"/>
          <w:i w:val="0"/>
          <w:color w:val="000000"/>
          <w:sz w:val="32"/>
        </w:rPr>
        <w:t>ads</w:t>
      </w:r>
      <w:r>
        <w:rPr>
          <w:rFonts w:ascii="Times New Roman" w:hAnsi="Times New Roman"/>
          <w:b w:val="0"/>
          <w:i w:val="0"/>
          <w:color w:val="000000"/>
          <w:sz w:val="32"/>
        </w:rPr>
        <w:t xml:space="preserve"> lips </w:t>
      </w:r>
      <w:r>
        <w:rPr>
          <w:rFonts w:ascii="Times New Roman" w:hAnsi="Times New Roman"/>
          <w:b w:val="0"/>
          <w:i w:val="0"/>
          <w:color w:val="000000"/>
          <w:sz w:val="32"/>
        </w:rPr>
        <w:t xml:space="preserve">of enemy agents </w:t>
      </w:r>
      <w:r>
        <w:rPr>
          <w:rFonts w:ascii="Times New Roman" w:hAnsi="Times New Roman"/>
          <w:b w:val="0"/>
          <w:i w:val="0"/>
          <w:color w:val="000000"/>
          <w:sz w:val="32"/>
        </w:rPr>
        <w:t>a mile away!</w:t>
      </w:r>
    </w:p>
    <w:p>
      <w:pPr>
        <w:pStyle w:val="StageDirection"/>
        <w:spacing w:before="60" w:after="100"/>
        <w:ind w:left="0" w:right="0" w:firstLine="0"/>
        <w:jc w:val="left"/>
      </w:pPr>
      <w:r>
        <w:rPr>
          <w:rFonts w:ascii="Times New Roman" w:hAnsi="Times New Roman"/>
          <w:b w:val="0"/>
          <w:i/>
          <w:color w:val="000000"/>
          <w:sz w:val="32"/>
        </w:rPr>
        <w:t xml:space="preserve">(Chaplin figures it out, hits himself on the head, then clasps his hands over his eyes. </w:t>
      </w:r>
      <w:r>
        <w:rPr>
          <w:rFonts w:ascii="Times New Roman" w:hAnsi="Times New Roman"/>
          <w:b w:val="0"/>
          <w:i/>
          <w:color w:val="000000"/>
          <w:sz w:val="32"/>
        </w:rPr>
        <w:t>Redmond pauses, then w</w:t>
      </w:r>
      <w:r>
        <w:rPr>
          <w:rFonts w:ascii="Times New Roman" w:hAnsi="Times New Roman"/>
          <w:b w:val="0"/>
          <w:i/>
          <w:color w:val="000000"/>
          <w:sz w:val="32"/>
        </w:rPr>
        <w:t xml:space="preserve">hen </w:t>
      </w:r>
      <w:r>
        <w:rPr>
          <w:rFonts w:ascii="Times New Roman" w:hAnsi="Times New Roman"/>
          <w:b w:val="0"/>
          <w:i/>
          <w:color w:val="000000"/>
          <w:sz w:val="32"/>
        </w:rPr>
        <w:t>Chaplin</w:t>
      </w:r>
      <w:r>
        <w:rPr>
          <w:rFonts w:ascii="Times New Roman" w:hAnsi="Times New Roman"/>
          <w:b w:val="0"/>
          <w:i/>
          <w:color w:val="000000"/>
          <w:sz w:val="32"/>
        </w:rPr>
        <w:t xml:space="preserve"> removes his hands</w:t>
      </w:r>
      <w:r>
        <w:rPr>
          <w:rFonts w:ascii="Times New Roman" w:hAnsi="Times New Roman"/>
          <w:b w:val="0"/>
          <w:i/>
          <w:color w:val="000000"/>
          <w:sz w:val="32"/>
        </w:rPr>
        <w:t>, smiling broadly,</w:t>
      </w:r>
      <w:r>
        <w:rPr>
          <w:rFonts w:ascii="Times New Roman" w:hAnsi="Times New Roman"/>
          <w:b w:val="0"/>
          <w:i/>
          <w:color w:val="000000"/>
          <w:sz w:val="32"/>
        </w:rPr>
        <w:t xml:space="preserve"> </w:t>
      </w:r>
      <w:r>
        <w:rPr>
          <w:rFonts w:ascii="Times New Roman" w:hAnsi="Times New Roman"/>
          <w:b w:val="0"/>
          <w:i/>
          <w:color w:val="000000"/>
          <w:sz w:val="32"/>
        </w:rPr>
        <w:t xml:space="preserve">says </w:t>
      </w:r>
      <w:r>
        <w:rPr>
          <w:rFonts w:ascii="Times New Roman" w:hAnsi="Times New Roman"/>
          <w:b w:val="0"/>
          <w:i/>
          <w:color w:val="000000"/>
          <w:sz w:val="32"/>
        </w:rPr>
        <w:t>—</w:t>
      </w:r>
      <w:r>
        <w:rPr>
          <w:rFonts w:ascii="Times New Roman" w:hAnsi="Times New Roman"/>
          <w:b w:val="0"/>
          <w:i/>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Well</w:t>
      </w:r>
      <w:r>
        <w:rPr>
          <w:rFonts w:ascii="Times New Roman" w:hAnsi="Times New Roman"/>
          <w:b w:val="0"/>
          <w:i w:val="0"/>
          <w:color w:val="000000"/>
          <w:sz w:val="32"/>
        </w:rPr>
        <w:t>, Charlie — w</w:t>
      </w:r>
      <w:r>
        <w:rPr>
          <w:rFonts w:ascii="Times New Roman" w:hAnsi="Times New Roman"/>
          <w:b w:val="0"/>
          <w:i w:val="0"/>
          <w:color w:val="000000"/>
          <w:sz w:val="32"/>
        </w:rPr>
        <w:t>hat do you think?</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What do I what?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Think!</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w:t>
      </w:r>
      <w:r>
        <w:rPr>
          <w:rFonts w:ascii="Times New Roman" w:hAnsi="Times New Roman"/>
          <w:b w:val="0"/>
          <w:i w:val="0"/>
          <w:color w:val="000000"/>
          <w:sz w:val="32"/>
        </w:rPr>
        <w:t xml:space="preserve">ave to </w:t>
      </w:r>
      <w:r>
        <w:rPr>
          <w:rFonts w:ascii="Times New Roman" w:hAnsi="Times New Roman"/>
          <w:b w:val="0"/>
          <w:i/>
          <w:color w:val="000000"/>
          <w:sz w:val="32"/>
        </w:rPr>
        <w:t>think</w:t>
      </w:r>
      <w:r>
        <w:rPr>
          <w:rFonts w:ascii="Times New Roman" w:hAnsi="Times New Roman"/>
          <w:b w:val="0"/>
          <w:i w:val="0"/>
          <w:color w:val="000000"/>
          <w:sz w:val="32"/>
        </w:rPr>
        <w:t xml:space="preserve"> about it</w:t>
      </w:r>
      <w:r>
        <w:rPr>
          <w:rFonts w:ascii="Times New Roman" w:hAnsi="Times New Roman"/>
          <w:b w:val="0"/>
          <w:i w:val="0"/>
          <w:color w:val="000000"/>
          <w:sz w:val="32"/>
        </w:rPr>
        <w:t xml:space="preserve"> </w:t>
      </w:r>
      <w:r>
        <w:rPr>
          <w:rFonts w:ascii="Times New Roman" w:hAnsi="Times New Roman"/>
          <w:b w:val="0"/>
          <w:i w:val="0"/>
          <w:color w:val="000000"/>
          <w:sz w:val="32"/>
        </w:rPr>
        <w:t>... Who</w:t>
      </w:r>
      <w:r>
        <w:rPr>
          <w:rFonts w:ascii="Times New Roman" w:hAnsi="Times New Roman"/>
          <w:b w:val="0"/>
          <w:i w:val="0"/>
          <w:color w:val="000000"/>
          <w:sz w:val="32"/>
        </w:rPr>
        <w:t>’</w:t>
      </w:r>
      <w:r>
        <w:rPr>
          <w:rFonts w:ascii="Times New Roman" w:hAnsi="Times New Roman"/>
          <w:b w:val="0"/>
          <w:i w:val="0"/>
          <w:color w:val="000000"/>
          <w:sz w:val="32"/>
        </w:rPr>
        <w:t>d you have in mind for the lead?</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Somebody handsome, </w:t>
      </w:r>
      <w:r>
        <w:rPr>
          <w:rFonts w:ascii="Times New Roman" w:hAnsi="Times New Roman"/>
          <w:b w:val="0"/>
          <w:i w:val="0"/>
          <w:color w:val="000000"/>
          <w:sz w:val="32"/>
        </w:rPr>
        <w:t>maybe</w:t>
      </w:r>
      <w:r>
        <w:rPr>
          <w:rFonts w:ascii="Times New Roman" w:hAnsi="Times New Roman"/>
          <w:b w:val="0"/>
          <w:i w:val="0"/>
          <w:color w:val="000000"/>
          <w:sz w:val="32"/>
        </w:rPr>
        <w:t xml:space="preserve"> a mustache... </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(Musing)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w:t>
      </w:r>
      <w:r>
        <w:rPr>
          <w:rFonts w:ascii="Times New Roman" w:hAnsi="Times New Roman"/>
          <w:b w:val="0"/>
          <w:i w:val="0"/>
          <w:color w:val="000000"/>
          <w:sz w:val="32"/>
        </w:rPr>
        <w:t xml:space="preserve">andsome... </w:t>
      </w:r>
      <w:r>
        <w:rPr>
          <w:rFonts w:ascii="Times New Roman" w:hAnsi="Times New Roman"/>
          <w:b w:val="0"/>
          <w:i/>
          <w:color w:val="000000"/>
          <w:sz w:val="32"/>
        </w:rPr>
        <w:t>(Pulls a fresh mustache from his pocket, sticks it on.)</w:t>
      </w:r>
      <w:r>
        <w:rPr>
          <w:rFonts w:ascii="Times New Roman" w:hAnsi="Times New Roman"/>
          <w:b w:val="0"/>
          <w:i w:val="0"/>
          <w:color w:val="000000"/>
          <w:sz w:val="32"/>
        </w:rPr>
        <w:t xml:space="preserve"> </w:t>
      </w:r>
      <w:r>
        <w:rPr>
          <w:rFonts w:ascii="Times New Roman" w:hAnsi="Times New Roman"/>
          <w:b w:val="0"/>
          <w:i w:val="0"/>
          <w:color w:val="000000"/>
          <w:sz w:val="32"/>
        </w:rPr>
        <w:t>... ma</w:t>
      </w:r>
      <w:r>
        <w:rPr>
          <w:rFonts w:ascii="Times New Roman" w:hAnsi="Times New Roman"/>
          <w:b w:val="0"/>
          <w:i w:val="0"/>
          <w:color w:val="000000"/>
          <w:sz w:val="32"/>
        </w:rPr>
        <w:t>ybe</w:t>
      </w:r>
      <w:r>
        <w:rPr>
          <w:rFonts w:ascii="Times New Roman" w:hAnsi="Times New Roman"/>
          <w:b w:val="0"/>
          <w:i w:val="0"/>
          <w:color w:val="000000"/>
          <w:sz w:val="32"/>
        </w:rPr>
        <w:t xml:space="preserve"> a mustache...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Barrymore, Powell.</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Barrymore?! Powell?!</w:t>
      </w:r>
    </w:p>
    <w:p>
      <w:pPr>
        <w:pStyle w:val="StageDirection"/>
        <w:spacing w:before="60" w:after="100"/>
        <w:ind w:left="0" w:right="0" w:firstLine="0"/>
        <w:jc w:val="left"/>
      </w:pPr>
      <w:r>
        <w:rPr>
          <w:rFonts w:ascii="Times New Roman" w:hAnsi="Times New Roman"/>
          <w:b w:val="0"/>
          <w:i/>
          <w:color w:val="000000"/>
          <w:sz w:val="32"/>
        </w:rPr>
        <w:t xml:space="preserve">(Rips mustache off — has some pain </w:t>
      </w:r>
      <w:r>
        <w:rPr>
          <w:rFonts w:ascii="Times New Roman" w:hAnsi="Times New Roman"/>
          <w:b w:val="0"/>
          <w:i/>
          <w:color w:val="000000"/>
          <w:sz w:val="32"/>
        </w:rPr>
        <w:t>from the</w:t>
      </w:r>
      <w:r>
        <w:rPr>
          <w:rFonts w:ascii="Times New Roman" w:hAnsi="Times New Roman"/>
          <w:b w:val="0"/>
          <w:i/>
          <w:color w:val="000000"/>
          <w:sz w:val="32"/>
        </w:rPr>
        <w:t xml:space="preserve"> action — puts it in his pocket.)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(Wide grin)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Chaplin!</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(Grimly, still tending upper lip)</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Better...</w:t>
      </w:r>
      <w:r>
        <w:rPr>
          <w:rFonts w:ascii="Times New Roman" w:hAnsi="Times New Roman"/>
          <w:b w:val="0"/>
          <w:i/>
          <w:color w:val="000000"/>
          <w:sz w:val="32"/>
        </w:rPr>
        <w:t xml:space="preserve"> </w:t>
      </w:r>
      <w:r>
        <w:rPr>
          <w:rFonts w:ascii="Times New Roman" w:hAnsi="Times New Roman"/>
          <w:b w:val="0"/>
          <w:i/>
          <w:color w:val="000000"/>
          <w:sz w:val="32"/>
        </w:rPr>
        <w:t>(R</w:t>
      </w:r>
      <w:r>
        <w:rPr>
          <w:rFonts w:ascii="Times New Roman" w:hAnsi="Times New Roman"/>
          <w:b w:val="0"/>
          <w:i/>
          <w:color w:val="000000"/>
          <w:sz w:val="32"/>
        </w:rPr>
        <w:t>econsiders.)</w:t>
      </w:r>
      <w:r>
        <w:rPr>
          <w:rFonts w:ascii="Times New Roman" w:hAnsi="Times New Roman"/>
          <w:b w:val="0"/>
          <w:i/>
          <w:color w:val="000000"/>
          <w:sz w:val="32"/>
        </w:rPr>
        <w:t xml:space="preserve"> </w:t>
      </w:r>
      <w:r>
        <w:rPr>
          <w:rFonts w:ascii="Times New Roman" w:hAnsi="Times New Roman"/>
          <w:b w:val="0"/>
          <w:i w:val="0"/>
          <w:color w:val="000000"/>
          <w:sz w:val="32"/>
        </w:rPr>
        <w:t>Maybe.</w:t>
      </w:r>
    </w:p>
    <w:p>
      <w:pPr>
        <w:pStyle w:val="StageDirection"/>
        <w:spacing w:before="60" w:after="100"/>
        <w:ind w:left="0" w:right="0" w:firstLine="0"/>
        <w:jc w:val="left"/>
      </w:pPr>
      <w:r>
        <w:rPr>
          <w:rFonts w:ascii="Times New Roman" w:hAnsi="Times New Roman"/>
          <w:b w:val="0"/>
          <w:i/>
          <w:color w:val="000000"/>
          <w:sz w:val="32"/>
        </w:rPr>
        <w:t>(Looking front so Redmond can’t see him, Chaplin rolls his eyes.)</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(Not signing, jamming his hands into his pockets)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Maybe not.</w:t>
      </w:r>
    </w:p>
    <w:p>
      <w:pPr>
        <w:pStyle w:val="StageDirection"/>
        <w:spacing w:before="60" w:after="100"/>
        <w:ind w:left="0" w:right="0" w:firstLine="0"/>
        <w:jc w:val="left"/>
      </w:pPr>
      <w:r>
        <w:rPr>
          <w:rFonts w:ascii="Times New Roman" w:hAnsi="Times New Roman"/>
          <w:b w:val="0"/>
          <w:i/>
          <w:color w:val="000000"/>
          <w:sz w:val="32"/>
        </w:rPr>
        <w:t>(Turns back to Redmond.)</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(Cheerily)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I’ll put together a treatment</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(Forcing a smile)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Wonderful. </w:t>
      </w:r>
      <w:r>
        <w:rPr>
          <w:rFonts w:ascii="Times New Roman" w:hAnsi="Times New Roman"/>
          <w:b w:val="0"/>
          <w:i/>
          <w:color w:val="000000"/>
          <w:sz w:val="32"/>
        </w:rPr>
        <w:t>(Turns away again</w:t>
      </w:r>
      <w:r>
        <w:rPr>
          <w:rFonts w:ascii="Times New Roman" w:hAnsi="Times New Roman"/>
          <w:b w:val="0"/>
          <w:i/>
          <w:color w:val="000000"/>
          <w:sz w:val="32"/>
        </w:rPr>
        <w:t>.)</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C</w:t>
      </w:r>
      <w:r>
        <w:rPr>
          <w:rFonts w:ascii="Times New Roman" w:hAnsi="Times New Roman"/>
          <w:b w:val="0"/>
          <w:i/>
          <w:color w:val="000000"/>
          <w:sz w:val="32"/>
        </w:rPr>
        <w:t>ontent, Redmond sits down before easel and paints.)</w:t>
      </w:r>
      <w:r>
        <w:rPr>
          <w:rFonts w:ascii="Times New Roman" w:hAnsi="Times New Roman"/>
          <w:b w:val="0"/>
          <w:i/>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(Coming front)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Dear Gottardo, amazing how much Granville talks since I</w:t>
      </w:r>
      <w:r>
        <w:rPr>
          <w:rFonts w:ascii="Times New Roman" w:hAnsi="Times New Roman"/>
          <w:b w:val="0"/>
          <w:i w:val="0"/>
          <w:color w:val="000000"/>
          <w:sz w:val="32"/>
        </w:rPr>
        <w:t>’ve</w:t>
      </w:r>
      <w:r>
        <w:rPr>
          <w:rFonts w:ascii="Times New Roman" w:hAnsi="Times New Roman"/>
          <w:b w:val="0"/>
          <w:i w:val="0"/>
          <w:color w:val="000000"/>
          <w:sz w:val="32"/>
        </w:rPr>
        <w:t xml:space="preserve"> learned to listen. </w:t>
      </w:r>
      <w:r>
        <w:rPr>
          <w:rFonts w:ascii="Times New Roman" w:hAnsi="Times New Roman"/>
          <w:b w:val="0"/>
          <w:i w:val="0"/>
          <w:color w:val="000000"/>
          <w:sz w:val="32"/>
        </w:rPr>
        <w:t>S</w:t>
      </w:r>
      <w:r>
        <w:rPr>
          <w:rFonts w:ascii="Times New Roman" w:hAnsi="Times New Roman"/>
          <w:b w:val="0"/>
          <w:i w:val="0"/>
          <w:color w:val="000000"/>
          <w:sz w:val="32"/>
        </w:rPr>
        <w:t xml:space="preserve">uggestions for everything, including how </w:t>
      </w:r>
      <w:r>
        <w:rPr>
          <w:rFonts w:ascii="Times New Roman" w:hAnsi="Times New Roman"/>
          <w:b w:val="0"/>
          <w:i w:val="0"/>
          <w:color w:val="000000"/>
          <w:sz w:val="32"/>
        </w:rPr>
        <w:t xml:space="preserve">to </w:t>
      </w:r>
      <w:r>
        <w:rPr>
          <w:rFonts w:ascii="Times New Roman" w:hAnsi="Times New Roman"/>
          <w:b w:val="0"/>
          <w:i w:val="0"/>
          <w:color w:val="000000"/>
          <w:sz w:val="32"/>
        </w:rPr>
        <w:t xml:space="preserve">make films!... </w:t>
      </w:r>
      <w:r>
        <w:rPr>
          <w:rFonts w:ascii="Times New Roman" w:hAnsi="Times New Roman"/>
          <w:b w:val="0"/>
          <w:i/>
          <w:color w:val="000000"/>
          <w:sz w:val="32"/>
        </w:rPr>
        <w:t>even</w:t>
      </w:r>
      <w:r>
        <w:rPr>
          <w:rFonts w:ascii="Times New Roman" w:hAnsi="Times New Roman"/>
          <w:b w:val="0"/>
          <w:i w:val="0"/>
          <w:color w:val="000000"/>
          <w:sz w:val="32"/>
        </w:rPr>
        <w:t xml:space="preserve"> </w:t>
      </w:r>
      <w:r>
        <w:rPr>
          <w:rFonts w:ascii="Times New Roman" w:hAnsi="Times New Roman"/>
          <w:b w:val="0"/>
          <w:i/>
          <w:color w:val="000000"/>
          <w:sz w:val="32"/>
        </w:rPr>
        <w:t xml:space="preserve">suggests </w:t>
      </w:r>
      <w:r>
        <w:rPr>
          <w:rFonts w:ascii="Times New Roman" w:hAnsi="Times New Roman"/>
          <w:b w:val="0"/>
          <w:i/>
          <w:color w:val="000000"/>
          <w:sz w:val="32"/>
        </w:rPr>
        <w:t xml:space="preserve">camera </w:t>
      </w:r>
      <w:r>
        <w:rPr>
          <w:rFonts w:ascii="Times New Roman" w:hAnsi="Times New Roman"/>
          <w:b w:val="0"/>
          <w:i/>
          <w:color w:val="000000"/>
          <w:sz w:val="32"/>
        </w:rPr>
        <w:t>angle</w:t>
      </w:r>
      <w:r>
        <w:rPr>
          <w:rFonts w:ascii="Times New Roman" w:hAnsi="Times New Roman"/>
          <w:b w:val="0"/>
          <w:i/>
          <w:color w:val="000000"/>
          <w:sz w:val="32"/>
        </w:rPr>
        <w:t>s</w:t>
      </w:r>
      <w:r>
        <w:rPr>
          <w:rFonts w:ascii="Times New Roman" w:hAnsi="Times New Roman"/>
          <w:b w:val="0"/>
          <w:i/>
          <w:color w:val="000000"/>
          <w:sz w:val="32"/>
        </w:rPr>
        <w:t xml:space="preserve"> to Roland</w:t>
      </w:r>
      <w:r>
        <w:rPr>
          <w:rFonts w:ascii="Times New Roman" w:hAnsi="Times New Roman"/>
          <w:b w:val="0"/>
          <w:i/>
          <w:color w:val="000000"/>
          <w:sz w:val="32"/>
        </w:rPr>
        <w:t>!</w:t>
      </w:r>
    </w:p>
    <w:p>
      <w:pPr>
        <w:pStyle w:val="StageDirection"/>
        <w:spacing w:before="60" w:after="100"/>
        <w:ind w:left="0" w:right="0" w:firstLine="0"/>
        <w:jc w:val="left"/>
      </w:pPr>
      <w:r>
        <w:rPr>
          <w:rFonts w:ascii="Times New Roman" w:hAnsi="Times New Roman"/>
          <w:b w:val="0"/>
          <w:i/>
          <w:color w:val="000000"/>
          <w:sz w:val="32"/>
        </w:rPr>
        <w:t xml:space="preserve">(Chaplin returns to watch Redmond </w:t>
      </w:r>
      <w:r>
        <w:rPr>
          <w:rFonts w:ascii="Times New Roman" w:hAnsi="Times New Roman"/>
          <w:b w:val="0"/>
          <w:i/>
          <w:color w:val="000000"/>
          <w:sz w:val="32"/>
        </w:rPr>
        <w:t>paint. Redmond</w:t>
      </w:r>
      <w:r>
        <w:rPr>
          <w:rFonts w:ascii="Times New Roman" w:hAnsi="Times New Roman"/>
          <w:b w:val="0"/>
          <w:i/>
          <w:color w:val="000000"/>
          <w:sz w:val="32"/>
        </w:rPr>
        <w:t xml:space="preserve"> leans back, studies </w:t>
      </w:r>
      <w:r>
        <w:rPr>
          <w:rFonts w:ascii="Times New Roman" w:hAnsi="Times New Roman"/>
          <w:b w:val="0"/>
          <w:i/>
          <w:color w:val="000000"/>
          <w:sz w:val="32"/>
        </w:rPr>
        <w:t>painting, scratches</w:t>
      </w:r>
      <w:r>
        <w:rPr>
          <w:rFonts w:ascii="Times New Roman" w:hAnsi="Times New Roman"/>
          <w:b w:val="0"/>
          <w:i/>
          <w:color w:val="000000"/>
          <w:sz w:val="32"/>
        </w:rPr>
        <w:t xml:space="preserve"> his head. Chaplin mimics </w:t>
      </w:r>
      <w:r>
        <w:rPr>
          <w:rFonts w:ascii="Times New Roman" w:hAnsi="Times New Roman"/>
          <w:b w:val="0"/>
          <w:i/>
          <w:color w:val="000000"/>
          <w:sz w:val="32"/>
        </w:rPr>
        <w:t>this unconsciously</w:t>
      </w:r>
      <w:r>
        <w:rPr>
          <w:rFonts w:ascii="Times New Roman" w:hAnsi="Times New Roman"/>
          <w:b w:val="0"/>
          <w:i/>
          <w:color w:val="000000"/>
          <w:sz w:val="32"/>
        </w:rPr>
        <w:t>, scratching his own head.)</w:t>
      </w:r>
    </w:p>
    <w:p>
      <w:pPr>
        <w:pStyle w:val="Dialogue"/>
        <w:keepLines/>
        <w:spacing w:before="40" w:after="120" w:line="259" w:lineRule="auto"/>
        <w:ind w:left="0" w:right="0" w:firstLine="0"/>
        <w:jc w:val="left"/>
      </w:pPr>
      <w:r>
        <w:rPr>
          <w:rFonts w:ascii="Times New Roman" w:hAnsi="Times New Roman"/>
          <w:b w:val="0"/>
          <w:i w:val="0"/>
          <w:color w:val="000000"/>
          <w:sz w:val="32"/>
        </w:rPr>
        <w:t>Still,</w:t>
      </w:r>
      <w:r>
        <w:rPr>
          <w:rFonts w:ascii="Times New Roman" w:hAnsi="Times New Roman"/>
          <w:b w:val="0"/>
          <w:i w:val="0"/>
          <w:color w:val="000000"/>
          <w:sz w:val="32"/>
        </w:rPr>
        <w:t xml:space="preserve"> </w:t>
      </w:r>
      <w:r>
        <w:rPr>
          <w:rFonts w:ascii="Times New Roman" w:hAnsi="Times New Roman"/>
          <w:b w:val="0"/>
          <w:i w:val="0"/>
          <w:color w:val="000000"/>
          <w:sz w:val="32"/>
        </w:rPr>
        <w:t xml:space="preserve">he’s settled in nicely. </w:t>
      </w:r>
    </w:p>
    <w:p>
      <w:pPr>
        <w:pStyle w:val="Dialogue"/>
        <w:keepLines/>
        <w:spacing w:before="40" w:after="120" w:line="259" w:lineRule="auto"/>
        <w:ind w:left="0" w:right="0" w:firstLine="0"/>
        <w:jc w:val="left"/>
      </w:pPr>
      <w:r>
        <w:rPr>
          <w:rFonts w:ascii="Times New Roman" w:hAnsi="Times New Roman"/>
          <w:b w:val="0"/>
          <w:i w:val="0"/>
          <w:color w:val="000000"/>
          <w:sz w:val="32"/>
        </w:rPr>
        <w:t>Your friend, Charlie.</w:t>
      </w:r>
    </w:p>
    <w:p>
      <w:pPr>
        <w:pStyle w:val="StageDirection"/>
        <w:spacing w:before="60" w:after="100"/>
        <w:ind w:left="0" w:right="0" w:firstLine="0"/>
        <w:jc w:val="left"/>
      </w:pPr>
      <w:r>
        <w:rPr>
          <w:rFonts w:ascii="Times New Roman" w:hAnsi="Times New Roman"/>
          <w:b w:val="0"/>
          <w:i/>
          <w:color w:val="000000"/>
          <w:sz w:val="32"/>
        </w:rPr>
        <w:t xml:space="preserve">(Redmond senses Chaplin is </w:t>
      </w:r>
      <w:r>
        <w:rPr>
          <w:rFonts w:ascii="Times New Roman" w:hAnsi="Times New Roman"/>
          <w:b w:val="0"/>
          <w:i/>
          <w:color w:val="000000"/>
          <w:sz w:val="32"/>
        </w:rPr>
        <w:t>mimicking him</w:t>
      </w:r>
      <w:r>
        <w:rPr>
          <w:rFonts w:ascii="Times New Roman" w:hAnsi="Times New Roman"/>
          <w:b w:val="0"/>
          <w:i/>
          <w:color w:val="000000"/>
          <w:sz w:val="32"/>
        </w:rPr>
        <w:t>. He scratches his side — Chaplin mimics</w:t>
      </w:r>
      <w:r>
        <w:rPr>
          <w:rFonts w:ascii="Times New Roman" w:hAnsi="Times New Roman"/>
          <w:b w:val="0"/>
          <w:i/>
          <w:color w:val="000000"/>
          <w:sz w:val="32"/>
        </w:rPr>
        <w:t xml:space="preserve"> </w:t>
      </w:r>
      <w:r>
        <w:rPr>
          <w:rFonts w:ascii="Times New Roman" w:hAnsi="Times New Roman"/>
          <w:b w:val="0"/>
          <w:i/>
          <w:color w:val="000000"/>
          <w:sz w:val="32"/>
        </w:rPr>
        <w:t>this.)</w:t>
      </w:r>
    </w:p>
    <w:p>
      <w:pPr>
        <w:pStyle w:val="StageDirection"/>
        <w:spacing w:before="60" w:after="100"/>
        <w:ind w:left="0" w:right="0" w:firstLine="0"/>
        <w:jc w:val="left"/>
      </w:pPr>
      <w:r>
        <w:rPr>
          <w:rFonts w:ascii="Times New Roman" w:hAnsi="Times New Roman"/>
          <w:b w:val="0"/>
          <w:i/>
          <w:color w:val="000000"/>
          <w:sz w:val="32"/>
        </w:rPr>
        <w:t xml:space="preserve">(Redmond </w:t>
      </w:r>
      <w:r>
        <w:rPr>
          <w:rFonts w:ascii="Times New Roman" w:hAnsi="Times New Roman"/>
          <w:b w:val="0"/>
          <w:i/>
          <w:color w:val="000000"/>
          <w:sz w:val="32"/>
        </w:rPr>
        <w:t>turns</w:t>
      </w:r>
      <w:r>
        <w:rPr>
          <w:rFonts w:ascii="Times New Roman" w:hAnsi="Times New Roman"/>
          <w:b w:val="0"/>
          <w:i/>
          <w:color w:val="000000"/>
          <w:sz w:val="32"/>
        </w:rPr>
        <w:t xml:space="preserve"> suddenly. </w:t>
      </w:r>
      <w:r>
        <w:rPr>
          <w:rFonts w:ascii="Times New Roman" w:hAnsi="Times New Roman"/>
          <w:b w:val="0"/>
          <w:i/>
          <w:color w:val="000000"/>
          <w:sz w:val="32"/>
        </w:rPr>
        <w:t>Chaplin pretends</w:t>
      </w:r>
      <w:r>
        <w:rPr>
          <w:rFonts w:ascii="Times New Roman" w:hAnsi="Times New Roman"/>
          <w:b w:val="0"/>
          <w:i/>
          <w:color w:val="000000"/>
          <w:sz w:val="32"/>
        </w:rPr>
        <w:t xml:space="preserve"> indifference, looks away</w:t>
      </w:r>
      <w:r>
        <w:rPr>
          <w:rFonts w:ascii="Times New Roman" w:hAnsi="Times New Roman"/>
          <w:b w:val="0"/>
          <w:i/>
          <w:color w:val="000000"/>
          <w:sz w:val="32"/>
        </w:rPr>
        <w:t>, pretends to whistle</w:t>
      </w:r>
      <w:r>
        <w:rPr>
          <w:rFonts w:ascii="Times New Roman" w:hAnsi="Times New Roman"/>
          <w:b w:val="0"/>
          <w:i/>
          <w:color w:val="000000"/>
          <w:sz w:val="32"/>
        </w:rPr>
        <w:t>.)</w:t>
      </w:r>
    </w:p>
    <w:p>
      <w:pPr>
        <w:pStyle w:val="StageDirection"/>
        <w:spacing w:before="60" w:after="100"/>
        <w:ind w:left="0" w:right="0" w:firstLine="0"/>
        <w:jc w:val="left"/>
      </w:pPr>
      <w:r>
        <w:rPr>
          <w:rFonts w:ascii="Times New Roman" w:hAnsi="Times New Roman"/>
          <w:b w:val="0"/>
          <w:i/>
          <w:color w:val="000000"/>
          <w:sz w:val="32"/>
        </w:rPr>
        <w:t xml:space="preserve">(Redmond resumes painting, but is self-conscious; tries to pick </w:t>
      </w:r>
      <w:r>
        <w:rPr>
          <w:rFonts w:ascii="Times New Roman" w:hAnsi="Times New Roman"/>
          <w:b w:val="0"/>
          <w:i/>
          <w:color w:val="000000"/>
          <w:sz w:val="32"/>
        </w:rPr>
        <w:t>up if</w:t>
      </w:r>
      <w:r>
        <w:rPr>
          <w:rFonts w:ascii="Times New Roman" w:hAnsi="Times New Roman"/>
          <w:b w:val="0"/>
          <w:i/>
          <w:color w:val="000000"/>
          <w:sz w:val="32"/>
        </w:rPr>
        <w:t xml:space="preserve"> Chaplin is imitating him.</w:t>
      </w:r>
      <w:r>
        <w:rPr>
          <w:rFonts w:ascii="Times New Roman" w:hAnsi="Times New Roman"/>
          <w:b w:val="0"/>
          <w:i/>
          <w:color w:val="000000"/>
          <w:sz w:val="32"/>
        </w:rPr>
        <w:t xml:space="preserve"> </w:t>
      </w:r>
      <w:r>
        <w:rPr>
          <w:rFonts w:ascii="Times New Roman" w:hAnsi="Times New Roman"/>
          <w:b w:val="0"/>
          <w:i/>
          <w:color w:val="000000"/>
          <w:sz w:val="32"/>
        </w:rPr>
        <w:t>T</w:t>
      </w:r>
      <w:r>
        <w:rPr>
          <w:rFonts w:ascii="Times New Roman" w:hAnsi="Times New Roman"/>
          <w:b w:val="0"/>
          <w:i/>
          <w:color w:val="000000"/>
          <w:sz w:val="32"/>
        </w:rPr>
        <w:t>ries to</w:t>
      </w:r>
      <w:r>
        <w:rPr>
          <w:rFonts w:ascii="Times New Roman" w:hAnsi="Times New Roman"/>
          <w:b w:val="0"/>
          <w:i/>
          <w:color w:val="000000"/>
          <w:sz w:val="32"/>
        </w:rPr>
        <w:t xml:space="preserve"> </w:t>
      </w:r>
      <w:r>
        <w:rPr>
          <w:rFonts w:ascii="Times New Roman" w:hAnsi="Times New Roman"/>
          <w:b w:val="0"/>
          <w:i/>
          <w:color w:val="000000"/>
          <w:sz w:val="32"/>
        </w:rPr>
        <w:t>paint, can’t.)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Gottardo, </w:t>
      </w:r>
      <w:r>
        <w:rPr>
          <w:rFonts w:ascii="Times New Roman" w:hAnsi="Times New Roman"/>
          <w:b w:val="0"/>
          <w:i w:val="0"/>
          <w:color w:val="000000"/>
          <w:sz w:val="32"/>
        </w:rPr>
        <w:t>this may not</w:t>
      </w:r>
      <w:r>
        <w:rPr>
          <w:rFonts w:ascii="Times New Roman" w:hAnsi="Times New Roman"/>
          <w:b w:val="0"/>
          <w:i w:val="0"/>
          <w:color w:val="000000"/>
          <w:sz w:val="32"/>
        </w:rPr>
        <w:t xml:space="preserve"> work. Charlie watches my every move! Mind you, collects my </w:t>
      </w:r>
      <w:r>
        <w:rPr>
          <w:rFonts w:ascii="Times New Roman" w:hAnsi="Times New Roman"/>
          <w:b w:val="0"/>
          <w:i w:val="0"/>
          <w:color w:val="000000"/>
          <w:sz w:val="32"/>
        </w:rPr>
        <w:t>paintings</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find</w:t>
      </w:r>
      <w:r>
        <w:rPr>
          <w:rFonts w:ascii="Times New Roman" w:hAnsi="Times New Roman"/>
          <w:b w:val="0"/>
          <w:i w:val="0"/>
          <w:color w:val="000000"/>
          <w:sz w:val="32"/>
        </w:rPr>
        <w:t>s</w:t>
      </w:r>
      <w:r>
        <w:rPr>
          <w:rFonts w:ascii="Times New Roman" w:hAnsi="Times New Roman"/>
          <w:b w:val="0"/>
          <w:i w:val="0"/>
          <w:color w:val="000000"/>
          <w:sz w:val="32"/>
        </w:rPr>
        <w:t xml:space="preserve"> collectors for me.  </w:t>
      </w:r>
      <w:r>
        <w:rPr>
          <w:rFonts w:ascii="Times New Roman" w:hAnsi="Times New Roman"/>
          <w:b w:val="0"/>
          <w:i w:val="0"/>
          <w:color w:val="000000"/>
          <w:sz w:val="32"/>
        </w:rPr>
        <w:t>B</w:t>
      </w:r>
      <w:r>
        <w:rPr>
          <w:rFonts w:ascii="Times New Roman" w:hAnsi="Times New Roman"/>
          <w:b w:val="0"/>
          <w:i w:val="0"/>
          <w:color w:val="000000"/>
          <w:sz w:val="32"/>
        </w:rPr>
        <w:t xml:space="preserve">een </w:t>
      </w:r>
      <w:r>
        <w:rPr>
          <w:rFonts w:ascii="Times New Roman" w:hAnsi="Times New Roman"/>
          <w:b w:val="0"/>
          <w:i w:val="0"/>
          <w:color w:val="000000"/>
          <w:sz w:val="32"/>
        </w:rPr>
        <w:t xml:space="preserve">wonderful. </w:t>
      </w:r>
      <w:r>
        <w:rPr>
          <w:rFonts w:ascii="Times New Roman" w:hAnsi="Times New Roman"/>
          <w:b w:val="0"/>
          <w:i w:val="0"/>
          <w:color w:val="000000"/>
          <w:sz w:val="32"/>
        </w:rPr>
        <w:t xml:space="preserve">But mimics </w:t>
      </w:r>
      <w:r>
        <w:rPr>
          <w:rFonts w:ascii="Times New Roman" w:hAnsi="Times New Roman"/>
          <w:b w:val="0"/>
          <w:i w:val="0"/>
          <w:color w:val="000000"/>
          <w:sz w:val="32"/>
        </w:rPr>
        <w:t>me</w:t>
      </w:r>
      <w:r>
        <w:rPr>
          <w:rFonts w:ascii="Times New Roman" w:hAnsi="Times New Roman"/>
          <w:b w:val="0"/>
          <w:i w:val="0"/>
          <w:color w:val="000000"/>
          <w:sz w:val="32"/>
        </w:rPr>
        <w:t xml:space="preserve">. </w:t>
      </w:r>
      <w:r>
        <w:rPr>
          <w:rFonts w:ascii="Times New Roman" w:hAnsi="Times New Roman"/>
          <w:b w:val="0"/>
          <w:i w:val="0"/>
          <w:color w:val="000000"/>
          <w:sz w:val="32"/>
        </w:rPr>
        <w:t xml:space="preserve">If I ponder... </w:t>
      </w:r>
    </w:p>
    <w:p>
      <w:pPr>
        <w:pStyle w:val="StageDirection"/>
        <w:spacing w:before="60" w:after="100"/>
        <w:ind w:left="0" w:right="0" w:firstLine="0"/>
        <w:jc w:val="left"/>
      </w:pPr>
      <w:r>
        <w:rPr>
          <w:rFonts w:ascii="Times New Roman" w:hAnsi="Times New Roman"/>
          <w:b w:val="0"/>
          <w:i/>
          <w:color w:val="000000"/>
          <w:sz w:val="32"/>
        </w:rPr>
        <w:t>(Redmond ponders. Chaplin sees this, he ponders)</w:t>
      </w:r>
    </w:p>
    <w:p>
      <w:pPr>
        <w:pStyle w:val="Dialogue"/>
        <w:keepLines/>
        <w:spacing w:before="40" w:after="120" w:line="259" w:lineRule="auto"/>
        <w:ind w:left="0" w:right="0" w:firstLine="0"/>
        <w:jc w:val="left"/>
      </w:pPr>
      <w:r>
        <w:rPr>
          <w:rFonts w:ascii="Times New Roman" w:hAnsi="Times New Roman"/>
          <w:b w:val="0"/>
          <w:i w:val="0"/>
          <w:color w:val="000000"/>
          <w:sz w:val="32"/>
        </w:rPr>
        <w:t>... Charlie ponders</w:t>
      </w:r>
      <w:r>
        <w:rPr>
          <w:rFonts w:ascii="Times New Roman" w:hAnsi="Times New Roman"/>
          <w:b w:val="0"/>
          <w:i w:val="0"/>
          <w:color w:val="000000"/>
          <w:sz w:val="32"/>
        </w:rPr>
        <w:t xml:space="preserve"> — hoping he can use it later in a film</w:t>
      </w:r>
      <w:r>
        <w:rPr>
          <w:rFonts w:ascii="Times New Roman" w:hAnsi="Times New Roman"/>
          <w:b w:val="0"/>
          <w:i w:val="0"/>
          <w:color w:val="000000"/>
          <w:sz w:val="32"/>
        </w:rPr>
        <w:t>,</w:t>
      </w:r>
      <w:r>
        <w:rPr>
          <w:rFonts w:ascii="Times New Roman" w:hAnsi="Times New Roman"/>
          <w:b w:val="0"/>
          <w:i w:val="0"/>
          <w:color w:val="000000"/>
          <w:sz w:val="32"/>
        </w:rPr>
        <w:t xml:space="preserve"> he </w:t>
      </w:r>
      <w:r>
        <w:rPr>
          <w:rFonts w:ascii="Times New Roman" w:hAnsi="Times New Roman"/>
          <w:b w:val="0"/>
          <w:i w:val="0"/>
          <w:color w:val="000000"/>
          <w:sz w:val="32"/>
        </w:rPr>
        <w:t>says</w:t>
      </w:r>
      <w:r>
        <w:rPr>
          <w:rFonts w:ascii="Times New Roman" w:hAnsi="Times New Roman"/>
          <w:b w:val="0"/>
          <w:i w:val="0"/>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 xml:space="preserve">oes it so well </w:t>
      </w:r>
      <w:r>
        <w:rPr>
          <w:rFonts w:ascii="Times New Roman" w:hAnsi="Times New Roman"/>
          <w:b w:val="0"/>
          <w:i/>
          <w:color w:val="000000"/>
          <w:sz w:val="32"/>
        </w:rPr>
        <w:t xml:space="preserve">I </w:t>
      </w:r>
      <w:r>
        <w:rPr>
          <w:rFonts w:ascii="Times New Roman" w:hAnsi="Times New Roman"/>
          <w:b w:val="0"/>
          <w:i/>
          <w:color w:val="000000"/>
          <w:sz w:val="32"/>
        </w:rPr>
        <w:t>imitate</w:t>
      </w:r>
      <w:r>
        <w:rPr>
          <w:rFonts w:ascii="Times New Roman" w:hAnsi="Times New Roman"/>
          <w:b w:val="0"/>
          <w:i w:val="0"/>
          <w:color w:val="000000"/>
          <w:sz w:val="32"/>
        </w:rPr>
        <w:t xml:space="preserve"> </w:t>
      </w:r>
      <w:r>
        <w:rPr>
          <w:rFonts w:ascii="Times New Roman" w:hAnsi="Times New Roman"/>
          <w:b w:val="0"/>
          <w:i/>
          <w:color w:val="000000"/>
          <w:sz w:val="32"/>
        </w:rPr>
        <w:t xml:space="preserve">him! </w:t>
      </w:r>
      <w:r>
        <w:rPr>
          <w:rFonts w:ascii="Times New Roman" w:hAnsi="Times New Roman"/>
          <w:b w:val="0"/>
          <w:i/>
          <w:color w:val="000000"/>
          <w:sz w:val="32"/>
        </w:rPr>
        <w:t>(Doing so.)</w:t>
      </w:r>
      <w:r>
        <w:rPr>
          <w:rFonts w:ascii="Times New Roman" w:hAnsi="Times New Roman"/>
          <w:b w:val="0"/>
          <w:i/>
          <w:color w:val="000000"/>
          <w:sz w:val="32"/>
        </w:rPr>
        <w:t xml:space="preserve"> </w:t>
      </w:r>
      <w:r>
        <w:rPr>
          <w:rFonts w:ascii="Times New Roman" w:hAnsi="Times New Roman"/>
          <w:b w:val="0"/>
          <w:i w:val="0"/>
          <w:color w:val="000000"/>
          <w:sz w:val="32"/>
        </w:rPr>
        <w:t xml:space="preserve">It’s </w:t>
      </w:r>
      <w:r>
        <w:rPr>
          <w:rFonts w:ascii="Times New Roman" w:hAnsi="Times New Roman"/>
          <w:b w:val="0"/>
          <w:i w:val="0"/>
          <w:color w:val="000000"/>
          <w:sz w:val="32"/>
        </w:rPr>
        <w:t xml:space="preserve">... </w:t>
      </w:r>
      <w:r>
        <w:rPr>
          <w:rFonts w:ascii="Times New Roman" w:hAnsi="Times New Roman"/>
          <w:b w:val="0"/>
          <w:i w:val="0"/>
          <w:color w:val="000000"/>
          <w:sz w:val="32"/>
        </w:rPr>
        <w:t>confusing.</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(Looks at 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w:t>
      </w:r>
      <w:r>
        <w:rPr>
          <w:rFonts w:ascii="Times New Roman" w:hAnsi="Times New Roman"/>
          <w:b w:val="0"/>
          <w:i w:val="0"/>
          <w:color w:val="000000"/>
          <w:sz w:val="32"/>
        </w:rPr>
        <w:t xml:space="preserve">ou know how </w:t>
      </w:r>
      <w:r>
        <w:rPr>
          <w:rFonts w:ascii="Times New Roman" w:hAnsi="Times New Roman"/>
          <w:b w:val="0"/>
          <w:i w:val="0"/>
          <w:color w:val="000000"/>
          <w:sz w:val="32"/>
        </w:rPr>
        <w:t xml:space="preserve">troubling </w:t>
      </w:r>
      <w:r>
        <w:rPr>
          <w:rFonts w:ascii="Times New Roman" w:hAnsi="Times New Roman"/>
          <w:b w:val="0"/>
          <w:i w:val="0"/>
          <w:color w:val="000000"/>
          <w:sz w:val="32"/>
        </w:rPr>
        <w:t>that</w:t>
      </w:r>
      <w:r>
        <w:rPr>
          <w:rFonts w:ascii="Times New Roman" w:hAnsi="Times New Roman"/>
          <w:b w:val="0"/>
          <w:i w:val="0"/>
          <w:color w:val="000000"/>
          <w:sz w:val="32"/>
        </w:rPr>
        <w:t xml:space="preserve"> can be?</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R</w:t>
      </w:r>
      <w:r>
        <w:rPr>
          <w:rFonts w:ascii="Times New Roman" w:hAnsi="Times New Roman"/>
          <w:b w:val="0"/>
          <w:i/>
          <w:color w:val="000000"/>
          <w:sz w:val="32"/>
        </w:rPr>
        <w:t>edmond a quizzical gesture.)</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Don’t play dumb.</w:t>
      </w:r>
    </w:p>
    <w:p>
      <w:pPr>
        <w:pStyle w:val="StageDirection"/>
        <w:spacing w:before="60" w:after="100"/>
        <w:ind w:left="0" w:right="0" w:firstLine="0"/>
        <w:jc w:val="left"/>
      </w:pPr>
      <w:r>
        <w:rPr>
          <w:rFonts w:ascii="Times New Roman" w:hAnsi="Times New Roman"/>
          <w:b w:val="0"/>
          <w:i/>
          <w:color w:val="000000"/>
          <w:sz w:val="32"/>
        </w:rPr>
        <w:t>(Redmond glares.)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Sorry</w:t>
      </w:r>
      <w:r>
        <w:rPr>
          <w:rFonts w:ascii="Times New Roman" w:hAnsi="Times New Roman"/>
          <w:b w:val="0"/>
          <w:i w:val="0"/>
          <w:color w:val="000000"/>
          <w:sz w:val="32"/>
        </w:rPr>
        <w:t xml:space="preserve"> — m</w:t>
      </w:r>
      <w:r>
        <w:rPr>
          <w:rFonts w:ascii="Times New Roman" w:hAnsi="Times New Roman"/>
          <w:b w:val="0"/>
          <w:i w:val="0"/>
          <w:color w:val="000000"/>
          <w:sz w:val="32"/>
        </w:rPr>
        <w:t>imicking me!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You mimic me!</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For my art — </w:t>
      </w:r>
      <w:r>
        <w:rPr>
          <w:rFonts w:ascii="Times New Roman" w:hAnsi="Times New Roman"/>
          <w:b w:val="0"/>
          <w:i/>
          <w:color w:val="000000"/>
          <w:sz w:val="32"/>
        </w:rPr>
        <w:t>for film!</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(Ironically)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Oh?</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It’s a different thing, Granville.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Is it?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Of course — m</w:t>
      </w:r>
      <w:r>
        <w:rPr>
          <w:rFonts w:ascii="Times New Roman" w:hAnsi="Times New Roman"/>
          <w:b w:val="0"/>
          <w:i w:val="0"/>
          <w:color w:val="000000"/>
          <w:sz w:val="32"/>
        </w:rPr>
        <w:t>y films are about people, your paintings</w:t>
      </w:r>
      <w:r>
        <w:rPr>
          <w:rFonts w:ascii="Times New Roman" w:hAnsi="Times New Roman"/>
          <w:b w:val="0"/>
          <w:i w:val="0"/>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r>
      <w:r>
        <w:rPr>
          <w:rFonts w:ascii="Times New Roman" w:hAnsi="Times New Roman"/>
          <w:b w:val="0"/>
          <w:i w:val="0"/>
          <w:color w:val="000000"/>
          <w:sz w:val="32"/>
        </w:rPr>
        <w:t xml:space="preserve"> well, nature.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on’t like the way you say “nature.’’ It’s not a disease...</w:t>
      </w:r>
      <w:r>
        <w:rPr>
          <w:rFonts w:ascii="Times New Roman" w:hAnsi="Times New Roman"/>
          <w:b w:val="0"/>
          <w:i w:val="0"/>
          <w:color w:val="000000"/>
          <w:sz w:val="32"/>
        </w:rPr>
        <w:t xml:space="preserve"> Y</w:t>
      </w:r>
      <w:r>
        <w:rPr>
          <w:rFonts w:ascii="Times New Roman" w:hAnsi="Times New Roman"/>
          <w:b w:val="0"/>
          <w:i w:val="0"/>
          <w:color w:val="000000"/>
          <w:sz w:val="32"/>
        </w:rPr>
        <w:t xml:space="preserve">ou ever think I don’t do people because I don’t want to, not that </w:t>
      </w:r>
      <w:r>
        <w:rPr>
          <w:rFonts w:ascii="Times New Roman" w:hAnsi="Times New Roman"/>
          <w:b w:val="0"/>
          <w:i w:val="0"/>
          <w:color w:val="000000"/>
          <w:sz w:val="32"/>
        </w:rPr>
        <w:t xml:space="preserve">I </w:t>
      </w:r>
      <w:r>
        <w:rPr>
          <w:rFonts w:ascii="Times New Roman" w:hAnsi="Times New Roman"/>
          <w:b w:val="0"/>
          <w:i w:val="0"/>
          <w:color w:val="000000"/>
          <w:sz w:val="32"/>
        </w:rPr>
        <w:t xml:space="preserve">can’t?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Let’s </w:t>
      </w:r>
      <w:r>
        <w:rPr>
          <w:rFonts w:ascii="Times New Roman" w:hAnsi="Times New Roman"/>
          <w:b w:val="0"/>
          <w:i w:val="0"/>
          <w:color w:val="000000"/>
          <w:sz w:val="32"/>
        </w:rPr>
        <w:t>not argue</w:t>
      </w:r>
      <w:r>
        <w:rPr>
          <w:rFonts w:ascii="Times New Roman" w:hAnsi="Times New Roman"/>
          <w:b w:val="0"/>
          <w:i w:val="0"/>
          <w:color w:val="000000"/>
          <w:sz w:val="32"/>
        </w:rPr>
        <w:t>, shall we</w:t>
      </w:r>
      <w:r>
        <w:rPr>
          <w:rFonts w:ascii="Times New Roman" w:hAnsi="Times New Roman"/>
          <w:b w:val="0"/>
          <w:i w:val="0"/>
          <w:color w:val="000000"/>
          <w:sz w:val="32"/>
        </w:rPr>
        <w:t xml:space="preserve">. </w:t>
      </w:r>
      <w:r>
        <w:rPr>
          <w:rFonts w:ascii="Times New Roman" w:hAnsi="Times New Roman"/>
          <w:b w:val="0"/>
          <w:i/>
          <w:color w:val="000000"/>
          <w:sz w:val="32"/>
        </w:rPr>
        <w:t>(Pause — an arresting hand movement.)</w:t>
      </w:r>
      <w:r>
        <w:rPr>
          <w:rFonts w:ascii="Times New Roman" w:hAnsi="Times New Roman"/>
          <w:b w:val="0"/>
          <w:i/>
          <w:color w:val="000000"/>
          <w:sz w:val="32"/>
        </w:rPr>
        <w:t xml:space="preserve">  </w:t>
      </w:r>
      <w:r>
        <w:rPr>
          <w:rFonts w:ascii="Times New Roman" w:hAnsi="Times New Roman"/>
          <w:b w:val="0"/>
          <w:i w:val="0"/>
          <w:color w:val="000000"/>
          <w:sz w:val="32"/>
        </w:rPr>
        <w:t xml:space="preserve">Granville, </w:t>
      </w:r>
      <w:r>
        <w:rPr>
          <w:rFonts w:ascii="Times New Roman" w:hAnsi="Times New Roman"/>
          <w:b w:val="0"/>
          <w:i w:val="0"/>
          <w:color w:val="000000"/>
          <w:sz w:val="32"/>
        </w:rPr>
        <w:t>what’s</w:t>
      </w:r>
      <w:r>
        <w:rPr>
          <w:rFonts w:ascii="Times New Roman" w:hAnsi="Times New Roman"/>
          <w:b w:val="0"/>
          <w:i w:val="0"/>
          <w:color w:val="000000"/>
          <w:sz w:val="32"/>
        </w:rPr>
        <w:t xml:space="preserve"> the worst thing about being deaf?</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P</w:t>
      </w:r>
      <w:r>
        <w:rPr>
          <w:rFonts w:ascii="Times New Roman" w:hAnsi="Times New Roman"/>
          <w:b w:val="0"/>
          <w:i w:val="0"/>
          <w:color w:val="000000"/>
          <w:sz w:val="32"/>
        </w:rPr>
        <w:t>eople saying “How are you?’’</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then</w:t>
      </w:r>
      <w:r>
        <w:rPr>
          <w:rFonts w:ascii="Times New Roman" w:hAnsi="Times New Roman"/>
          <w:b w:val="0"/>
          <w:i w:val="0"/>
          <w:color w:val="000000"/>
          <w:sz w:val="32"/>
        </w:rPr>
        <w:t xml:space="preserve"> moving on</w:t>
      </w:r>
      <w:r>
        <w:rPr>
          <w:rFonts w:ascii="Times New Roman" w:hAnsi="Times New Roman"/>
          <w:b w:val="0"/>
          <w:i w:val="0"/>
          <w:color w:val="000000"/>
          <w:sz w:val="32"/>
        </w:rPr>
        <w:t xml:space="preserve"> before </w:t>
      </w:r>
      <w:r>
        <w:rPr>
          <w:rFonts w:ascii="Times New Roman" w:hAnsi="Times New Roman"/>
          <w:b w:val="0"/>
          <w:i w:val="0"/>
          <w:color w:val="000000"/>
          <w:sz w:val="32"/>
        </w:rPr>
        <w:t>the deaf person</w:t>
      </w:r>
      <w:r>
        <w:rPr>
          <w:rFonts w:ascii="Times New Roman" w:hAnsi="Times New Roman"/>
          <w:b w:val="0"/>
          <w:i w:val="0"/>
          <w:color w:val="000000"/>
          <w:sz w:val="32"/>
        </w:rPr>
        <w:t xml:space="preserve"> </w:t>
      </w:r>
      <w:r>
        <w:rPr>
          <w:rFonts w:ascii="Times New Roman" w:hAnsi="Times New Roman"/>
          <w:b w:val="0"/>
          <w:i w:val="0"/>
          <w:color w:val="000000"/>
          <w:sz w:val="32"/>
        </w:rPr>
        <w:t xml:space="preserve">can </w:t>
      </w:r>
      <w:r>
        <w:rPr>
          <w:rFonts w:ascii="Times New Roman" w:hAnsi="Times New Roman"/>
          <w:b w:val="0"/>
          <w:i w:val="0"/>
          <w:color w:val="000000"/>
          <w:sz w:val="32"/>
        </w:rPr>
        <w:t>tell them</w:t>
      </w:r>
      <w:r>
        <w:rPr>
          <w:rFonts w:ascii="Times New Roman" w:hAnsi="Times New Roman"/>
          <w:b w:val="0"/>
          <w:i w:val="0"/>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r>
      <w:r>
        <w:rPr>
          <w:rFonts w:ascii="Times New Roman" w:hAnsi="Times New Roman"/>
          <w:b w:val="0"/>
          <w:i w:val="0"/>
          <w:color w:val="000000"/>
          <w:sz w:val="32"/>
        </w:rPr>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They do that</w:t>
      </w:r>
      <w:r>
        <w:rPr>
          <w:rFonts w:ascii="Times New Roman" w:hAnsi="Times New Roman"/>
          <w:b w:val="0"/>
          <w:i w:val="0"/>
          <w:color w:val="000000"/>
          <w:sz w:val="32"/>
        </w:rPr>
        <w:t xml:space="preserve"> to you</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All the time</w:t>
      </w:r>
      <w:r>
        <w:rPr>
          <w:rFonts w:ascii="Times New Roman" w:hAnsi="Times New Roman"/>
          <w:b w:val="0"/>
          <w:i w:val="0"/>
          <w:color w:val="000000"/>
          <w:sz w:val="32"/>
        </w:rPr>
        <w:t xml:space="preserve"> — d</w:t>
      </w:r>
      <w:r>
        <w:rPr>
          <w:rFonts w:ascii="Times New Roman" w:hAnsi="Times New Roman"/>
          <w:b w:val="0"/>
          <w:i w:val="0"/>
          <w:color w:val="000000"/>
          <w:sz w:val="32"/>
        </w:rPr>
        <w:t xml:space="preserve">on’t want to take the trouble... </w:t>
      </w:r>
      <w:r>
        <w:rPr>
          <w:rFonts w:ascii="Times New Roman" w:hAnsi="Times New Roman"/>
          <w:b w:val="0"/>
          <w:i w:val="0"/>
          <w:color w:val="000000"/>
          <w:sz w:val="32"/>
        </w:rPr>
        <w:t xml:space="preserve">question not sincere. </w:t>
      </w:r>
      <w:r>
        <w:rPr>
          <w:rFonts w:ascii="Times New Roman" w:hAnsi="Times New Roman"/>
          <w:b w:val="0"/>
          <w:i w:val="0"/>
          <w:color w:val="000000"/>
          <w:sz w:val="32"/>
        </w:rPr>
        <w:t>Y</w:t>
      </w:r>
      <w:r>
        <w:rPr>
          <w:rFonts w:ascii="Times New Roman" w:hAnsi="Times New Roman"/>
          <w:b w:val="0"/>
          <w:i w:val="0"/>
          <w:color w:val="000000"/>
          <w:sz w:val="32"/>
        </w:rPr>
        <w:t xml:space="preserve">ou know what </w:t>
      </w:r>
      <w:r>
        <w:rPr>
          <w:rFonts w:ascii="Times New Roman" w:hAnsi="Times New Roman"/>
          <w:b w:val="0"/>
          <w:i w:val="0"/>
          <w:color w:val="000000"/>
          <w:sz w:val="32"/>
        </w:rPr>
        <w:t>i</w:t>
      </w:r>
      <w:r>
        <w:rPr>
          <w:rFonts w:ascii="Times New Roman" w:hAnsi="Times New Roman"/>
          <w:b w:val="0"/>
          <w:i w:val="0"/>
          <w:color w:val="000000"/>
          <w:sz w:val="32"/>
        </w:rPr>
        <w:t>t’s like</w:t>
      </w:r>
      <w:r>
        <w:rPr>
          <w:rFonts w:ascii="Times New Roman" w:hAnsi="Times New Roman"/>
          <w:b w:val="0"/>
          <w:i w:val="0"/>
          <w:color w:val="000000"/>
          <w:sz w:val="32"/>
        </w:rPr>
        <w:t xml:space="preserve"> — </w:t>
      </w:r>
      <w:r>
        <w:rPr>
          <w:rFonts w:ascii="Times New Roman" w:hAnsi="Times New Roman"/>
          <w:b w:val="0"/>
          <w:i w:val="0"/>
          <w:color w:val="000000"/>
          <w:sz w:val="32"/>
        </w:rPr>
        <w:t>being walked</w:t>
      </w:r>
      <w:r>
        <w:rPr>
          <w:rFonts w:ascii="Times New Roman" w:hAnsi="Times New Roman"/>
          <w:b w:val="0"/>
          <w:i w:val="0"/>
          <w:color w:val="000000"/>
          <w:sz w:val="32"/>
        </w:rPr>
        <w:t xml:space="preserve"> away </w:t>
      </w:r>
      <w:r>
        <w:rPr>
          <w:rFonts w:ascii="Times New Roman" w:hAnsi="Times New Roman"/>
          <w:b w:val="0"/>
          <w:i w:val="0"/>
          <w:color w:val="000000"/>
          <w:sz w:val="32"/>
        </w:rPr>
        <w:t>from like that</w:t>
      </w:r>
      <w:r>
        <w:rPr>
          <w:rFonts w:ascii="Times New Roman" w:hAnsi="Times New Roman"/>
          <w:b w:val="0"/>
          <w:i w:val="0"/>
          <w:color w:val="000000"/>
          <w:sz w:val="32"/>
        </w:rPr>
        <w:t>?</w:t>
      </w:r>
      <w:r>
        <w:rPr>
          <w:rFonts w:ascii="Times New Roman" w:hAnsi="Times New Roman"/>
          <w:b w:val="0"/>
          <w:i w:val="0"/>
          <w:color w:val="000000"/>
          <w:sz w:val="32"/>
        </w:rPr>
        <w:t xml:space="preserve"> Time after time.</w:t>
      </w:r>
    </w:p>
    <w:p>
      <w:pPr>
        <w:pStyle w:val="StageDirection"/>
        <w:spacing w:before="60" w:after="100"/>
        <w:ind w:left="0" w:right="0" w:firstLine="0"/>
        <w:jc w:val="left"/>
      </w:pPr>
      <w:r>
        <w:rPr>
          <w:rFonts w:ascii="Times New Roman" w:hAnsi="Times New Roman"/>
          <w:b w:val="0"/>
          <w:i/>
          <w:color w:val="000000"/>
          <w:sz w:val="32"/>
        </w:rPr>
        <w:t>(Chaplin nods</w:t>
      </w:r>
      <w:r>
        <w:rPr>
          <w:rFonts w:ascii="Times New Roman" w:hAnsi="Times New Roman"/>
          <w:b w:val="0"/>
          <w:i/>
          <w:color w:val="000000"/>
          <w:sz w:val="32"/>
        </w:rPr>
        <w:t xml:space="preserve"> sympathetically</w:t>
      </w:r>
      <w:r>
        <w:rPr>
          <w:rFonts w:ascii="Times New Roman" w:hAnsi="Times New Roman"/>
          <w:b w:val="0"/>
          <w:i/>
          <w:color w:val="000000"/>
          <w:sz w:val="32"/>
        </w:rPr>
        <w:t>, moves off</w:t>
      </w:r>
      <w:r>
        <w:rPr>
          <w:rFonts w:ascii="Times New Roman" w:hAnsi="Times New Roman"/>
          <w:b w:val="0"/>
          <w:i/>
          <w:color w:val="000000"/>
          <w:sz w:val="32"/>
        </w:rPr>
        <w:t xml:space="preserve"> thoughtfully,</w:t>
      </w:r>
      <w:r>
        <w:rPr>
          <w:rFonts w:ascii="Times New Roman" w:hAnsi="Times New Roman"/>
          <w:b w:val="0"/>
          <w:i/>
          <w:color w:val="000000"/>
          <w:sz w:val="32"/>
        </w:rPr>
        <w:t xml:space="preserve"> returns.)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If you don’t mind — h</w:t>
      </w:r>
      <w:r>
        <w:rPr>
          <w:rFonts w:ascii="Times New Roman" w:hAnsi="Times New Roman"/>
          <w:b w:val="0"/>
          <w:i w:val="0"/>
          <w:color w:val="000000"/>
          <w:sz w:val="32"/>
        </w:rPr>
        <w:t xml:space="preserve">ow old were you when you got </w:t>
      </w:r>
      <w:r>
        <w:rPr>
          <w:rFonts w:ascii="Times New Roman" w:hAnsi="Times New Roman"/>
          <w:b w:val="0"/>
          <w:i w:val="0"/>
          <w:color w:val="000000"/>
          <w:sz w:val="32"/>
        </w:rPr>
        <w:t xml:space="preserve">... </w:t>
      </w:r>
      <w:r>
        <w:rPr>
          <w:rFonts w:ascii="Times New Roman" w:hAnsi="Times New Roman"/>
          <w:b w:val="0"/>
          <w:i w:val="0"/>
          <w:color w:val="000000"/>
          <w:sz w:val="32"/>
        </w:rPr>
        <w:t>scarlet fever?</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w:t>
      </w:r>
      <w:r>
        <w:rPr>
          <w:rFonts w:ascii="Times New Roman" w:hAnsi="Times New Roman"/>
          <w:b w:val="0"/>
          <w:i w:val="0"/>
          <w:color w:val="000000"/>
          <w:sz w:val="32"/>
        </w:rPr>
        <w:t>wo</w:t>
      </w:r>
      <w:r>
        <w:rPr>
          <w:rFonts w:ascii="Times New Roman" w:hAnsi="Times New Roman"/>
          <w:b w:val="0"/>
          <w:i w:val="0"/>
          <w:color w:val="000000"/>
          <w:sz w:val="32"/>
        </w:rPr>
        <w:t xml:space="preserve"> or three</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Where?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Philadelphia. </w:t>
      </w:r>
      <w:r>
        <w:rPr>
          <w:rFonts w:ascii="Times New Roman" w:hAnsi="Times New Roman"/>
          <w:b w:val="0"/>
          <w:i w:val="0"/>
          <w:color w:val="000000"/>
          <w:sz w:val="32"/>
        </w:rPr>
        <w:t xml:space="preserve">Eventually </w:t>
      </w:r>
      <w:r>
        <w:rPr>
          <w:rFonts w:ascii="Times New Roman" w:hAnsi="Times New Roman"/>
          <w:b w:val="0"/>
          <w:i w:val="0"/>
          <w:color w:val="000000"/>
          <w:sz w:val="32"/>
        </w:rPr>
        <w:t>e</w:t>
      </w:r>
      <w:r>
        <w:rPr>
          <w:rFonts w:ascii="Times New Roman" w:hAnsi="Times New Roman"/>
          <w:b w:val="0"/>
          <w:i w:val="0"/>
          <w:color w:val="000000"/>
          <w:sz w:val="32"/>
        </w:rPr>
        <w:t xml:space="preserve">nded up at the </w:t>
      </w:r>
      <w:r>
        <w:rPr>
          <w:rFonts w:ascii="Times New Roman" w:hAnsi="Times New Roman"/>
          <w:b w:val="0"/>
          <w:i w:val="0"/>
          <w:color w:val="000000"/>
          <w:sz w:val="32"/>
        </w:rPr>
        <w:t>Berk</w:t>
      </w:r>
      <w:r>
        <w:rPr>
          <w:rFonts w:ascii="Times New Roman" w:hAnsi="Times New Roman"/>
          <w:b w:val="0"/>
          <w:i w:val="0"/>
          <w:color w:val="000000"/>
          <w:sz w:val="32"/>
        </w:rPr>
        <w:t>e</w:t>
      </w:r>
      <w:r>
        <w:rPr>
          <w:rFonts w:ascii="Times New Roman" w:hAnsi="Times New Roman"/>
          <w:b w:val="0"/>
          <w:i w:val="0"/>
          <w:color w:val="000000"/>
          <w:sz w:val="32"/>
        </w:rPr>
        <w:t xml:space="preserve">ley </w:t>
      </w:r>
      <w:r>
        <w:rPr>
          <w:rFonts w:ascii="Times New Roman" w:hAnsi="Times New Roman"/>
          <w:b w:val="0"/>
          <w:i w:val="0"/>
          <w:color w:val="000000"/>
          <w:sz w:val="32"/>
        </w:rPr>
        <w:t xml:space="preserve">School for the Deaf </w:t>
      </w:r>
      <w:r>
        <w:rPr>
          <w:rFonts w:ascii="Times New Roman" w:hAnsi="Times New Roman"/>
          <w:b w:val="0"/>
          <w:i w:val="0"/>
          <w:color w:val="000000"/>
          <w:sz w:val="32"/>
        </w:rPr>
        <w:t xml:space="preserve">... </w:t>
      </w:r>
      <w:r>
        <w:rPr>
          <w:rFonts w:ascii="Times New Roman" w:hAnsi="Times New Roman"/>
          <w:b w:val="0"/>
          <w:i w:val="0"/>
          <w:color w:val="000000"/>
          <w:sz w:val="32"/>
        </w:rPr>
        <w:t>how I got to California.</w:t>
      </w:r>
      <w:r>
        <w:rPr>
          <w:rFonts w:ascii="Times New Roman" w:hAnsi="Times New Roman"/>
          <w:b w:val="0"/>
          <w:i w:val="0"/>
          <w:color w:val="000000"/>
          <w:sz w:val="32"/>
        </w:rPr>
        <w:t xml:space="preserve"> </w:t>
      </w:r>
      <w:r>
        <w:rPr>
          <w:rFonts w:ascii="Times New Roman" w:hAnsi="Times New Roman"/>
          <w:b w:val="0"/>
          <w:i/>
          <w:color w:val="000000"/>
          <w:sz w:val="32"/>
        </w:rPr>
        <w:t>(Suspiciously.)</w:t>
      </w:r>
      <w:r>
        <w:rPr>
          <w:rFonts w:ascii="Times New Roman" w:hAnsi="Times New Roman"/>
          <w:b w:val="0"/>
          <w:i w:val="0"/>
          <w:color w:val="000000"/>
          <w:sz w:val="32"/>
        </w:rPr>
        <w:t xml:space="preserve"> </w:t>
      </w:r>
      <w:r>
        <w:rPr>
          <w:rFonts w:ascii="Times New Roman" w:hAnsi="Times New Roman"/>
          <w:b w:val="0"/>
          <w:i w:val="0"/>
          <w:color w:val="000000"/>
          <w:sz w:val="32"/>
        </w:rPr>
        <w:t>Do y</w:t>
      </w:r>
      <w:r>
        <w:rPr>
          <w:rFonts w:ascii="Times New Roman" w:hAnsi="Times New Roman"/>
          <w:b w:val="0"/>
          <w:i w:val="0"/>
          <w:color w:val="000000"/>
          <w:sz w:val="32"/>
        </w:rPr>
        <w:t>ou re</w:t>
      </w:r>
      <w:r>
        <w:rPr>
          <w:rFonts w:ascii="Times New Roman" w:hAnsi="Times New Roman"/>
          <w:b w:val="0"/>
          <w:i/>
          <w:color w:val="000000"/>
          <w:sz w:val="32"/>
        </w:rPr>
        <w:t>ally</w:t>
      </w:r>
      <w:r>
        <w:rPr>
          <w:rFonts w:ascii="Times New Roman" w:hAnsi="Times New Roman"/>
          <w:b w:val="0"/>
          <w:i w:val="0"/>
          <w:color w:val="000000"/>
          <w:sz w:val="32"/>
        </w:rPr>
        <w:t xml:space="preserve"> want to hear?</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 do!</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 xml:space="preserve">Because... </w:t>
      </w:r>
      <w:r>
        <w:rPr>
          <w:rStyle w:val="CommentReference"/>
          <w:color w:val="000000"/>
          <w:sz w:val="32"/>
        </w:rPr>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 won’t walk away</w:t>
      </w:r>
      <w:r>
        <w:rPr>
          <w:rFonts w:ascii="Times New Roman" w:hAnsi="Times New Roman"/>
          <w:b w:val="0"/>
          <w:i w:val="0"/>
          <w:color w:val="000000"/>
          <w:sz w:val="32"/>
        </w:rPr>
        <w:t xml:space="preserve"> — promise</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i/>
          <w:color w:val="000000"/>
          <w:sz w:val="32"/>
        </w:rPr>
        <w:t>(Redmond studies him, considers, stands, walks back and forth, then turns to Chaplin and begins singing.)</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Life of Granville</w:t>
      </w:r>
      <w:r>
        <w:rPr>
          <w:rFonts w:ascii="Times New Roman" w:hAnsi="Times New Roman"/>
          <w:b w:val="0"/>
          <w:i/>
          <w:color w:val="000000"/>
          <w:sz w:val="32"/>
        </w:rPr>
        <w:t xml:space="preserve">. </w:t>
      </w:r>
      <w:r>
        <w:rPr>
          <w:rFonts w:ascii="Times New Roman" w:hAnsi="Times New Roman"/>
          <w:b w:val="0"/>
          <w:i/>
          <w:color w:val="000000"/>
          <w:sz w:val="32"/>
        </w:rPr>
        <w:t>Granville Redmond sings.)</w:t>
      </w:r>
      <w:r>
        <w:rPr>
          <w:rStyle w:val="CommentReference"/>
          <w:color w:val="000000"/>
          <w:sz w:val="32"/>
        </w:rPr>
      </w:r>
    </w:p>
    <w:p>
      <w:pPr>
        <w:pStyle w:val="Song"/>
        <w:ind w:left="0" w:right="0" w:firstLine="0"/>
        <w:jc w:val="left"/>
      </w:pPr>
      <w:r>
        <w:rPr>
          <w:rFonts w:ascii="Times New Roman" w:hAnsi="Times New Roman"/>
          <w:b w:val="0"/>
          <w:i w:val="0"/>
          <w:color w:val="000000"/>
          <w:sz w:val="32"/>
        </w:rPr>
        <w:t xml:space="preserve">I, was </w:t>
      </w:r>
      <w:r>
        <w:rPr>
          <w:rFonts w:ascii="Times New Roman" w:hAnsi="Times New Roman"/>
          <w:b w:val="0"/>
          <w:i w:val="0"/>
          <w:color w:val="000000"/>
          <w:sz w:val="32"/>
        </w:rPr>
        <w:br/>
        <w:t>born in the heart</w:t>
      </w:r>
      <w:r>
        <w:rPr>
          <w:rFonts w:ascii="Times New Roman" w:hAnsi="Times New Roman"/>
          <w:b w:val="0"/>
          <w:i w:val="0"/>
          <w:color w:val="000000"/>
          <w:sz w:val="32"/>
        </w:rPr>
        <w:br/>
        <w:t>of the Philly town</w:t>
      </w:r>
      <w:r>
        <w:rPr>
          <w:rFonts w:ascii="Times New Roman" w:hAnsi="Times New Roman"/>
          <w:b w:val="0"/>
          <w:i w:val="0"/>
          <w:color w:val="000000"/>
          <w:sz w:val="32"/>
        </w:rPr>
        <w:br/>
        <w:t xml:space="preserve">in the world of sounds. </w:t>
      </w:r>
      <w:r>
        <w:rPr>
          <w:rFonts w:ascii="Times New Roman" w:hAnsi="Times New Roman"/>
          <w:b w:val="0"/>
          <w:i w:val="0"/>
          <w:color w:val="000000"/>
          <w:sz w:val="32"/>
        </w:rPr>
      </w:r>
    </w:p>
    <w:p>
      <w:pPr>
        <w:pStyle w:val="Song"/>
        <w:ind w:left="0" w:right="0" w:firstLine="0"/>
        <w:jc w:val="left"/>
      </w:pPr>
      <w:r>
        <w:rPr>
          <w:rFonts w:ascii="Times New Roman" w:hAnsi="Times New Roman"/>
          <w:b w:val="0"/>
          <w:i w:val="0"/>
          <w:color w:val="000000"/>
          <w:sz w:val="32"/>
        </w:rPr>
        <w:t>And, then</w:t>
      </w:r>
      <w:r>
        <w:rPr>
          <w:rFonts w:ascii="Times New Roman" w:hAnsi="Times New Roman"/>
          <w:b w:val="0"/>
          <w:i w:val="0"/>
          <w:color w:val="000000"/>
          <w:sz w:val="32"/>
        </w:rPr>
        <w:br/>
        <w:t>scarlet fever came</w:t>
      </w:r>
      <w:r>
        <w:rPr>
          <w:rFonts w:ascii="Times New Roman" w:hAnsi="Times New Roman"/>
          <w:b w:val="0"/>
          <w:i w:val="0"/>
          <w:color w:val="000000"/>
          <w:sz w:val="32"/>
        </w:rPr>
        <w:br/>
        <w:t xml:space="preserve">And a silence fell </w:t>
      </w:r>
      <w:r>
        <w:rPr>
          <w:rFonts w:ascii="Times New Roman" w:hAnsi="Times New Roman"/>
          <w:b w:val="0"/>
          <w:i w:val="0"/>
          <w:color w:val="000000"/>
          <w:sz w:val="32"/>
        </w:rPr>
        <w:br/>
        <w:t>in the world of sounds.</w:t>
      </w:r>
    </w:p>
    <w:p>
      <w:pPr>
        <w:pStyle w:val="Song"/>
        <w:ind w:left="0" w:right="0" w:firstLine="0"/>
        <w:jc w:val="left"/>
      </w:pPr>
      <w:r>
        <w:rPr>
          <w:rFonts w:ascii="Times New Roman" w:hAnsi="Times New Roman"/>
          <w:b w:val="0"/>
          <w:i w:val="0"/>
          <w:color w:val="000000"/>
          <w:sz w:val="32"/>
        </w:rPr>
        <w:t>Paint, brush</w:t>
      </w:r>
      <w:r>
        <w:rPr>
          <w:rFonts w:ascii="Times New Roman" w:hAnsi="Times New Roman"/>
          <w:b w:val="0"/>
          <w:i w:val="0"/>
          <w:color w:val="000000"/>
          <w:sz w:val="32"/>
        </w:rPr>
        <w:br/>
        <w:t>whisper their song</w:t>
      </w:r>
      <w:r>
        <w:rPr>
          <w:rFonts w:ascii="Times New Roman" w:hAnsi="Times New Roman"/>
          <w:b w:val="0"/>
          <w:i w:val="0"/>
          <w:color w:val="000000"/>
          <w:sz w:val="32"/>
        </w:rPr>
        <w:br/>
        <w:t>To succeed somewhere</w:t>
      </w:r>
      <w:r>
        <w:rPr>
          <w:rFonts w:ascii="Times New Roman" w:hAnsi="Times New Roman"/>
          <w:b w:val="0"/>
          <w:i w:val="0"/>
          <w:color w:val="000000"/>
          <w:sz w:val="32"/>
        </w:rPr>
        <w:br/>
        <w:t>To succeed somehow.</w:t>
      </w:r>
    </w:p>
    <w:p>
      <w:pPr>
        <w:pStyle w:val="Song"/>
        <w:ind w:left="0" w:right="0" w:firstLine="0"/>
        <w:jc w:val="left"/>
      </w:pPr>
      <w:r>
        <w:rPr>
          <w:rFonts w:ascii="Times New Roman" w:hAnsi="Times New Roman"/>
          <w:b w:val="0"/>
          <w:i w:val="0"/>
          <w:color w:val="000000"/>
          <w:sz w:val="32"/>
        </w:rPr>
      </w:r>
      <w:r>
        <w:rPr>
          <w:rFonts w:ascii="Times New Roman" w:hAnsi="Times New Roman"/>
          <w:b w:val="0"/>
          <w:i/>
          <w:color w:val="000000"/>
          <w:sz w:val="32"/>
        </w:rPr>
      </w:r>
      <w:r>
        <w:rPr>
          <w:rFonts w:ascii="Times New Roman" w:hAnsi="Times New Roman"/>
          <w:b w:val="0"/>
          <w:i w:val="0"/>
          <w:color w:val="000000"/>
          <w:sz w:val="32"/>
        </w:rPr>
      </w:r>
      <w:r>
        <w:rPr>
          <w:rFonts w:ascii="Times New Roman" w:hAnsi="Times New Roman"/>
          <w:b w:val="0"/>
          <w:i w:val="0"/>
          <w:color w:val="000000"/>
          <w:sz w:val="32"/>
        </w:rPr>
        <w:t>So, here</w:t>
      </w:r>
      <w:r>
        <w:rPr>
          <w:rFonts w:ascii="Times New Roman" w:hAnsi="Times New Roman"/>
          <w:b w:val="0"/>
          <w:i w:val="0"/>
          <w:color w:val="000000"/>
          <w:sz w:val="32"/>
        </w:rPr>
        <w:br/>
        <w:t>Here, I stand</w:t>
      </w:r>
      <w:r>
        <w:rPr>
          <w:rFonts w:ascii="Times New Roman" w:hAnsi="Times New Roman"/>
          <w:b w:val="0"/>
          <w:i w:val="0"/>
          <w:color w:val="000000"/>
          <w:sz w:val="32"/>
        </w:rPr>
        <w:br/>
        <w:t>in this studio light</w:t>
      </w:r>
      <w:r>
        <w:rPr>
          <w:rFonts w:ascii="Times New Roman" w:hAnsi="Times New Roman"/>
          <w:b w:val="0"/>
          <w:i w:val="0"/>
          <w:color w:val="000000"/>
          <w:sz w:val="32"/>
        </w:rPr>
        <w:br/>
        <w:t>With the poppies red</w:t>
      </w:r>
      <w:r>
        <w:rPr>
          <w:rFonts w:ascii="Times New Roman" w:hAnsi="Times New Roman"/>
          <w:b w:val="0"/>
          <w:i w:val="0"/>
          <w:color w:val="000000"/>
          <w:sz w:val="32"/>
        </w:rPr>
        <w:br/>
        <w:t>California sky.</w:t>
      </w:r>
      <w:r>
        <w:rPr>
          <w:rFonts w:ascii="Times New Roman" w:hAnsi="Times New Roman"/>
          <w:b w:val="0"/>
          <w:i w:val="0"/>
          <w:color w:val="000000"/>
          <w:sz w:val="32"/>
        </w:rPr>
        <w:br/>
        <w:t xml:space="preserve">And uncertain </w:t>
      </w:r>
      <w:r>
        <w:rPr>
          <w:rFonts w:ascii="Times New Roman" w:hAnsi="Times New Roman"/>
          <w:b w:val="0"/>
          <w:i w:val="0"/>
          <w:color w:val="000000"/>
          <w:sz w:val="32"/>
        </w:rPr>
        <w:br/>
        <w:t xml:space="preserve">And uncertain </w:t>
      </w:r>
      <w:r>
        <w:rPr>
          <w:rFonts w:ascii="Times New Roman" w:hAnsi="Times New Roman"/>
          <w:b w:val="0"/>
          <w:i w:val="0"/>
          <w:color w:val="000000"/>
          <w:sz w:val="32"/>
        </w:rPr>
        <w:br/>
        <w:t>what will future bring.</w:t>
      </w:r>
    </w:p>
    <w:p>
      <w:pPr>
        <w:pStyle w:val="Song"/>
        <w:ind w:left="0" w:right="0" w:firstLine="0"/>
        <w:jc w:val="left"/>
      </w:pPr>
      <w:r>
        <w:rPr>
          <w:rFonts w:ascii="Times New Roman" w:hAnsi="Times New Roman"/>
          <w:b w:val="0"/>
          <w:i w:val="0"/>
          <w:color w:val="000000"/>
          <w:sz w:val="32"/>
        </w:rPr>
        <w:t xml:space="preserve">I, was </w:t>
      </w:r>
      <w:r>
        <w:rPr>
          <w:rFonts w:ascii="Times New Roman" w:hAnsi="Times New Roman"/>
          <w:b w:val="0"/>
          <w:i w:val="0"/>
          <w:color w:val="000000"/>
          <w:sz w:val="32"/>
        </w:rPr>
        <w:br/>
        <w:t>born in the heart</w:t>
      </w:r>
      <w:r>
        <w:rPr>
          <w:rFonts w:ascii="Times New Roman" w:hAnsi="Times New Roman"/>
          <w:b w:val="0"/>
          <w:i w:val="0"/>
          <w:color w:val="000000"/>
          <w:sz w:val="32"/>
        </w:rPr>
        <w:br/>
        <w:t>of the Philly town</w:t>
      </w:r>
      <w:r>
        <w:rPr>
          <w:rFonts w:ascii="Times New Roman" w:hAnsi="Times New Roman"/>
          <w:b w:val="0"/>
          <w:i w:val="0"/>
          <w:color w:val="000000"/>
          <w:sz w:val="32"/>
        </w:rPr>
        <w:br/>
        <w:t>in the world of sounds.</w:t>
      </w:r>
    </w:p>
    <w:p>
      <w:pPr>
        <w:pStyle w:val="StageDirection"/>
        <w:spacing w:before="60" w:after="100"/>
        <w:ind w:left="0" w:right="0" w:firstLine="0"/>
        <w:jc w:val="left"/>
      </w:pPr>
      <w:r>
        <w:rPr>
          <w:rFonts w:ascii="Times New Roman" w:hAnsi="Times New Roman"/>
          <w:b w:val="0"/>
          <w:i/>
          <w:color w:val="000000"/>
          <w:sz w:val="32"/>
        </w:rPr>
        <w:t>(Redmond looks away</w:t>
      </w:r>
      <w:r>
        <w:rPr>
          <w:rFonts w:ascii="Times New Roman" w:hAnsi="Times New Roman"/>
          <w:b w:val="0"/>
          <w:i/>
          <w:color w:val="000000"/>
          <w:sz w:val="32"/>
        </w:rPr>
        <w:t>, takes a few steps, head down</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(Pause)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So sorry</w:t>
      </w:r>
      <w:r>
        <w:rPr>
          <w:rFonts w:ascii="Times New Roman" w:hAnsi="Times New Roman"/>
          <w:b w:val="0"/>
          <w:i w:val="0"/>
          <w:color w:val="000000"/>
          <w:sz w:val="32"/>
        </w:rPr>
        <w:t>, Granville...</w:t>
      </w:r>
      <w:r>
        <w:rPr>
          <w:rFonts w:ascii="Times New Roman" w:hAnsi="Times New Roman"/>
          <w:b w:val="0"/>
          <w:i w:val="0"/>
          <w:color w:val="000000"/>
          <w:sz w:val="32"/>
        </w:rPr>
        <w:t xml:space="preserve"> </w:t>
      </w:r>
      <w:r>
        <w:rPr>
          <w:rFonts w:ascii="Times New Roman" w:hAnsi="Times New Roman"/>
          <w:b w:val="0"/>
          <w:i w:val="0"/>
          <w:color w:val="000000"/>
          <w:sz w:val="32"/>
        </w:rPr>
        <w:t xml:space="preserve">I remember </w:t>
      </w:r>
      <w:r>
        <w:rPr>
          <w:rFonts w:ascii="Times New Roman" w:hAnsi="Times New Roman"/>
          <w:b w:val="0"/>
          <w:i w:val="0"/>
          <w:color w:val="000000"/>
          <w:sz w:val="32"/>
        </w:rPr>
        <w:t>being</w:t>
      </w:r>
      <w:r>
        <w:rPr>
          <w:rFonts w:ascii="Times New Roman" w:hAnsi="Times New Roman"/>
          <w:b w:val="0"/>
          <w:i w:val="0"/>
          <w:color w:val="000000"/>
          <w:sz w:val="32"/>
        </w:rPr>
        <w:t xml:space="preserve"> </w:t>
      </w:r>
      <w:r>
        <w:rPr>
          <w:rFonts w:ascii="Times New Roman" w:hAnsi="Times New Roman"/>
          <w:b w:val="0"/>
          <w:i w:val="0"/>
          <w:color w:val="000000"/>
          <w:sz w:val="32"/>
        </w:rPr>
        <w:t>three</w:t>
      </w:r>
      <w:r>
        <w:rPr>
          <w:rFonts w:ascii="Times New Roman" w:hAnsi="Times New Roman"/>
          <w:b w:val="0"/>
          <w:i w:val="0"/>
          <w:color w:val="000000"/>
          <w:sz w:val="32"/>
        </w:rPr>
        <w:t xml:space="preserve">. </w:t>
      </w:r>
      <w:r>
        <w:rPr>
          <w:rFonts w:ascii="Times New Roman" w:hAnsi="Times New Roman"/>
          <w:b w:val="0"/>
          <w:i w:val="0"/>
          <w:color w:val="000000"/>
          <w:sz w:val="32"/>
        </w:rPr>
        <w:t>G</w:t>
      </w:r>
      <w:r>
        <w:rPr>
          <w:rFonts w:ascii="Times New Roman" w:hAnsi="Times New Roman"/>
          <w:b w:val="0"/>
          <w:i w:val="0"/>
          <w:color w:val="000000"/>
          <w:sz w:val="32"/>
        </w:rPr>
        <w:t>aunt little boy living in a tenement on East Lane, Walworth. Did you know?</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(Pause, emotionally spent, turns)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Of course.</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Ho</w:t>
      </w:r>
      <w:r>
        <w:rPr>
          <w:rFonts w:ascii="Times New Roman" w:hAnsi="Times New Roman"/>
          <w:b w:val="0"/>
          <w:i w:val="0"/>
          <w:color w:val="000000"/>
          <w:sz w:val="32"/>
        </w:rPr>
        <w:t>w’</w:t>
      </w:r>
      <w:r>
        <w:rPr>
          <w:rFonts w:ascii="Times New Roman" w:hAnsi="Times New Roman"/>
          <w:b w:val="0"/>
          <w:i w:val="0"/>
          <w:color w:val="000000"/>
          <w:sz w:val="32"/>
        </w:rPr>
        <w:t>d you know?</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R</w:t>
      </w:r>
      <w:r>
        <w:rPr>
          <w:rFonts w:ascii="Times New Roman" w:hAnsi="Times New Roman"/>
          <w:b w:val="0"/>
          <w:i w:val="0"/>
          <w:color w:val="000000"/>
          <w:sz w:val="32"/>
        </w:rPr>
        <w:t>ead about you.</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You do?</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w:t>
      </w:r>
      <w:r>
        <w:rPr>
          <w:rFonts w:ascii="Times New Roman" w:hAnsi="Times New Roman"/>
          <w:b w:val="0"/>
          <w:i w:val="0"/>
          <w:color w:val="000000"/>
          <w:sz w:val="32"/>
        </w:rPr>
        <w:t xml:space="preserve">ard not to. Newspapers, magazines — you’re everywhere.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 xml:space="preserve">on’t believe it all. There are some things...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You lived in an orphanage. </w:t>
      </w:r>
      <w:r>
        <w:rPr>
          <w:rFonts w:ascii="Times New Roman" w:hAnsi="Times New Roman"/>
          <w:b w:val="0"/>
          <w:i w:val="0"/>
          <w:color w:val="000000"/>
          <w:sz w:val="32"/>
        </w:rPr>
        <w:t>O</w:t>
      </w:r>
      <w:r>
        <w:rPr>
          <w:rFonts w:ascii="Times New Roman" w:hAnsi="Times New Roman"/>
          <w:b w:val="0"/>
          <w:i w:val="0"/>
          <w:color w:val="000000"/>
          <w:sz w:val="32"/>
        </w:rPr>
        <w:t>vercame a</w:t>
      </w:r>
      <w:r>
        <w:rPr>
          <w:rFonts w:ascii="Times New Roman" w:hAnsi="Times New Roman"/>
          <w:b w:val="0"/>
          <w:i w:val="0"/>
          <w:color w:val="000000"/>
          <w:sz w:val="32"/>
        </w:rPr>
        <w:t xml:space="preserve"> lot.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You </w:t>
      </w:r>
      <w:r>
        <w:rPr>
          <w:rFonts w:ascii="Times New Roman" w:hAnsi="Times New Roman"/>
          <w:b w:val="0"/>
          <w:i w:val="0"/>
          <w:color w:val="000000"/>
          <w:sz w:val="32"/>
        </w:rPr>
        <w:t>did</w:t>
      </w:r>
      <w:r>
        <w:rPr>
          <w:rFonts w:ascii="Times New Roman" w:hAnsi="Times New Roman"/>
          <w:b w:val="0"/>
          <w:i w:val="0"/>
          <w:color w:val="000000"/>
          <w:sz w:val="32"/>
        </w:rPr>
        <w:t>, too.  Did your family have a butler?</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A </w:t>
      </w:r>
      <w:r>
        <w:rPr>
          <w:rFonts w:ascii="Times New Roman" w:hAnsi="Times New Roman"/>
          <w:b w:val="0"/>
          <w:i/>
          <w:color w:val="000000"/>
          <w:sz w:val="32"/>
        </w:rPr>
        <w:t>butler?</w:t>
      </w:r>
      <w:r>
        <w:rPr>
          <w:rFonts w:ascii="Times New Roman" w:hAnsi="Times New Roman"/>
          <w:b w:val="0"/>
          <w:i w:val="0"/>
          <w:color w:val="000000"/>
          <w:sz w:val="32"/>
        </w:rPr>
        <w:t xml:space="preserve">  </w:t>
      </w:r>
      <w:r>
        <w:rPr>
          <w:rFonts w:ascii="Times New Roman" w:hAnsi="Times New Roman"/>
          <w:b w:val="0"/>
          <w:i/>
          <w:color w:val="000000"/>
          <w:sz w:val="32"/>
        </w:rPr>
        <w:t xml:space="preserve">My family?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Just curious. Your family had some money.</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E</w:t>
      </w:r>
      <w:r>
        <w:rPr>
          <w:rFonts w:ascii="Times New Roman" w:hAnsi="Times New Roman"/>
          <w:b w:val="0"/>
          <w:i w:val="0"/>
          <w:color w:val="000000"/>
          <w:sz w:val="32"/>
        </w:rPr>
        <w:t xml:space="preserve">nough to get by, but a </w:t>
      </w:r>
      <w:r>
        <w:rPr>
          <w:rFonts w:ascii="Times New Roman" w:hAnsi="Times New Roman"/>
          <w:b w:val="0"/>
          <w:i/>
          <w:color w:val="000000"/>
          <w:sz w:val="32"/>
        </w:rPr>
        <w:t xml:space="preserve">butler?  </w:t>
      </w:r>
      <w:r>
        <w:rPr>
          <w:rFonts w:ascii="Times New Roman" w:hAnsi="Times New Roman"/>
          <w:b w:val="0"/>
          <w:i w:val="0"/>
          <w:color w:val="000000"/>
          <w:sz w:val="32"/>
        </w:rPr>
        <w:t>Why do you ask?</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Well</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(Lighting change.)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Gottardo, Chaplin has offered me </w:t>
      </w:r>
      <w:r>
        <w:rPr>
          <w:rFonts w:ascii="Times New Roman" w:hAnsi="Times New Roman"/>
          <w:b w:val="0"/>
          <w:i w:val="0"/>
          <w:color w:val="000000"/>
          <w:sz w:val="32"/>
        </w:rPr>
        <w:t>a movie</w:t>
      </w:r>
      <w:r>
        <w:rPr>
          <w:rFonts w:ascii="Times New Roman" w:hAnsi="Times New Roman"/>
          <w:b w:val="0"/>
          <w:i w:val="0"/>
          <w:color w:val="000000"/>
          <w:sz w:val="32"/>
        </w:rPr>
        <w:t xml:space="preserve"> role </w:t>
      </w:r>
      <w:r>
        <w:rPr>
          <w:rFonts w:ascii="Times New Roman" w:hAnsi="Times New Roman"/>
          <w:b w:val="0"/>
          <w:i w:val="0"/>
          <w:color w:val="000000"/>
          <w:sz w:val="32"/>
        </w:rPr>
        <w:t xml:space="preserve">as a </w:t>
      </w:r>
      <w:r>
        <w:rPr>
          <w:rFonts w:ascii="Times New Roman" w:hAnsi="Times New Roman"/>
          <w:b w:val="0"/>
          <w:i/>
          <w:color w:val="000000"/>
          <w:sz w:val="32"/>
        </w:rPr>
        <w:t>butler</w:t>
      </w:r>
      <w:r>
        <w:rPr>
          <w:rFonts w:ascii="Times New Roman" w:hAnsi="Times New Roman"/>
          <w:b w:val="0"/>
          <w:i/>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I said no, but he persisted.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Why won’t you</w:t>
      </w:r>
      <w:r>
        <w:rPr>
          <w:rFonts w:ascii="Times New Roman" w:hAnsi="Times New Roman"/>
          <w:b w:val="0"/>
          <w:i w:val="0"/>
          <w:color w:val="000000"/>
          <w:sz w:val="32"/>
        </w:rPr>
        <w:t xml:space="preserve"> — </w:t>
      </w:r>
      <w:r>
        <w:rPr>
          <w:rFonts w:ascii="Times New Roman" w:hAnsi="Times New Roman"/>
          <w:b w:val="0"/>
          <w:i w:val="0"/>
          <w:color w:val="000000"/>
          <w:sz w:val="32"/>
        </w:rPr>
        <w:t>C</w:t>
      </w:r>
      <w:r>
        <w:rPr>
          <w:rFonts w:ascii="Times New Roman" w:hAnsi="Times New Roman"/>
          <w:b w:val="0"/>
          <w:i w:val="0"/>
          <w:color w:val="000000"/>
          <w:sz w:val="32"/>
        </w:rPr>
        <w:t>lass issu</w:t>
      </w:r>
      <w:r>
        <w:rPr>
          <w:rFonts w:ascii="Times New Roman" w:hAnsi="Times New Roman"/>
          <w:b w:val="0"/>
          <w:i w:val="0"/>
          <w:color w:val="000000"/>
          <w:sz w:val="32"/>
        </w:rPr>
        <w:t>e?</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R</w:t>
      </w:r>
      <w:r>
        <w:rPr>
          <w:rFonts w:ascii="Times New Roman" w:hAnsi="Times New Roman"/>
          <w:b w:val="0"/>
          <w:i/>
          <w:color w:val="000000"/>
          <w:sz w:val="32"/>
        </w:rPr>
        <w:t>edmond shakes head.)</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You</w:t>
      </w:r>
      <w:r>
        <w:rPr>
          <w:rFonts w:ascii="Times New Roman" w:hAnsi="Times New Roman"/>
          <w:b w:val="0"/>
          <w:i w:val="0"/>
          <w:color w:val="000000"/>
          <w:sz w:val="32"/>
        </w:rPr>
        <w:t xml:space="preserve">’d rather </w:t>
      </w:r>
      <w:r>
        <w:rPr>
          <w:rFonts w:ascii="Times New Roman" w:hAnsi="Times New Roman"/>
          <w:b w:val="0"/>
          <w:i w:val="0"/>
          <w:color w:val="000000"/>
          <w:sz w:val="32"/>
        </w:rPr>
        <w:t xml:space="preserve">play </w:t>
      </w:r>
      <w:r>
        <w:rPr>
          <w:rFonts w:ascii="Times New Roman" w:hAnsi="Times New Roman"/>
          <w:b w:val="0"/>
          <w:i w:val="0"/>
          <w:color w:val="000000"/>
          <w:sz w:val="32"/>
        </w:rPr>
        <w:t>a</w:t>
      </w:r>
      <w:r>
        <w:rPr>
          <w:rFonts w:ascii="Times New Roman" w:hAnsi="Times New Roman"/>
          <w:b w:val="0"/>
          <w:i w:val="0"/>
          <w:color w:val="000000"/>
          <w:sz w:val="32"/>
        </w:rPr>
        <w:t xml:space="preserve"> cop —</w:t>
      </w:r>
      <w:r>
        <w:rPr>
          <w:rFonts w:ascii="Times New Roman" w:hAnsi="Times New Roman"/>
          <w:b w:val="0"/>
          <w:i w:val="0"/>
          <w:color w:val="000000"/>
          <w:sz w:val="32"/>
        </w:rPr>
        <w:t xml:space="preserve"> </w:t>
      </w:r>
      <w:r>
        <w:rPr>
          <w:rFonts w:ascii="Times New Roman" w:hAnsi="Times New Roman"/>
          <w:b w:val="0"/>
          <w:i w:val="0"/>
          <w:color w:val="000000"/>
          <w:sz w:val="32"/>
        </w:rPr>
        <w:t>that’s</w:t>
      </w:r>
      <w:r>
        <w:rPr>
          <w:rFonts w:ascii="Times New Roman" w:hAnsi="Times New Roman"/>
          <w:b w:val="0"/>
          <w:i w:val="0"/>
          <w:color w:val="000000"/>
          <w:sz w:val="32"/>
        </w:rPr>
        <w:t xml:space="preserve"> it</w:t>
      </w:r>
      <w:r>
        <w:rPr>
          <w:rFonts w:ascii="Times New Roman" w:hAnsi="Times New Roman"/>
          <w:b w:val="0"/>
          <w:i w:val="0"/>
          <w:color w:val="000000"/>
          <w:sz w:val="32"/>
        </w:rPr>
        <w:t>?</w:t>
      </w:r>
    </w:p>
    <w:p>
      <w:pPr>
        <w:pStyle w:val="StageDirection"/>
        <w:spacing w:before="60" w:after="100"/>
        <w:ind w:left="0" w:right="0" w:firstLine="0"/>
        <w:jc w:val="left"/>
      </w:pPr>
      <w:r>
        <w:rPr>
          <w:rFonts w:ascii="Times New Roman" w:hAnsi="Times New Roman"/>
          <w:b w:val="0"/>
          <w:i/>
          <w:color w:val="000000"/>
          <w:sz w:val="32"/>
        </w:rPr>
        <w:t>(Redmond shakes head.)</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(Turns away, makes frustrated sign, turns back)</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The supervisor?</w:t>
      </w:r>
    </w:p>
    <w:p>
      <w:pPr>
        <w:pStyle w:val="StageDirection"/>
        <w:spacing w:before="60" w:after="100"/>
        <w:ind w:left="0" w:right="0" w:firstLine="0"/>
        <w:jc w:val="left"/>
      </w:pPr>
      <w:r>
        <w:rPr>
          <w:rFonts w:ascii="Times New Roman" w:hAnsi="Times New Roman"/>
          <w:b w:val="0"/>
          <w:i/>
          <w:color w:val="000000"/>
          <w:sz w:val="32"/>
        </w:rPr>
        <w:t>(Redmond more vigorously shakes head.)</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P</w:t>
      </w:r>
      <w:r>
        <w:rPr>
          <w:rFonts w:ascii="Times New Roman" w:hAnsi="Times New Roman"/>
          <w:b w:val="0"/>
          <w:i w:val="0"/>
          <w:color w:val="000000"/>
          <w:sz w:val="32"/>
        </w:rPr>
        <w:t>lay the butler!</w:t>
      </w:r>
    </w:p>
    <w:p>
      <w:pPr>
        <w:pStyle w:val="StageDirection"/>
        <w:spacing w:before="60" w:after="100"/>
        <w:ind w:left="0" w:right="0" w:firstLine="0"/>
        <w:jc w:val="left"/>
      </w:pPr>
      <w:r>
        <w:rPr>
          <w:rFonts w:ascii="Times New Roman" w:hAnsi="Times New Roman"/>
          <w:b w:val="0"/>
          <w:i/>
          <w:color w:val="000000"/>
          <w:sz w:val="32"/>
        </w:rPr>
        <w:t xml:space="preserve">(Redmond more vigorously shakes head and </w:t>
      </w:r>
      <w:r>
        <w:rPr>
          <w:rFonts w:ascii="Times New Roman" w:hAnsi="Times New Roman"/>
          <w:b w:val="0"/>
          <w:i/>
          <w:color w:val="000000"/>
          <w:sz w:val="32"/>
        </w:rPr>
        <w:t xml:space="preserve">also </w:t>
      </w:r>
      <w:r>
        <w:rPr>
          <w:rFonts w:ascii="Times New Roman" w:hAnsi="Times New Roman"/>
          <w:b w:val="0"/>
          <w:i/>
          <w:color w:val="000000"/>
          <w:sz w:val="32"/>
        </w:rPr>
        <w:t>signs</w:t>
      </w:r>
      <w:r>
        <w:rPr>
          <w:rFonts w:ascii="Times New Roman" w:hAnsi="Times New Roman"/>
          <w:b w:val="0"/>
          <w:i/>
          <w:color w:val="000000"/>
          <w:sz w:val="32"/>
        </w:rPr>
        <w:t>.</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Do it!</w:t>
      </w:r>
    </w:p>
    <w:p>
      <w:pPr>
        <w:pStyle w:val="StageDirection"/>
        <w:spacing w:before="60" w:after="100"/>
        <w:ind w:left="0" w:right="0" w:firstLine="0"/>
        <w:jc w:val="left"/>
      </w:pPr>
      <w:r>
        <w:rPr>
          <w:rFonts w:ascii="Times New Roman" w:hAnsi="Times New Roman"/>
          <w:b w:val="0"/>
          <w:i/>
          <w:color w:val="000000"/>
          <w:sz w:val="32"/>
        </w:rPr>
        <w:t xml:space="preserve">(Redmond </w:t>
      </w:r>
      <w:r>
        <w:rPr>
          <w:rFonts w:ascii="Times New Roman" w:hAnsi="Times New Roman"/>
          <w:b w:val="0"/>
          <w:i/>
          <w:color w:val="000000"/>
          <w:sz w:val="32"/>
        </w:rPr>
        <w:t xml:space="preserve">dramatically </w:t>
      </w:r>
      <w:r>
        <w:rPr>
          <w:rFonts w:ascii="Times New Roman" w:hAnsi="Times New Roman"/>
          <w:b w:val="0"/>
          <w:i/>
          <w:color w:val="000000"/>
          <w:sz w:val="32"/>
        </w:rPr>
        <w:t>shoves his hands deep into his pockets — effectively “sealing his lips’’ — and glowers.)</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(Pause)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w:t>
      </w:r>
      <w:r>
        <w:rPr>
          <w:rFonts w:ascii="Times New Roman" w:hAnsi="Times New Roman"/>
          <w:b w:val="0"/>
          <w:i w:val="0"/>
          <w:color w:val="000000"/>
          <w:sz w:val="32"/>
        </w:rPr>
        <w:t>he silent treatment</w:t>
      </w:r>
      <w:r>
        <w:rPr>
          <w:rFonts w:ascii="Times New Roman" w:hAnsi="Times New Roman"/>
          <w:b w:val="0"/>
          <w:i w:val="0"/>
          <w:color w:val="000000"/>
          <w:sz w:val="32"/>
        </w:rPr>
        <w:t xml:space="preserve"> again</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H</w:t>
      </w:r>
      <w:r>
        <w:rPr>
          <w:rFonts w:ascii="Times New Roman" w:hAnsi="Times New Roman"/>
          <w:b w:val="0"/>
          <w:i w:val="0"/>
          <w:color w:val="000000"/>
          <w:sz w:val="32"/>
        </w:rPr>
        <w:t xml:space="preserve">ow ridiculous you look — sulking like </w:t>
      </w:r>
      <w:r>
        <w:rPr>
          <w:rFonts w:ascii="Times New Roman" w:hAnsi="Times New Roman"/>
          <w:b w:val="0"/>
          <w:i w:val="0"/>
          <w:color w:val="000000"/>
          <w:sz w:val="32"/>
        </w:rPr>
        <w:t>a child</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(Considers not responding, but instead pulls his hands free and signs)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Learned</w:t>
      </w:r>
      <w:r>
        <w:rPr>
          <w:rFonts w:ascii="Times New Roman" w:hAnsi="Times New Roman"/>
          <w:b w:val="0"/>
          <w:i w:val="0"/>
          <w:color w:val="000000"/>
          <w:sz w:val="32"/>
        </w:rPr>
        <w:t xml:space="preserve"> </w:t>
      </w:r>
      <w:r>
        <w:rPr>
          <w:rFonts w:ascii="Times New Roman" w:hAnsi="Times New Roman"/>
          <w:b w:val="0"/>
          <w:i w:val="0"/>
          <w:color w:val="000000"/>
          <w:sz w:val="32"/>
        </w:rPr>
        <w:t>it</w:t>
      </w:r>
      <w:r>
        <w:rPr>
          <w:rFonts w:ascii="Times New Roman" w:hAnsi="Times New Roman"/>
          <w:b w:val="0"/>
          <w:i w:val="0"/>
          <w:color w:val="000000"/>
          <w:sz w:val="32"/>
        </w:rPr>
        <w:t xml:space="preserve"> watching </w:t>
      </w:r>
      <w:r>
        <w:rPr>
          <w:rFonts w:ascii="Times New Roman" w:hAnsi="Times New Roman"/>
          <w:b w:val="0"/>
          <w:i w:val="0"/>
          <w:color w:val="000000"/>
          <w:sz w:val="32"/>
        </w:rPr>
        <w:t>your moving</w:t>
      </w:r>
      <w:r>
        <w:rPr>
          <w:rFonts w:ascii="Times New Roman" w:hAnsi="Times New Roman"/>
          <w:b w:val="0"/>
          <w:i w:val="0"/>
          <w:color w:val="000000"/>
          <w:sz w:val="32"/>
        </w:rPr>
        <w:t xml:space="preserve"> pictures.</w:t>
      </w:r>
    </w:p>
    <w:p>
      <w:pPr>
        <w:pStyle w:val="StageDirection"/>
        <w:spacing w:before="60" w:after="100"/>
        <w:ind w:left="0" w:right="0" w:firstLine="0"/>
        <w:jc w:val="left"/>
      </w:pPr>
      <w:r>
        <w:rPr>
          <w:rFonts w:ascii="Times New Roman" w:hAnsi="Times New Roman"/>
          <w:b w:val="0"/>
          <w:i/>
          <w:color w:val="000000"/>
          <w:sz w:val="32"/>
        </w:rPr>
        <w:t>(Then jams his hands back into his pockets.)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w:t>
      </w:r>
      <w:r>
        <w:rPr>
          <w:rFonts w:ascii="Times New Roman" w:hAnsi="Times New Roman"/>
          <w:b w:val="0"/>
          <w:i w:val="0"/>
          <w:color w:val="000000"/>
          <w:sz w:val="32"/>
        </w:rPr>
        <w:t>wo can play this game.</w:t>
      </w:r>
    </w:p>
    <w:p>
      <w:pPr>
        <w:pStyle w:val="StageDirection"/>
        <w:spacing w:before="60" w:after="100"/>
        <w:ind w:left="0" w:right="0" w:firstLine="0"/>
        <w:jc w:val="left"/>
      </w:pPr>
      <w:r>
        <w:rPr>
          <w:rFonts w:ascii="Times New Roman" w:hAnsi="Times New Roman"/>
          <w:b w:val="0"/>
          <w:i/>
          <w:color w:val="000000"/>
          <w:sz w:val="32"/>
        </w:rPr>
        <w:t xml:space="preserve">(Chaplin shoves his hands into his </w:t>
      </w:r>
      <w:r>
        <w:rPr>
          <w:rFonts w:ascii="Times New Roman" w:hAnsi="Times New Roman"/>
          <w:b w:val="0"/>
          <w:i/>
          <w:color w:val="000000"/>
          <w:sz w:val="32"/>
        </w:rPr>
        <w:t>pockets and</w:t>
      </w:r>
      <w:r>
        <w:rPr>
          <w:rFonts w:ascii="Times New Roman" w:hAnsi="Times New Roman"/>
          <w:b w:val="0"/>
          <w:i/>
          <w:color w:val="000000"/>
          <w:sz w:val="32"/>
        </w:rPr>
        <w:t xml:space="preserve"> purses his lips.)</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 xml:space="preserve">They glare at each other, hands </w:t>
      </w:r>
      <w:r>
        <w:rPr>
          <w:rFonts w:ascii="Times New Roman" w:hAnsi="Times New Roman"/>
          <w:b w:val="0"/>
          <w:i/>
          <w:color w:val="000000"/>
          <w:sz w:val="32"/>
        </w:rPr>
        <w:t>jammed forcefully</w:t>
      </w:r>
      <w:r>
        <w:rPr>
          <w:rFonts w:ascii="Times New Roman" w:hAnsi="Times New Roman"/>
          <w:b w:val="0"/>
          <w:i/>
          <w:color w:val="000000"/>
          <w:sz w:val="32"/>
        </w:rPr>
        <w:t xml:space="preserve"> into their pockets. Redmond </w:t>
      </w:r>
      <w:r>
        <w:rPr>
          <w:rFonts w:ascii="Times New Roman" w:hAnsi="Times New Roman"/>
          <w:b w:val="0"/>
          <w:i/>
          <w:color w:val="000000"/>
          <w:sz w:val="32"/>
        </w:rPr>
        <w:t>paces, Chaplin</w:t>
      </w:r>
      <w:r>
        <w:rPr>
          <w:rFonts w:ascii="Times New Roman" w:hAnsi="Times New Roman"/>
          <w:b w:val="0"/>
          <w:i/>
          <w:color w:val="000000"/>
          <w:sz w:val="32"/>
        </w:rPr>
        <w:t xml:space="preserve"> watches, then whistles a tune, </w:t>
      </w:r>
      <w:r>
        <w:rPr>
          <w:rFonts w:ascii="Times New Roman" w:hAnsi="Times New Roman"/>
          <w:b w:val="0"/>
          <w:i/>
          <w:color w:val="000000"/>
          <w:sz w:val="32"/>
        </w:rPr>
        <w:t>rising on</w:t>
      </w:r>
      <w:r>
        <w:rPr>
          <w:rFonts w:ascii="Times New Roman" w:hAnsi="Times New Roman"/>
          <w:b w:val="0"/>
          <w:i/>
          <w:color w:val="000000"/>
          <w:sz w:val="32"/>
        </w:rPr>
        <w:t xml:space="preserve"> his toes.)</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Redmond</w:t>
      </w:r>
      <w:r>
        <w:rPr>
          <w:rFonts w:ascii="Times New Roman" w:hAnsi="Times New Roman"/>
          <w:b w:val="0"/>
          <w:i/>
          <w:color w:val="000000"/>
          <w:sz w:val="32"/>
        </w:rPr>
        <w:t xml:space="preserve"> pantomimes whistling, making it appear as absurd as he can, rising on his toes, doing it in a way as to make it appear slightly affected.)</w:t>
      </w:r>
    </w:p>
    <w:p>
      <w:pPr>
        <w:pStyle w:val="StageDirection"/>
        <w:spacing w:before="60" w:after="100"/>
        <w:ind w:left="0" w:right="0" w:firstLine="0"/>
        <w:jc w:val="left"/>
      </w:pPr>
      <w:r>
        <w:rPr>
          <w:rFonts w:ascii="Times New Roman" w:hAnsi="Times New Roman"/>
          <w:b w:val="0"/>
          <w:i/>
          <w:color w:val="000000"/>
          <w:sz w:val="32"/>
        </w:rPr>
        <w:t xml:space="preserve">(Chaplin stops whistling, </w:t>
      </w:r>
      <w:r>
        <w:rPr>
          <w:rFonts w:ascii="Times New Roman" w:hAnsi="Times New Roman"/>
          <w:b w:val="0"/>
          <w:i/>
          <w:color w:val="000000"/>
          <w:sz w:val="32"/>
        </w:rPr>
        <w:t xml:space="preserve">can’t </w:t>
      </w:r>
      <w:r>
        <w:rPr>
          <w:rFonts w:ascii="Times New Roman" w:hAnsi="Times New Roman"/>
          <w:b w:val="0"/>
          <w:i/>
          <w:color w:val="000000"/>
          <w:sz w:val="32"/>
        </w:rPr>
        <w:t xml:space="preserve">make himself stop rising on his toes without a sudden, violent </w:t>
      </w:r>
      <w:r>
        <w:rPr>
          <w:rFonts w:ascii="Times New Roman" w:hAnsi="Times New Roman"/>
          <w:b w:val="0"/>
          <w:i/>
          <w:color w:val="000000"/>
          <w:sz w:val="32"/>
        </w:rPr>
        <w:t>action, which</w:t>
      </w:r>
      <w:r>
        <w:rPr>
          <w:rFonts w:ascii="Times New Roman" w:hAnsi="Times New Roman"/>
          <w:b w:val="0"/>
          <w:i/>
          <w:color w:val="000000"/>
          <w:sz w:val="32"/>
        </w:rPr>
        <w:t xml:space="preserve"> throws him slightly off balance.)</w:t>
      </w:r>
    </w:p>
    <w:p>
      <w:pPr>
        <w:pStyle w:val="StageDirection"/>
        <w:spacing w:before="60" w:after="100"/>
        <w:ind w:left="0" w:right="0" w:firstLine="0"/>
        <w:jc w:val="left"/>
      </w:pPr>
      <w:r>
        <w:rPr>
          <w:rFonts w:ascii="Times New Roman" w:hAnsi="Times New Roman"/>
          <w:b w:val="0"/>
          <w:i/>
          <w:color w:val="000000"/>
          <w:sz w:val="32"/>
        </w:rPr>
        <w:t xml:space="preserve">(Redmond grins triumphantly, but </w:t>
      </w:r>
      <w:r>
        <w:rPr>
          <w:rFonts w:ascii="Times New Roman" w:hAnsi="Times New Roman"/>
          <w:b w:val="0"/>
          <w:i/>
          <w:color w:val="000000"/>
          <w:sz w:val="32"/>
        </w:rPr>
        <w:t xml:space="preserve">doesn’t </w:t>
      </w:r>
      <w:r>
        <w:rPr>
          <w:rFonts w:ascii="Times New Roman" w:hAnsi="Times New Roman"/>
          <w:b w:val="0"/>
          <w:i/>
          <w:color w:val="000000"/>
          <w:sz w:val="32"/>
        </w:rPr>
        <w:t xml:space="preserve">get much satisfaction from </w:t>
      </w:r>
      <w:r>
        <w:rPr>
          <w:rFonts w:ascii="Times New Roman" w:hAnsi="Times New Roman"/>
          <w:b w:val="0"/>
          <w:i/>
          <w:color w:val="000000"/>
          <w:sz w:val="32"/>
        </w:rPr>
        <w:t>it</w:t>
      </w:r>
      <w:r>
        <w:rPr>
          <w:rFonts w:ascii="Times New Roman" w:hAnsi="Times New Roman"/>
          <w:b w:val="0"/>
          <w:i/>
          <w:color w:val="000000"/>
          <w:sz w:val="32"/>
        </w:rPr>
        <w:t>. He paces back and forth, then suddenly yanks his hands from his pockets.)</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(Signs angrily)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Oh — OK!  I’ll play the —</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(He signs fitfully.)</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w:t>
      </w:r>
      <w:r>
        <w:rPr>
          <w:rFonts w:ascii="Times New Roman" w:hAnsi="Times New Roman"/>
          <w:b w:val="0"/>
          <w:i w:val="0"/>
          <w:color w:val="000000"/>
          <w:sz w:val="32"/>
        </w:rPr>
        <w:t>y, the</w:t>
      </w:r>
      <w:r>
        <w:rPr>
          <w:rFonts w:ascii="Times New Roman" w:hAnsi="Times New Roman"/>
          <w:b w:val="0"/>
          <w:i w:val="0"/>
          <w:color w:val="000000"/>
          <w:sz w:val="32"/>
        </w:rPr>
        <w:t xml:space="preserve"> language.</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(Concluding)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 </w:t>
      </w:r>
      <w:r>
        <w:rPr>
          <w:rFonts w:ascii="Times New Roman" w:hAnsi="Times New Roman"/>
          <w:b w:val="0"/>
          <w:i/>
          <w:color w:val="000000"/>
          <w:sz w:val="32"/>
        </w:rPr>
        <w:t>butler!</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(Continuing letter)</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 tell you, Piazzoni, he’s a bulldog!... Speaking of, he’s cast me in another film. “A Dog’s Life.’’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I </w:t>
      </w:r>
      <w:r>
        <w:rPr>
          <w:rFonts w:ascii="Times New Roman" w:hAnsi="Times New Roman"/>
          <w:b w:val="0"/>
          <w:i w:val="0"/>
          <w:color w:val="000000"/>
          <w:sz w:val="32"/>
        </w:rPr>
        <w:t xml:space="preserve">would </w:t>
      </w:r>
      <w:r>
        <w:rPr>
          <w:rFonts w:ascii="Times New Roman" w:hAnsi="Times New Roman"/>
          <w:b w:val="0"/>
          <w:i w:val="0"/>
          <w:color w:val="000000"/>
          <w:sz w:val="32"/>
        </w:rPr>
        <w:t>play</w:t>
      </w:r>
      <w:r>
        <w:rPr>
          <w:rFonts w:ascii="Times New Roman" w:hAnsi="Times New Roman"/>
          <w:b w:val="0"/>
          <w:i/>
          <w:color w:val="000000"/>
          <w:sz w:val="32"/>
        </w:rPr>
        <w:t xml:space="preserve"> </w:t>
      </w:r>
      <w:r>
        <w:rPr>
          <w:rFonts w:ascii="Times New Roman" w:hAnsi="Times New Roman"/>
          <w:b w:val="0"/>
          <w:i w:val="0"/>
          <w:color w:val="000000"/>
          <w:sz w:val="32"/>
        </w:rPr>
        <w:t>what?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K</w:t>
      </w:r>
      <w:r>
        <w:rPr>
          <w:rFonts w:ascii="Times New Roman" w:hAnsi="Times New Roman"/>
          <w:b w:val="0"/>
          <w:i w:val="0"/>
          <w:color w:val="000000"/>
          <w:sz w:val="32"/>
        </w:rPr>
        <w:t>eeper of a dance hall.</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And I...?</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Ke</w:t>
      </w:r>
      <w:r>
        <w:rPr>
          <w:rFonts w:ascii="Times New Roman" w:hAnsi="Times New Roman"/>
          <w:b w:val="0"/>
          <w:i w:val="0"/>
          <w:color w:val="000000"/>
          <w:sz w:val="32"/>
        </w:rPr>
        <w:t>e</w:t>
      </w:r>
      <w:r>
        <w:rPr>
          <w:rFonts w:ascii="Times New Roman" w:hAnsi="Times New Roman"/>
          <w:b w:val="0"/>
          <w:i w:val="0"/>
          <w:color w:val="000000"/>
          <w:sz w:val="32"/>
        </w:rPr>
        <w:t>p the</w:t>
      </w:r>
      <w:r>
        <w:rPr>
          <w:rFonts w:ascii="Times New Roman" w:hAnsi="Times New Roman"/>
          <w:b w:val="0"/>
          <w:i w:val="0"/>
          <w:color w:val="000000"/>
          <w:sz w:val="32"/>
        </w:rPr>
        <w:t xml:space="preserve"> dance hall.</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E</w:t>
      </w:r>
      <w:r>
        <w:rPr>
          <w:rFonts w:ascii="Times New Roman" w:hAnsi="Times New Roman"/>
          <w:b w:val="0"/>
          <w:i w:val="0"/>
          <w:color w:val="000000"/>
          <w:sz w:val="32"/>
        </w:rPr>
        <w:t>mpathy for my character?</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Just the dog — and the Little Fellow, naturally.</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Naturally.</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After all, if he doesn’t like the dog — </w:t>
      </w:r>
      <w:r>
        <w:rPr>
          <w:rFonts w:ascii="Times New Roman" w:hAnsi="Times New Roman"/>
          <w:b w:val="0"/>
          <w:i/>
          <w:color w:val="000000"/>
          <w:sz w:val="32"/>
        </w:rPr>
        <w:t>or</w:t>
      </w:r>
      <w:r>
        <w:rPr>
          <w:rFonts w:ascii="Times New Roman" w:hAnsi="Times New Roman"/>
          <w:b w:val="0"/>
          <w:i w:val="0"/>
          <w:color w:val="000000"/>
          <w:sz w:val="32"/>
        </w:rPr>
        <w:t xml:space="preserve"> </w:t>
      </w:r>
      <w:r>
        <w:rPr>
          <w:rFonts w:ascii="Times New Roman" w:hAnsi="Times New Roman"/>
          <w:b w:val="0"/>
          <w:i/>
          <w:color w:val="000000"/>
          <w:sz w:val="32"/>
        </w:rPr>
        <w:t>the Little Fellow!</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(Thoughtfully)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He’s a real bastard then?</w:t>
      </w:r>
    </w:p>
    <w:p>
      <w:pPr>
        <w:pStyle w:val="StageDirection"/>
        <w:spacing w:before="60" w:after="100"/>
        <w:ind w:left="0" w:right="0" w:firstLine="0"/>
        <w:jc w:val="left"/>
      </w:pPr>
      <w:r>
        <w:rPr>
          <w:rFonts w:ascii="Times New Roman" w:hAnsi="Times New Roman"/>
          <w:b w:val="0"/>
          <w:i/>
          <w:color w:val="000000"/>
          <w:sz w:val="32"/>
        </w:rPr>
        <w:t xml:space="preserve">(Chaplin nods </w:t>
      </w:r>
      <w:r>
        <w:rPr>
          <w:rFonts w:ascii="Times New Roman" w:hAnsi="Times New Roman"/>
          <w:b w:val="0"/>
          <w:i/>
          <w:color w:val="000000"/>
          <w:sz w:val="32"/>
        </w:rPr>
        <w:t>hesitantly</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(Musing, smiling)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Well, </w:t>
      </w:r>
      <w:r>
        <w:rPr>
          <w:rFonts w:ascii="Times New Roman" w:hAnsi="Times New Roman"/>
          <w:b w:val="0"/>
          <w:i w:val="0"/>
          <w:color w:val="000000"/>
          <w:sz w:val="32"/>
        </w:rPr>
        <w:t xml:space="preserve">well, </w:t>
      </w:r>
      <w:r>
        <w:rPr>
          <w:rFonts w:ascii="Times New Roman" w:hAnsi="Times New Roman"/>
          <w:b w:val="0"/>
          <w:i w:val="0"/>
          <w:color w:val="000000"/>
          <w:sz w:val="32"/>
        </w:rPr>
        <w:t xml:space="preserve">a real bastard — </w:t>
      </w:r>
      <w:r>
        <w:rPr>
          <w:rFonts w:ascii="Times New Roman" w:hAnsi="Times New Roman"/>
          <w:b w:val="0"/>
          <w:i w:val="0"/>
          <w:color w:val="000000"/>
          <w:sz w:val="32"/>
        </w:rPr>
        <w:t xml:space="preserve">I’ll do it! </w:t>
      </w:r>
    </w:p>
    <w:p>
      <w:pPr>
        <w:pStyle w:val="StageDirection"/>
        <w:spacing w:before="60" w:after="100"/>
        <w:ind w:left="0" w:right="0" w:firstLine="0"/>
        <w:jc w:val="left"/>
      </w:pPr>
      <w:r>
        <w:rPr>
          <w:rFonts w:ascii="Times New Roman" w:hAnsi="Times New Roman"/>
          <w:b w:val="0"/>
          <w:i/>
          <w:color w:val="000000"/>
          <w:sz w:val="32"/>
        </w:rPr>
        <w:t xml:space="preserve">(Music. </w:t>
      </w:r>
      <w:r>
        <w:rPr>
          <w:rFonts w:ascii="Times New Roman" w:hAnsi="Times New Roman"/>
          <w:b w:val="0"/>
          <w:i/>
          <w:color w:val="000000"/>
          <w:sz w:val="32"/>
        </w:rPr>
        <w:t xml:space="preserve">Under soft lighting </w:t>
      </w:r>
      <w:r>
        <w:rPr>
          <w:rFonts w:ascii="Times New Roman" w:hAnsi="Times New Roman"/>
          <w:b w:val="0"/>
          <w:i/>
          <w:color w:val="000000"/>
          <w:sz w:val="32"/>
        </w:rPr>
        <w:t>Redmond grins and breaks into a soft shoe.)</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(Surprised)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No argument?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(Continuing his soft shoe)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Well </w:t>
      </w:r>
      <w:r>
        <w:rPr>
          <w:rFonts w:ascii="Times New Roman" w:hAnsi="Times New Roman"/>
          <w:b w:val="0"/>
          <w:i/>
          <w:color w:val="000000"/>
          <w:sz w:val="32"/>
        </w:rPr>
        <w:t xml:space="preserve">... </w:t>
      </w:r>
      <w:r>
        <w:rPr>
          <w:rFonts w:ascii="Times New Roman" w:hAnsi="Times New Roman"/>
          <w:b w:val="0"/>
          <w:i/>
          <w:color w:val="000000"/>
          <w:sz w:val="32"/>
        </w:rPr>
        <w:t>(Thinks about it as he continues to dance</w:t>
      </w:r>
      <w:r>
        <w:rPr>
          <w:rFonts w:ascii="Times New Roman" w:hAnsi="Times New Roman"/>
          <w:b w:val="0"/>
          <w:i/>
          <w:color w:val="000000"/>
          <w:sz w:val="32"/>
        </w:rPr>
        <w:t xml:space="preserve"> while signing</w:t>
      </w:r>
      <w:r>
        <w:rPr>
          <w:rFonts w:ascii="Times New Roman" w:hAnsi="Times New Roman"/>
          <w:b w:val="0"/>
          <w:i/>
          <w:color w:val="000000"/>
          <w:sz w:val="32"/>
        </w:rPr>
        <w:t>.)</w:t>
      </w:r>
      <w:r>
        <w:rPr>
          <w:rFonts w:ascii="Times New Roman" w:hAnsi="Times New Roman"/>
          <w:b w:val="0"/>
          <w:i/>
          <w:color w:val="000000"/>
          <w:sz w:val="32"/>
        </w:rPr>
        <w:t xml:space="preserve">  </w:t>
      </w:r>
      <w:r>
        <w:rPr>
          <w:rFonts w:ascii="Times New Roman" w:hAnsi="Times New Roman"/>
          <w:b w:val="0"/>
          <w:i w:val="0"/>
          <w:color w:val="000000"/>
          <w:sz w:val="32"/>
        </w:rPr>
        <w:t>I’m enjoying myself</w:t>
      </w:r>
      <w:r>
        <w:rPr>
          <w:rFonts w:ascii="Times New Roman" w:hAnsi="Times New Roman"/>
          <w:b w:val="0"/>
          <w:i w:val="0"/>
          <w:color w:val="000000"/>
          <w:sz w:val="32"/>
        </w:rPr>
        <w:t>, Charlie</w:t>
      </w:r>
      <w:r>
        <w:rPr>
          <w:rFonts w:ascii="Times New Roman" w:hAnsi="Times New Roman"/>
          <w:b w:val="0"/>
          <w:i w:val="0"/>
          <w:color w:val="000000"/>
          <w:sz w:val="32"/>
        </w:rPr>
        <w:t>!</w:t>
      </w:r>
      <w:r>
        <w:rPr>
          <w:rFonts w:ascii="Times New Roman" w:hAnsi="Times New Roman"/>
          <w:b w:val="0"/>
          <w:i w:val="0"/>
          <w:color w:val="000000"/>
          <w:sz w:val="32"/>
        </w:rPr>
        <w:t xml:space="preserve"> I’ve played a butler, a thief, and now </w:t>
      </w:r>
      <w:r>
        <w:rPr>
          <w:rFonts w:ascii="Times New Roman" w:hAnsi="Times New Roman"/>
          <w:b w:val="0"/>
          <w:i w:val="0"/>
          <w:color w:val="000000"/>
          <w:sz w:val="32"/>
        </w:rPr>
        <w:t xml:space="preserve">I’ll be </w:t>
      </w:r>
      <w:r>
        <w:rPr>
          <w:rFonts w:ascii="Times New Roman" w:hAnsi="Times New Roman"/>
          <w:b w:val="0"/>
          <w:i w:val="0"/>
          <w:color w:val="000000"/>
          <w:sz w:val="32"/>
        </w:rPr>
        <w:t>a real bastard, giving the Little Fellow the boot</w:t>
      </w:r>
      <w:r>
        <w:rPr>
          <w:rFonts w:ascii="Times New Roman" w:hAnsi="Times New Roman"/>
          <w:b w:val="0"/>
          <w:i w:val="0"/>
          <w:color w:val="000000"/>
          <w:sz w:val="32"/>
        </w:rPr>
        <w:t>,</w:t>
      </w:r>
      <w:r>
        <w:rPr>
          <w:rFonts w:ascii="Times New Roman" w:hAnsi="Times New Roman"/>
          <w:b w:val="0"/>
          <w:i w:val="0"/>
          <w:color w:val="000000"/>
          <w:sz w:val="32"/>
        </w:rPr>
        <w:t xml:space="preserve"> I enjoy our arguments, and... </w:t>
      </w:r>
    </w:p>
    <w:p>
      <w:pPr>
        <w:pStyle w:val="StageDirection"/>
        <w:spacing w:before="60" w:after="100"/>
        <w:ind w:left="0" w:right="0" w:firstLine="0"/>
        <w:jc w:val="left"/>
      </w:pPr>
      <w:r>
        <w:rPr>
          <w:rFonts w:ascii="Times New Roman" w:hAnsi="Times New Roman"/>
          <w:b w:val="0"/>
          <w:i/>
          <w:color w:val="000000"/>
          <w:sz w:val="32"/>
        </w:rPr>
        <w:t>(Chaplin falls in with him, dancing</w:t>
      </w:r>
      <w:r>
        <w:rPr>
          <w:rFonts w:ascii="Times New Roman" w:hAnsi="Times New Roman"/>
          <w:b w:val="0"/>
          <w:i/>
          <w:color w:val="000000"/>
          <w:sz w:val="32"/>
        </w:rPr>
        <w:t xml:space="preserve"> They cross the stage</w:t>
      </w:r>
      <w:r>
        <w:rPr>
          <w:rFonts w:ascii="Times New Roman" w:hAnsi="Times New Roman"/>
          <w:b w:val="0"/>
          <w:i/>
          <w:color w:val="000000"/>
          <w:sz w:val="32"/>
        </w:rPr>
        <w:t xml:space="preserve"> in unison</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And?</w:t>
      </w:r>
      <w:r>
        <w:rPr>
          <w:rFonts w:ascii="Times New Roman" w:hAnsi="Times New Roman"/>
          <w:b w:val="0"/>
          <w:i w:val="0"/>
          <w:color w:val="000000"/>
          <w:sz w:val="32"/>
        </w:rPr>
        <w:t xml:space="preserve"> Don’t keep me in suspense.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I’ve</w:t>
      </w:r>
      <w:r>
        <w:rPr>
          <w:rFonts w:ascii="Times New Roman" w:hAnsi="Times New Roman"/>
          <w:b w:val="0"/>
          <w:i w:val="0"/>
          <w:color w:val="000000"/>
          <w:sz w:val="32"/>
        </w:rPr>
        <w:t xml:space="preserve"> been one of the lucky ones</w:t>
      </w:r>
      <w:r>
        <w:rPr>
          <w:rFonts w:ascii="Times New Roman" w:hAnsi="Times New Roman"/>
          <w:b w:val="0"/>
          <w:i w:val="0"/>
          <w:color w:val="000000"/>
          <w:sz w:val="32"/>
        </w:rPr>
        <w:t xml:space="preserve"> </w:t>
      </w:r>
      <w:r>
        <w:rPr>
          <w:rFonts w:ascii="Times New Roman" w:hAnsi="Times New Roman"/>
          <w:b w:val="0"/>
          <w:i w:val="0"/>
          <w:color w:val="000000"/>
          <w:sz w:val="32"/>
        </w:rPr>
        <w:t>... In my hearing friends... Gottardo</w:t>
      </w:r>
      <w:r>
        <w:rPr>
          <w:rFonts w:ascii="Times New Roman" w:hAnsi="Times New Roman"/>
          <w:b w:val="0"/>
          <w:i w:val="0"/>
          <w:color w:val="000000"/>
          <w:sz w:val="32"/>
        </w:rPr>
        <w:t xml:space="preserve">, </w:t>
      </w:r>
      <w:r>
        <w:rPr>
          <w:rFonts w:ascii="Times New Roman" w:hAnsi="Times New Roman"/>
          <w:b w:val="0"/>
          <w:i w:val="0"/>
          <w:color w:val="000000"/>
          <w:sz w:val="32"/>
        </w:rPr>
        <w:t>you</w:t>
      </w:r>
      <w:r>
        <w:rPr>
          <w:rFonts w:ascii="Times New Roman" w:hAnsi="Times New Roman"/>
          <w:b w:val="0"/>
          <w:i w:val="0"/>
          <w:color w:val="000000"/>
          <w:sz w:val="32"/>
        </w:rPr>
        <w:t xml:space="preserve">, </w:t>
      </w:r>
      <w:r>
        <w:rPr>
          <w:rFonts w:ascii="Times New Roman" w:hAnsi="Times New Roman"/>
          <w:b w:val="0"/>
          <w:i w:val="0"/>
          <w:color w:val="000000"/>
          <w:sz w:val="32"/>
        </w:rPr>
        <w:t xml:space="preserve">many </w:t>
      </w:r>
      <w:r>
        <w:rPr>
          <w:rFonts w:ascii="Times New Roman" w:hAnsi="Times New Roman"/>
          <w:b w:val="0"/>
          <w:i w:val="0"/>
          <w:color w:val="000000"/>
          <w:sz w:val="32"/>
        </w:rPr>
        <w:t xml:space="preserve">others... </w:t>
      </w:r>
      <w:r>
        <w:rPr>
          <w:rFonts w:ascii="Times New Roman" w:hAnsi="Times New Roman"/>
          <w:b w:val="0"/>
          <w:i w:val="0"/>
          <w:color w:val="000000"/>
          <w:sz w:val="32"/>
        </w:rPr>
        <w:t>learning</w:t>
      </w:r>
      <w:r>
        <w:rPr>
          <w:rFonts w:ascii="Times New Roman" w:hAnsi="Times New Roman"/>
          <w:b w:val="0"/>
          <w:i w:val="0"/>
          <w:color w:val="000000"/>
          <w:sz w:val="32"/>
        </w:rPr>
        <w:t xml:space="preserve"> </w:t>
      </w:r>
      <w:r>
        <w:rPr>
          <w:rFonts w:ascii="Times New Roman" w:hAnsi="Times New Roman"/>
          <w:b w:val="0"/>
          <w:i w:val="0"/>
          <w:color w:val="000000"/>
          <w:sz w:val="32"/>
        </w:rPr>
        <w:t xml:space="preserve">to speak with </w:t>
      </w:r>
      <w:r>
        <w:rPr>
          <w:rFonts w:ascii="Times New Roman" w:hAnsi="Times New Roman"/>
          <w:b w:val="0"/>
          <w:i w:val="0"/>
          <w:color w:val="000000"/>
          <w:sz w:val="32"/>
        </w:rPr>
        <w:t>your</w:t>
      </w:r>
      <w:r>
        <w:rPr>
          <w:rFonts w:ascii="Times New Roman" w:hAnsi="Times New Roman"/>
          <w:b w:val="0"/>
          <w:i w:val="0"/>
          <w:color w:val="000000"/>
          <w:sz w:val="32"/>
        </w:rPr>
        <w:t xml:space="preserve"> hands</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A</w:t>
      </w:r>
      <w:r>
        <w:rPr>
          <w:rFonts w:ascii="Times New Roman" w:hAnsi="Times New Roman"/>
          <w:b w:val="0"/>
          <w:i w:val="0"/>
          <w:color w:val="000000"/>
          <w:sz w:val="32"/>
        </w:rPr>
        <w:t xml:space="preserve">t the School </w:t>
      </w:r>
      <w:r>
        <w:rPr>
          <w:rFonts w:ascii="Times New Roman" w:hAnsi="Times New Roman"/>
          <w:b w:val="0"/>
          <w:i w:val="0"/>
          <w:color w:val="000000"/>
          <w:sz w:val="32"/>
        </w:rPr>
        <w:t>for</w:t>
      </w:r>
      <w:r>
        <w:rPr>
          <w:rFonts w:ascii="Times New Roman" w:hAnsi="Times New Roman"/>
          <w:b w:val="0"/>
          <w:i w:val="0"/>
          <w:color w:val="000000"/>
          <w:sz w:val="32"/>
        </w:rPr>
        <w:t xml:space="preserve"> the </w:t>
      </w:r>
      <w:r>
        <w:rPr>
          <w:rFonts w:ascii="Times New Roman" w:hAnsi="Times New Roman"/>
          <w:b w:val="0"/>
          <w:i w:val="0"/>
          <w:color w:val="000000"/>
          <w:sz w:val="32"/>
        </w:rPr>
        <w:t>Deaf</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a</w:t>
      </w:r>
      <w:r>
        <w:rPr>
          <w:rFonts w:ascii="Times New Roman" w:hAnsi="Times New Roman"/>
          <w:b w:val="0"/>
          <w:i w:val="0"/>
          <w:color w:val="000000"/>
          <w:sz w:val="32"/>
        </w:rPr>
        <w:t xml:space="preserve"> teacher</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r>
        <w:rPr>
          <w:rFonts w:ascii="Times New Roman" w:hAnsi="Times New Roman"/>
          <w:b w:val="0"/>
          <w:i/>
          <w:color w:val="000000"/>
          <w:sz w:val="32"/>
        </w:rPr>
        <w:t>himself dea</w:t>
      </w:r>
      <w:r>
        <w:rPr>
          <w:rFonts w:ascii="Times New Roman" w:hAnsi="Times New Roman"/>
          <w:b w:val="0"/>
          <w:i/>
          <w:color w:val="000000"/>
          <w:sz w:val="32"/>
        </w:rPr>
        <w:t>f</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r>
        <w:rPr>
          <w:rFonts w:ascii="Times New Roman" w:hAnsi="Times New Roman"/>
          <w:b w:val="0"/>
          <w:i w:val="0"/>
          <w:color w:val="000000"/>
          <w:sz w:val="32"/>
        </w:rPr>
        <w:t xml:space="preserve">introduced me to the world of hearing and speaking artists... How fortunate </w:t>
      </w:r>
      <w:r>
        <w:rPr>
          <w:rFonts w:ascii="Times New Roman" w:hAnsi="Times New Roman"/>
          <w:b w:val="0"/>
          <w:i w:val="0"/>
          <w:color w:val="000000"/>
          <w:sz w:val="32"/>
        </w:rPr>
        <w:t>I’ve</w:t>
      </w:r>
      <w:r>
        <w:rPr>
          <w:rFonts w:ascii="Times New Roman" w:hAnsi="Times New Roman"/>
          <w:b w:val="0"/>
          <w:i w:val="0"/>
          <w:color w:val="000000"/>
          <w:sz w:val="32"/>
        </w:rPr>
        <w:t xml:space="preserve"> </w:t>
      </w:r>
      <w:r>
        <w:rPr>
          <w:rFonts w:ascii="Times New Roman" w:hAnsi="Times New Roman"/>
          <w:b w:val="0"/>
          <w:i w:val="0"/>
          <w:color w:val="000000"/>
          <w:sz w:val="32"/>
        </w:rPr>
        <w:t>been</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h</w:t>
      </w:r>
      <w:r>
        <w:rPr>
          <w:rFonts w:ascii="Times New Roman" w:hAnsi="Times New Roman"/>
          <w:b w:val="0"/>
          <w:i w:val="0"/>
          <w:color w:val="000000"/>
          <w:sz w:val="32"/>
        </w:rPr>
        <w:t>ow blessed!</w:t>
      </w:r>
    </w:p>
    <w:p>
      <w:pPr>
        <w:pStyle w:val="StageDirection"/>
        <w:spacing w:before="60" w:after="100"/>
        <w:ind w:left="0" w:right="0" w:firstLine="0"/>
        <w:jc w:val="left"/>
      </w:pPr>
      <w:r>
        <w:rPr>
          <w:rFonts w:ascii="Times New Roman" w:hAnsi="Times New Roman"/>
          <w:b w:val="0"/>
          <w:i/>
          <w:color w:val="000000"/>
          <w:sz w:val="32"/>
        </w:rPr>
        <w:t xml:space="preserve">(Stops dancing, eagerly sits at his easel, </w:t>
      </w:r>
      <w:r>
        <w:rPr>
          <w:rFonts w:ascii="Times New Roman" w:hAnsi="Times New Roman"/>
          <w:b w:val="0"/>
          <w:i/>
          <w:color w:val="000000"/>
          <w:sz w:val="32"/>
        </w:rPr>
        <w:t>then stares at the canvas</w:t>
      </w:r>
      <w:r>
        <w:rPr>
          <w:rFonts w:ascii="Times New Roman" w:hAnsi="Times New Roman"/>
          <w:b w:val="0"/>
          <w:i/>
          <w:color w:val="000000"/>
          <w:sz w:val="32"/>
        </w:rPr>
        <w:t xml:space="preserve"> as Chaplin continues dancing, deep in thought.)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Gottardo, I </w:t>
      </w:r>
      <w:r>
        <w:rPr>
          <w:rFonts w:ascii="Times New Roman" w:hAnsi="Times New Roman"/>
          <w:b w:val="0"/>
          <w:i w:val="0"/>
          <w:color w:val="000000"/>
          <w:sz w:val="32"/>
        </w:rPr>
        <w:t xml:space="preserve">know he would hate me saying this, but I </w:t>
      </w:r>
      <w:r>
        <w:rPr>
          <w:rFonts w:ascii="Times New Roman" w:hAnsi="Times New Roman"/>
          <w:b w:val="0"/>
          <w:i w:val="0"/>
          <w:color w:val="000000"/>
          <w:sz w:val="32"/>
        </w:rPr>
        <w:t xml:space="preserve">think the silence in which </w:t>
      </w:r>
      <w:r>
        <w:rPr>
          <w:rFonts w:ascii="Times New Roman" w:hAnsi="Times New Roman"/>
          <w:b w:val="0"/>
          <w:i w:val="0"/>
          <w:color w:val="000000"/>
          <w:sz w:val="32"/>
        </w:rPr>
        <w:t>Granville</w:t>
      </w:r>
      <w:r>
        <w:rPr>
          <w:rFonts w:ascii="Times New Roman" w:hAnsi="Times New Roman"/>
          <w:b w:val="0"/>
          <w:i w:val="0"/>
          <w:color w:val="000000"/>
          <w:sz w:val="32"/>
        </w:rPr>
        <w:t xml:space="preserve"> lives has nurtured in him </w:t>
      </w:r>
      <w:r>
        <w:rPr>
          <w:rFonts w:ascii="Times New Roman" w:hAnsi="Times New Roman"/>
          <w:b w:val="0"/>
          <w:i w:val="0"/>
          <w:color w:val="000000"/>
          <w:sz w:val="32"/>
        </w:rPr>
        <w:t>a</w:t>
      </w:r>
      <w:r>
        <w:rPr>
          <w:rFonts w:ascii="Times New Roman" w:hAnsi="Times New Roman"/>
          <w:b w:val="0"/>
          <w:i w:val="0"/>
          <w:color w:val="000000"/>
          <w:sz w:val="32"/>
        </w:rPr>
        <w:t xml:space="preserve"> </w:t>
      </w:r>
      <w:r>
        <w:rPr>
          <w:rFonts w:ascii="Times New Roman" w:hAnsi="Times New Roman"/>
          <w:b w:val="0"/>
          <w:i/>
          <w:color w:val="000000"/>
          <w:sz w:val="32"/>
        </w:rPr>
        <w:t>different</w:t>
      </w:r>
      <w:r>
        <w:rPr>
          <w:rFonts w:ascii="Times New Roman" w:hAnsi="Times New Roman"/>
          <w:b w:val="0"/>
          <w:i w:val="0"/>
          <w:color w:val="000000"/>
          <w:sz w:val="32"/>
        </w:rPr>
        <w:t xml:space="preserve"> capacity for happiness... which we hearing people lack. </w:t>
      </w:r>
      <w:r>
        <w:rPr>
          <w:rFonts w:ascii="Times New Roman" w:hAnsi="Times New Roman"/>
          <w:b w:val="0"/>
          <w:i/>
          <w:color w:val="000000"/>
          <w:sz w:val="32"/>
        </w:rPr>
        <w:t>(Pauses in thought and dance, then continues dance.)</w:t>
      </w:r>
      <w:r>
        <w:rPr>
          <w:rFonts w:ascii="Times New Roman" w:hAnsi="Times New Roman"/>
          <w:b w:val="0"/>
          <w:i/>
          <w:color w:val="000000"/>
          <w:sz w:val="32"/>
        </w:rPr>
        <w:t xml:space="preserve"> </w:t>
      </w:r>
      <w:r>
        <w:rPr>
          <w:rFonts w:ascii="Times New Roman" w:hAnsi="Times New Roman"/>
          <w:b w:val="0"/>
          <w:i w:val="0"/>
          <w:color w:val="000000"/>
          <w:sz w:val="32"/>
        </w:rPr>
        <w:t>If this joy comes through in Granville... in his paintings</w:t>
      </w:r>
      <w:r>
        <w:rPr>
          <w:rFonts w:ascii="Times New Roman" w:hAnsi="Times New Roman"/>
          <w:b w:val="0"/>
          <w:i w:val="0"/>
          <w:color w:val="000000"/>
          <w:sz w:val="32"/>
        </w:rPr>
        <w:t xml:space="preserve">... </w:t>
      </w:r>
      <w:r>
        <w:rPr>
          <w:rFonts w:ascii="Times New Roman" w:hAnsi="Times New Roman"/>
          <w:b w:val="0"/>
          <w:i w:val="0"/>
          <w:color w:val="000000"/>
          <w:sz w:val="32"/>
        </w:rPr>
        <w:t xml:space="preserve">why </w:t>
      </w:r>
      <w:r>
        <w:rPr>
          <w:rFonts w:ascii="Times New Roman" w:hAnsi="Times New Roman"/>
          <w:b w:val="0"/>
          <w:i w:val="0"/>
          <w:color w:val="000000"/>
          <w:sz w:val="32"/>
        </w:rPr>
        <w:t xml:space="preserve">not </w:t>
      </w:r>
      <w:r>
        <w:rPr>
          <w:rFonts w:ascii="Times New Roman" w:hAnsi="Times New Roman"/>
          <w:b w:val="0"/>
          <w:i w:val="0"/>
          <w:color w:val="000000"/>
          <w:sz w:val="32"/>
        </w:rPr>
        <w:t>in my films, which are also</w:t>
      </w:r>
      <w:r>
        <w:rPr>
          <w:rFonts w:ascii="Times New Roman" w:hAnsi="Times New Roman"/>
          <w:b w:val="0"/>
          <w:i w:val="0"/>
          <w:color w:val="000000"/>
          <w:sz w:val="32"/>
        </w:rPr>
        <w:t xml:space="preserve">, </w:t>
      </w:r>
      <w:r>
        <w:rPr>
          <w:rFonts w:ascii="Times New Roman" w:hAnsi="Times New Roman"/>
          <w:b w:val="0"/>
          <w:i w:val="0"/>
          <w:color w:val="000000"/>
          <w:sz w:val="32"/>
        </w:rPr>
        <w:t>of course</w:t>
      </w:r>
      <w:r>
        <w:rPr>
          <w:rFonts w:ascii="Times New Roman" w:hAnsi="Times New Roman"/>
          <w:b w:val="0"/>
          <w:i w:val="0"/>
          <w:color w:val="000000"/>
          <w:sz w:val="32"/>
        </w:rPr>
        <w:t xml:space="preserve">, </w:t>
      </w:r>
      <w:r>
        <w:rPr>
          <w:rFonts w:ascii="Times New Roman" w:hAnsi="Times New Roman"/>
          <w:b w:val="0"/>
          <w:i w:val="0"/>
          <w:color w:val="000000"/>
          <w:sz w:val="32"/>
        </w:rPr>
        <w:t>silent</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I</w:t>
      </w:r>
      <w:r>
        <w:rPr>
          <w:rFonts w:ascii="Times New Roman" w:hAnsi="Times New Roman"/>
          <w:b w:val="0"/>
          <w:i w:val="0"/>
          <w:color w:val="000000"/>
          <w:sz w:val="32"/>
        </w:rPr>
        <w:t>’</w:t>
      </w:r>
      <w:r>
        <w:rPr>
          <w:rFonts w:ascii="Times New Roman" w:hAnsi="Times New Roman"/>
          <w:b w:val="0"/>
          <w:i w:val="0"/>
          <w:color w:val="000000"/>
          <w:sz w:val="32"/>
        </w:rPr>
        <w:t>m</w:t>
      </w:r>
      <w:r>
        <w:rPr>
          <w:rFonts w:ascii="Times New Roman" w:hAnsi="Times New Roman"/>
          <w:b w:val="0"/>
          <w:i w:val="0"/>
          <w:color w:val="000000"/>
          <w:sz w:val="32"/>
        </w:rPr>
        <w:t xml:space="preserve"> learn</w:t>
      </w:r>
      <w:r>
        <w:rPr>
          <w:rFonts w:ascii="Times New Roman" w:hAnsi="Times New Roman"/>
          <w:b w:val="0"/>
          <w:i w:val="0"/>
          <w:color w:val="000000"/>
          <w:sz w:val="32"/>
        </w:rPr>
        <w:t>ing</w:t>
      </w:r>
      <w:r>
        <w:rPr>
          <w:rFonts w:ascii="Times New Roman" w:hAnsi="Times New Roman"/>
          <w:b w:val="0"/>
          <w:i w:val="0"/>
          <w:color w:val="000000"/>
          <w:sz w:val="32"/>
        </w:rPr>
        <w:t xml:space="preserve"> </w:t>
      </w:r>
      <w:r>
        <w:rPr>
          <w:rFonts w:ascii="Times New Roman" w:hAnsi="Times New Roman"/>
          <w:b w:val="0"/>
          <w:i w:val="0"/>
          <w:color w:val="000000"/>
          <w:sz w:val="32"/>
        </w:rPr>
        <w:t xml:space="preserve">so much </w:t>
      </w:r>
      <w:r>
        <w:rPr>
          <w:rFonts w:ascii="Times New Roman" w:hAnsi="Times New Roman"/>
          <w:b w:val="0"/>
          <w:i w:val="0"/>
          <w:color w:val="000000"/>
          <w:sz w:val="32"/>
        </w:rPr>
        <w:t>from hi</w:t>
      </w:r>
      <w:r>
        <w:rPr>
          <w:rFonts w:ascii="Times New Roman" w:hAnsi="Times New Roman"/>
          <w:b w:val="0"/>
          <w:i w:val="0"/>
          <w:color w:val="000000"/>
          <w:sz w:val="32"/>
        </w:rPr>
        <w:t>m!</w:t>
      </w:r>
    </w:p>
    <w:p>
      <w:pPr>
        <w:pStyle w:val="StageDirection"/>
        <w:spacing w:before="60" w:after="100"/>
        <w:ind w:left="0" w:right="0" w:firstLine="0"/>
        <w:jc w:val="left"/>
      </w:pPr>
      <w:r>
        <w:rPr>
          <w:rFonts w:ascii="Times New Roman" w:hAnsi="Times New Roman"/>
          <w:b w:val="0"/>
          <w:i/>
          <w:color w:val="000000"/>
          <w:sz w:val="32"/>
        </w:rPr>
        <w:t>(Pauses</w:t>
      </w:r>
      <w:r>
        <w:rPr>
          <w:rFonts w:ascii="Times New Roman" w:hAnsi="Times New Roman"/>
          <w:b w:val="0"/>
          <w:i/>
          <w:color w:val="000000"/>
          <w:sz w:val="32"/>
        </w:rPr>
        <w:t xml:space="preserve"> his dance</w:t>
      </w:r>
      <w:r>
        <w:rPr>
          <w:rFonts w:ascii="Times New Roman" w:hAnsi="Times New Roman"/>
          <w:b w:val="0"/>
          <w:i/>
          <w:color w:val="000000"/>
          <w:sz w:val="32"/>
        </w:rPr>
        <w:t xml:space="preserve">, </w:t>
      </w:r>
      <w:r>
        <w:rPr>
          <w:rFonts w:ascii="Times New Roman" w:hAnsi="Times New Roman"/>
          <w:b w:val="0"/>
          <w:i/>
          <w:color w:val="000000"/>
          <w:sz w:val="32"/>
        </w:rPr>
        <w:t xml:space="preserve">then </w:t>
      </w:r>
      <w:r>
        <w:rPr>
          <w:rFonts w:ascii="Times New Roman" w:hAnsi="Times New Roman"/>
          <w:b w:val="0"/>
          <w:i/>
          <w:color w:val="000000"/>
          <w:sz w:val="32"/>
        </w:rPr>
        <w:t xml:space="preserve">resumes </w:t>
      </w:r>
      <w:r>
        <w:rPr>
          <w:rFonts w:ascii="Times New Roman" w:hAnsi="Times New Roman"/>
          <w:b w:val="0"/>
          <w:i/>
          <w:color w:val="000000"/>
          <w:sz w:val="32"/>
        </w:rPr>
        <w:t>it</w:t>
      </w:r>
      <w:r>
        <w:rPr>
          <w:rFonts w:ascii="Times New Roman" w:hAnsi="Times New Roman"/>
          <w:b w:val="0"/>
          <w:i/>
          <w:color w:val="000000"/>
          <w:sz w:val="32"/>
        </w:rPr>
        <w:t xml:space="preserve"> slowly, thoughtfully.)</w:t>
      </w:r>
    </w:p>
    <w:p>
      <w:pPr>
        <w:pStyle w:val="StageDirection"/>
        <w:spacing w:before="60" w:after="100"/>
        <w:ind w:left="0" w:right="0" w:firstLine="0"/>
        <w:jc w:val="left"/>
      </w:pPr>
      <w:r>
        <w:rPr>
          <w:rFonts w:ascii="Times New Roman" w:hAnsi="Times New Roman"/>
          <w:b w:val="0"/>
          <w:i/>
          <w:color w:val="000000"/>
          <w:sz w:val="32"/>
        </w:rPr>
        <w:t xml:space="preserve">(Redmond </w:t>
      </w:r>
      <w:r>
        <w:rPr>
          <w:rFonts w:ascii="Times New Roman" w:hAnsi="Times New Roman"/>
          <w:b w:val="0"/>
          <w:i/>
          <w:color w:val="000000"/>
          <w:sz w:val="32"/>
        </w:rPr>
        <w:t>tries a brush stroke, can’t</w:t>
      </w:r>
      <w:r>
        <w:rPr>
          <w:rFonts w:ascii="Times New Roman" w:hAnsi="Times New Roman"/>
          <w:b w:val="0"/>
          <w:i/>
          <w:color w:val="000000"/>
          <w:sz w:val="32"/>
        </w:rPr>
        <w:t xml:space="preserve">, tries again, </w:t>
      </w:r>
      <w:r>
        <w:rPr>
          <w:rFonts w:ascii="Times New Roman" w:hAnsi="Times New Roman"/>
          <w:b w:val="0"/>
          <w:i/>
          <w:color w:val="000000"/>
          <w:sz w:val="32"/>
        </w:rPr>
        <w:t>can’t,</w:t>
      </w:r>
      <w:r>
        <w:rPr>
          <w:rFonts w:ascii="Times New Roman" w:hAnsi="Times New Roman"/>
          <w:b w:val="0"/>
          <w:i/>
          <w:color w:val="000000"/>
          <w:sz w:val="32"/>
        </w:rPr>
        <w:t xml:space="preserve"> sighs, sets brush down.</w:t>
      </w:r>
      <w:r>
        <w:rPr>
          <w:rFonts w:ascii="Times New Roman" w:hAnsi="Times New Roman"/>
          <w:b w:val="0"/>
          <w:i/>
          <w:color w:val="000000"/>
          <w:sz w:val="32"/>
        </w:rPr>
        <w:t xml:space="preserve"> Lighting darkens</w:t>
      </w:r>
      <w:r>
        <w:rPr>
          <w:rFonts w:ascii="Times New Roman" w:hAnsi="Times New Roman"/>
          <w:b w:val="0"/>
          <w:i/>
          <w:color w:val="000000"/>
          <w:sz w:val="32"/>
        </w:rPr>
        <w:t xml:space="preserve"> with focus on Redmond’s face</w:t>
      </w:r>
      <w:r>
        <w:rPr>
          <w:rFonts w:ascii="Times New Roman" w:hAnsi="Times New Roman"/>
          <w:b w:val="0"/>
          <w:i/>
          <w:color w:val="000000"/>
          <w:sz w:val="32"/>
        </w:rPr>
        <w:t>.</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Gottardo, </w:t>
      </w:r>
      <w:r>
        <w:rPr>
          <w:rFonts w:ascii="Times New Roman" w:hAnsi="Times New Roman"/>
          <w:b w:val="0"/>
          <w:i w:val="0"/>
          <w:color w:val="000000"/>
          <w:sz w:val="32"/>
        </w:rPr>
        <w:t>d</w:t>
      </w:r>
      <w:r>
        <w:rPr>
          <w:rFonts w:ascii="Times New Roman" w:hAnsi="Times New Roman"/>
          <w:b w:val="0"/>
          <w:i w:val="0"/>
          <w:color w:val="000000"/>
          <w:sz w:val="32"/>
        </w:rPr>
        <w:t>on’t know about movie</w:t>
      </w:r>
      <w:r>
        <w:rPr>
          <w:rFonts w:ascii="Times New Roman" w:hAnsi="Times New Roman"/>
          <w:b w:val="0"/>
          <w:i w:val="0"/>
          <w:color w:val="000000"/>
          <w:sz w:val="32"/>
        </w:rPr>
        <w:t xml:space="preserve"> </w:t>
      </w:r>
      <w:r>
        <w:rPr>
          <w:rFonts w:ascii="Times New Roman" w:hAnsi="Times New Roman"/>
          <w:b w:val="0"/>
          <w:i w:val="0"/>
          <w:color w:val="000000"/>
          <w:sz w:val="32"/>
        </w:rPr>
        <w:t>making</w:t>
      </w:r>
      <w:r>
        <w:rPr>
          <w:rFonts w:ascii="Times New Roman" w:hAnsi="Times New Roman"/>
          <w:b w:val="0"/>
          <w:i w:val="0"/>
          <w:color w:val="000000"/>
          <w:sz w:val="32"/>
        </w:rPr>
        <w:t xml:space="preserve"> </w:t>
      </w:r>
      <w:r>
        <w:rPr>
          <w:rFonts w:ascii="Times New Roman" w:hAnsi="Times New Roman"/>
          <w:b w:val="0"/>
          <w:i w:val="0"/>
          <w:color w:val="000000"/>
          <w:sz w:val="32"/>
        </w:rPr>
        <w:t>after all</w:t>
      </w:r>
      <w:r>
        <w:rPr>
          <w:rFonts w:ascii="Times New Roman" w:hAnsi="Times New Roman"/>
          <w:b w:val="0"/>
          <w:i w:val="0"/>
          <w:color w:val="000000"/>
          <w:sz w:val="32"/>
        </w:rPr>
        <w:t>.</w:t>
      </w:r>
      <w:r>
        <w:rPr>
          <w:rFonts w:ascii="Times New Roman" w:hAnsi="Times New Roman"/>
          <w:b w:val="0"/>
          <w:i w:val="0"/>
          <w:color w:val="000000"/>
          <w:sz w:val="32"/>
        </w:rPr>
        <w:t xml:space="preserve"> F</w:t>
      </w:r>
      <w:r>
        <w:rPr>
          <w:rFonts w:ascii="Times New Roman" w:hAnsi="Times New Roman"/>
          <w:b w:val="0"/>
          <w:i w:val="0"/>
          <w:color w:val="000000"/>
          <w:sz w:val="32"/>
        </w:rPr>
        <w:t>ind</w:t>
      </w:r>
      <w:r>
        <w:rPr>
          <w:rFonts w:ascii="Times New Roman" w:hAnsi="Times New Roman"/>
          <w:b w:val="0"/>
          <w:i w:val="0"/>
          <w:color w:val="000000"/>
          <w:sz w:val="32"/>
        </w:rPr>
        <w:t>ing</w:t>
      </w:r>
      <w:r>
        <w:rPr>
          <w:rFonts w:ascii="Times New Roman" w:hAnsi="Times New Roman"/>
          <w:b w:val="0"/>
          <w:i w:val="0"/>
          <w:color w:val="000000"/>
          <w:sz w:val="32"/>
        </w:rPr>
        <w:t xml:space="preserve"> it </w:t>
      </w:r>
      <w:r>
        <w:rPr>
          <w:rFonts w:ascii="Times New Roman" w:hAnsi="Times New Roman"/>
          <w:b w:val="0"/>
          <w:i w:val="0"/>
          <w:color w:val="000000"/>
          <w:sz w:val="32"/>
        </w:rPr>
        <w:t>difficult. Not the doing — but the leaving</w:t>
      </w:r>
      <w:r>
        <w:rPr>
          <w:rFonts w:ascii="Times New Roman" w:hAnsi="Times New Roman"/>
          <w:b w:val="0"/>
          <w:i w:val="0"/>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parting from people </w:t>
      </w:r>
      <w:r>
        <w:rPr>
          <w:rFonts w:ascii="Times New Roman" w:hAnsi="Times New Roman"/>
          <w:b w:val="0"/>
          <w:i w:val="0"/>
          <w:color w:val="000000"/>
          <w:sz w:val="32"/>
        </w:rPr>
        <w:t>working together</w:t>
      </w:r>
      <w:r>
        <w:rPr>
          <w:rFonts w:ascii="Times New Roman" w:hAnsi="Times New Roman"/>
          <w:b w:val="0"/>
          <w:i w:val="0"/>
          <w:color w:val="000000"/>
          <w:sz w:val="32"/>
        </w:rPr>
        <w:t xml:space="preserve"> in an artistic endeavor</w:t>
      </w:r>
      <w:r>
        <w:rPr>
          <w:rFonts w:ascii="Times New Roman" w:hAnsi="Times New Roman"/>
          <w:b w:val="0"/>
          <w:i w:val="0"/>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it’s intoxicating</w:t>
      </w:r>
      <w:r>
        <w:rPr>
          <w:rFonts w:ascii="Times New Roman" w:hAnsi="Times New Roman"/>
          <w:b w:val="0"/>
          <w:i w:val="0"/>
          <w:color w:val="000000"/>
          <w:sz w:val="32"/>
        </w:rPr>
        <w:t xml:space="preserve"> </w:t>
      </w:r>
      <w:r>
        <w:rPr>
          <w:rFonts w:ascii="Times New Roman" w:hAnsi="Times New Roman"/>
          <w:b w:val="0"/>
          <w:i w:val="0"/>
          <w:color w:val="000000"/>
          <w:sz w:val="32"/>
        </w:rPr>
        <w:t xml:space="preserve">— to </w:t>
      </w:r>
      <w:r>
        <w:rPr>
          <w:rFonts w:ascii="Times New Roman" w:hAnsi="Times New Roman"/>
          <w:b w:val="0"/>
          <w:i w:val="0"/>
          <w:color w:val="000000"/>
          <w:sz w:val="32"/>
        </w:rPr>
        <w:t>painting</w:t>
      </w:r>
      <w:r>
        <w:rPr>
          <w:rFonts w:ascii="Times New Roman" w:hAnsi="Times New Roman"/>
          <w:b w:val="0"/>
          <w:i w:val="0"/>
          <w:color w:val="000000"/>
          <w:sz w:val="32"/>
        </w:rPr>
        <w:t xml:space="preserve"> alone</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A</w:t>
      </w:r>
      <w:r>
        <w:rPr>
          <w:rFonts w:ascii="Times New Roman" w:hAnsi="Times New Roman"/>
          <w:b w:val="0"/>
          <w:i w:val="0"/>
          <w:color w:val="000000"/>
          <w:sz w:val="32"/>
        </w:rPr>
        <w:t xml:space="preserve">rtists are mostly alone, </w:t>
      </w:r>
      <w:r>
        <w:rPr>
          <w:rFonts w:ascii="Times New Roman" w:hAnsi="Times New Roman"/>
          <w:b w:val="0"/>
          <w:i w:val="0"/>
          <w:color w:val="000000"/>
          <w:sz w:val="32"/>
        </w:rPr>
        <w:t xml:space="preserve">as </w:t>
      </w:r>
      <w:r>
        <w:rPr>
          <w:rFonts w:ascii="Times New Roman" w:hAnsi="Times New Roman"/>
          <w:b w:val="0"/>
          <w:i w:val="0"/>
          <w:color w:val="000000"/>
          <w:sz w:val="32"/>
        </w:rPr>
        <w:t xml:space="preserve">you </w:t>
      </w:r>
      <w:r>
        <w:rPr>
          <w:rFonts w:ascii="Times New Roman" w:hAnsi="Times New Roman"/>
          <w:b w:val="0"/>
          <w:i w:val="0"/>
          <w:color w:val="000000"/>
          <w:sz w:val="32"/>
        </w:rPr>
        <w:t xml:space="preserve">well </w:t>
      </w:r>
      <w:r>
        <w:rPr>
          <w:rFonts w:ascii="Times New Roman" w:hAnsi="Times New Roman"/>
          <w:b w:val="0"/>
          <w:i w:val="0"/>
          <w:color w:val="000000"/>
          <w:sz w:val="32"/>
        </w:rPr>
        <w:t xml:space="preserve">know. But </w:t>
      </w:r>
      <w:r>
        <w:rPr>
          <w:rFonts w:ascii="Times New Roman" w:hAnsi="Times New Roman"/>
          <w:b w:val="0"/>
          <w:i w:val="0"/>
          <w:color w:val="000000"/>
          <w:sz w:val="32"/>
        </w:rPr>
        <w:t xml:space="preserve">I </w:t>
      </w:r>
      <w:r>
        <w:rPr>
          <w:rFonts w:ascii="Times New Roman" w:hAnsi="Times New Roman"/>
          <w:b w:val="0"/>
          <w:i w:val="0"/>
          <w:color w:val="000000"/>
          <w:sz w:val="32"/>
        </w:rPr>
        <w:t>h</w:t>
      </w:r>
      <w:r>
        <w:rPr>
          <w:rFonts w:ascii="Times New Roman" w:hAnsi="Times New Roman"/>
          <w:b w:val="0"/>
          <w:i w:val="0"/>
          <w:color w:val="000000"/>
          <w:sz w:val="32"/>
        </w:rPr>
        <w:t xml:space="preserve">aven’t gone onto the desert in months. </w:t>
      </w:r>
      <w:r>
        <w:rPr>
          <w:rFonts w:ascii="Times New Roman" w:hAnsi="Times New Roman"/>
          <w:b w:val="0"/>
          <w:i w:val="0"/>
          <w:color w:val="000000"/>
          <w:sz w:val="32"/>
        </w:rPr>
        <w:t xml:space="preserve">Nor </w:t>
      </w:r>
      <w:r>
        <w:rPr>
          <w:rFonts w:ascii="Times New Roman" w:hAnsi="Times New Roman"/>
          <w:b w:val="0"/>
          <w:i w:val="0"/>
          <w:color w:val="000000"/>
          <w:sz w:val="32"/>
        </w:rPr>
        <w:t xml:space="preserve">into </w:t>
      </w:r>
      <w:r>
        <w:rPr>
          <w:rFonts w:ascii="Times New Roman" w:hAnsi="Times New Roman"/>
          <w:b w:val="0"/>
          <w:i w:val="0"/>
          <w:color w:val="000000"/>
          <w:sz w:val="32"/>
        </w:rPr>
        <w:t xml:space="preserve">my </w:t>
      </w:r>
      <w:r>
        <w:rPr>
          <w:rFonts w:ascii="Times New Roman" w:hAnsi="Times New Roman"/>
          <w:b w:val="0"/>
          <w:i w:val="0"/>
          <w:color w:val="000000"/>
          <w:sz w:val="32"/>
        </w:rPr>
        <w:t>rolling</w:t>
      </w:r>
      <w:r>
        <w:rPr>
          <w:rFonts w:ascii="Times New Roman" w:hAnsi="Times New Roman"/>
          <w:b w:val="0"/>
          <w:i w:val="0"/>
          <w:color w:val="000000"/>
          <w:sz w:val="32"/>
        </w:rPr>
        <w:t xml:space="preserve"> hills. </w:t>
      </w:r>
      <w:r>
        <w:rPr>
          <w:rFonts w:ascii="Times New Roman" w:hAnsi="Times New Roman"/>
          <w:b w:val="0"/>
          <w:i w:val="0"/>
          <w:color w:val="000000"/>
          <w:sz w:val="32"/>
        </w:rPr>
        <w:t xml:space="preserve">I miss them, yet... </w:t>
      </w:r>
      <w:r>
        <w:rPr>
          <w:rFonts w:ascii="Times New Roman" w:hAnsi="Times New Roman"/>
          <w:b w:val="0"/>
          <w:i w:val="0"/>
          <w:color w:val="000000"/>
          <w:sz w:val="32"/>
        </w:rPr>
        <w:t>h</w:t>
      </w:r>
      <w:r>
        <w:rPr>
          <w:rFonts w:ascii="Times New Roman" w:hAnsi="Times New Roman"/>
          <w:b w:val="0"/>
          <w:i w:val="0"/>
          <w:color w:val="000000"/>
          <w:sz w:val="32"/>
        </w:rPr>
        <w:t>ad</w:t>
      </w:r>
      <w:r>
        <w:rPr>
          <w:rFonts w:ascii="Times New Roman" w:hAnsi="Times New Roman"/>
          <w:b w:val="0"/>
          <w:i w:val="0"/>
          <w:color w:val="000000"/>
          <w:sz w:val="32"/>
        </w:rPr>
        <w:t xml:space="preserve">n’t </w:t>
      </w:r>
      <w:r>
        <w:rPr>
          <w:rFonts w:ascii="Times New Roman" w:hAnsi="Times New Roman"/>
          <w:b w:val="0"/>
          <w:i w:val="0"/>
          <w:color w:val="000000"/>
          <w:sz w:val="32"/>
        </w:rPr>
        <w:t>expected</w:t>
      </w:r>
      <w:r>
        <w:rPr>
          <w:rFonts w:ascii="Times New Roman" w:hAnsi="Times New Roman"/>
          <w:b w:val="0"/>
          <w:i w:val="0"/>
          <w:color w:val="000000"/>
          <w:sz w:val="32"/>
        </w:rPr>
        <w:t xml:space="preserve"> this. It’s ruining me for </w:t>
      </w:r>
      <w:r>
        <w:rPr>
          <w:rFonts w:ascii="Times New Roman" w:hAnsi="Times New Roman"/>
          <w:b w:val="0"/>
          <w:i w:val="0"/>
          <w:color w:val="000000"/>
          <w:sz w:val="32"/>
        </w:rPr>
        <w:t>painting,</w:t>
      </w:r>
      <w:r>
        <w:rPr>
          <w:rFonts w:ascii="Times New Roman" w:hAnsi="Times New Roman"/>
          <w:b w:val="0"/>
          <w:i w:val="0"/>
          <w:color w:val="000000"/>
          <w:sz w:val="32"/>
        </w:rPr>
        <w:t xml:space="preserve"> </w:t>
      </w:r>
      <w:r>
        <w:rPr>
          <w:rFonts w:ascii="Times New Roman" w:hAnsi="Times New Roman"/>
          <w:b w:val="0"/>
          <w:i w:val="0"/>
          <w:color w:val="000000"/>
          <w:sz w:val="32"/>
        </w:rPr>
        <w:t>finding it lonelier than used to be</w:t>
      </w:r>
      <w:r>
        <w:rPr>
          <w:rFonts w:ascii="Times New Roman" w:hAnsi="Times New Roman"/>
          <w:b w:val="0"/>
          <w:i w:val="0"/>
          <w:color w:val="000000"/>
          <w:sz w:val="32"/>
        </w:rPr>
        <w:t xml:space="preserve">, </w:t>
      </w:r>
      <w:r>
        <w:rPr>
          <w:rFonts w:ascii="Times New Roman" w:hAnsi="Times New Roman"/>
          <w:b w:val="0"/>
          <w:i w:val="0"/>
          <w:color w:val="000000"/>
          <w:sz w:val="32"/>
        </w:rPr>
        <w:t>so more difficult... do feel a melancholy painting coming on though ...</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 xml:space="preserve">He paints. </w:t>
      </w:r>
      <w:r>
        <w:rPr>
          <w:rFonts w:ascii="Times New Roman" w:hAnsi="Times New Roman"/>
          <w:b w:val="0"/>
          <w:i/>
          <w:color w:val="000000"/>
          <w:sz w:val="32"/>
        </w:rPr>
        <w:t xml:space="preserve">On </w:t>
      </w:r>
      <w:r>
        <w:rPr>
          <w:rFonts w:ascii="Times New Roman" w:hAnsi="Times New Roman"/>
          <w:b w:val="0"/>
          <w:i/>
          <w:color w:val="000000"/>
          <w:sz w:val="32"/>
        </w:rPr>
        <w:t>wall</w:t>
      </w:r>
      <w:r>
        <w:rPr>
          <w:rFonts w:ascii="Times New Roman" w:hAnsi="Times New Roman"/>
          <w:b w:val="0"/>
          <w:i/>
          <w:color w:val="000000"/>
          <w:sz w:val="32"/>
        </w:rPr>
        <w:t xml:space="preserve"> upstage, a Redmond </w:t>
      </w:r>
      <w:r>
        <w:rPr>
          <w:rFonts w:ascii="Times New Roman" w:hAnsi="Times New Roman"/>
          <w:b w:val="0"/>
          <w:i/>
          <w:color w:val="000000"/>
          <w:sz w:val="32"/>
        </w:rPr>
        <w:t xml:space="preserve">misty </w:t>
      </w:r>
      <w:r>
        <w:rPr>
          <w:rFonts w:ascii="Times New Roman" w:hAnsi="Times New Roman"/>
          <w:b w:val="0"/>
          <w:i/>
          <w:color w:val="000000"/>
          <w:sz w:val="32"/>
        </w:rPr>
        <w:t xml:space="preserve">landscape </w:t>
      </w:r>
      <w:r>
        <w:rPr>
          <w:rFonts w:ascii="Times New Roman" w:hAnsi="Times New Roman"/>
          <w:b w:val="0"/>
          <w:i/>
          <w:color w:val="000000"/>
          <w:sz w:val="32"/>
        </w:rPr>
        <w:t>of solitude</w:t>
      </w:r>
      <w:r>
        <w:rPr>
          <w:rFonts w:ascii="Times New Roman" w:hAnsi="Times New Roman"/>
          <w:b w:val="0"/>
          <w:i/>
          <w:color w:val="000000"/>
          <w:sz w:val="32"/>
        </w:rPr>
        <w:t>; Chaplin stares at it, transfixed</w:t>
      </w:r>
      <w:r>
        <w:rPr>
          <w:rFonts w:ascii="Times New Roman" w:hAnsi="Times New Roman"/>
          <w:b w:val="0"/>
          <w:i/>
          <w:color w:val="000000"/>
          <w:sz w:val="32"/>
        </w:rPr>
        <w:t>, moves closer</w:t>
      </w:r>
      <w:r>
        <w:rPr>
          <w:rFonts w:ascii="Times New Roman" w:hAnsi="Times New Roman"/>
          <w:b w:val="0"/>
          <w:i/>
          <w:color w:val="000000"/>
          <w:sz w:val="32"/>
        </w:rPr>
        <w:t xml:space="preserve">. </w:t>
      </w:r>
      <w:r>
        <w:rPr>
          <w:rFonts w:ascii="Times New Roman" w:hAnsi="Times New Roman"/>
          <w:b w:val="0"/>
          <w:i/>
          <w:color w:val="000000"/>
          <w:sz w:val="32"/>
        </w:rPr>
        <w:t>The music</w:t>
      </w:r>
      <w:r>
        <w:rPr>
          <w:rFonts w:ascii="Times New Roman" w:hAnsi="Times New Roman"/>
          <w:b w:val="0"/>
          <w:i/>
          <w:color w:val="000000"/>
          <w:sz w:val="32"/>
        </w:rPr>
        <w:t xml:space="preserve"> stops.)</w:t>
      </w:r>
    </w:p>
    <w:p>
      <w:pPr>
        <w:pStyle w:val="Dialogue"/>
        <w:keepLines/>
        <w:spacing w:before="40" w:after="120" w:line="259" w:lineRule="auto"/>
        <w:ind w:left="0" w:right="0" w:firstLine="0"/>
        <w:jc w:val="left"/>
      </w:pPr>
      <w:r>
        <w:rPr>
          <w:rFonts w:ascii="Times New Roman" w:hAnsi="Times New Roman"/>
          <w:b w:val="0"/>
          <w:i w:val="0"/>
          <w:color w:val="000000"/>
          <w:sz w:val="32"/>
        </w:rPr>
        <w:t>L</w:t>
      </w:r>
      <w:r>
        <w:rPr>
          <w:rFonts w:ascii="Times New Roman" w:hAnsi="Times New Roman"/>
          <w:b w:val="0"/>
          <w:i w:val="0"/>
          <w:color w:val="000000"/>
          <w:sz w:val="32"/>
        </w:rPr>
        <w:t>osing my way</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You’re shaking </w:t>
      </w:r>
      <w:r>
        <w:rPr>
          <w:rFonts w:ascii="Times New Roman" w:hAnsi="Times New Roman"/>
          <w:b w:val="0"/>
          <w:i w:val="0"/>
          <w:color w:val="000000"/>
          <w:sz w:val="32"/>
        </w:rPr>
        <w:t>y</w:t>
      </w:r>
      <w:r>
        <w:rPr>
          <w:rFonts w:ascii="Times New Roman" w:hAnsi="Times New Roman"/>
          <w:b w:val="0"/>
          <w:i w:val="0"/>
          <w:color w:val="000000"/>
          <w:sz w:val="32"/>
        </w:rPr>
        <w:t xml:space="preserve">our </w:t>
      </w:r>
      <w:r>
        <w:rPr>
          <w:rFonts w:ascii="Times New Roman" w:hAnsi="Times New Roman"/>
          <w:b w:val="0"/>
          <w:i w:val="0"/>
          <w:color w:val="000000"/>
          <w:sz w:val="32"/>
        </w:rPr>
        <w:t>head</w:t>
      </w:r>
      <w:r>
        <w:rPr>
          <w:rFonts w:ascii="Times New Roman" w:hAnsi="Times New Roman"/>
          <w:b w:val="0"/>
          <w:i w:val="0"/>
          <w:color w:val="000000"/>
          <w:sz w:val="32"/>
        </w:rPr>
        <w:t>, Gottardo</w:t>
      </w:r>
      <w:r>
        <w:rPr>
          <w:rFonts w:ascii="Times New Roman" w:hAnsi="Times New Roman"/>
          <w:b w:val="0"/>
          <w:i w:val="0"/>
          <w:color w:val="000000"/>
          <w:sz w:val="32"/>
        </w:rPr>
        <w:t xml:space="preserve">... </w:t>
      </w:r>
      <w:r>
        <w:rPr>
          <w:rFonts w:ascii="Times New Roman" w:hAnsi="Times New Roman"/>
          <w:b w:val="0"/>
          <w:i w:val="0"/>
          <w:color w:val="000000"/>
          <w:sz w:val="32"/>
        </w:rPr>
        <w:t>bu</w:t>
      </w:r>
      <w:r>
        <w:rPr>
          <w:rFonts w:ascii="Times New Roman" w:hAnsi="Times New Roman"/>
          <w:b w:val="0"/>
          <w:i w:val="0"/>
          <w:color w:val="000000"/>
          <w:sz w:val="32"/>
        </w:rPr>
        <w:t>t</w:t>
      </w:r>
      <w:r>
        <w:rPr>
          <w:rFonts w:ascii="Times New Roman" w:hAnsi="Times New Roman"/>
          <w:b w:val="0"/>
          <w:i w:val="0"/>
          <w:color w:val="000000"/>
          <w:sz w:val="32"/>
        </w:rPr>
        <w:t xml:space="preserve"> </w:t>
      </w:r>
      <w:r>
        <w:rPr>
          <w:rFonts w:ascii="Times New Roman" w:hAnsi="Times New Roman"/>
          <w:b w:val="0"/>
          <w:i w:val="0"/>
          <w:color w:val="000000"/>
          <w:sz w:val="32"/>
        </w:rPr>
        <w:t>I</w:t>
      </w:r>
      <w:r>
        <w:rPr>
          <w:rFonts w:ascii="Times New Roman" w:hAnsi="Times New Roman"/>
          <w:b w:val="0"/>
          <w:i w:val="0"/>
          <w:color w:val="000000"/>
          <w:sz w:val="32"/>
        </w:rPr>
        <w:t>’</w:t>
      </w:r>
      <w:r>
        <w:rPr>
          <w:rFonts w:ascii="Times New Roman" w:hAnsi="Times New Roman"/>
          <w:b w:val="0"/>
          <w:i w:val="0"/>
          <w:color w:val="000000"/>
          <w:sz w:val="32"/>
        </w:rPr>
        <w:t>m not the great artist you are</w:t>
      </w:r>
      <w:r>
        <w:rPr>
          <w:rFonts w:ascii="Times New Roman" w:hAnsi="Times New Roman"/>
          <w:b w:val="0"/>
          <w:i w:val="0"/>
          <w:color w:val="000000"/>
          <w:sz w:val="32"/>
        </w:rPr>
        <w:t xml:space="preserve">... still searching... </w:t>
      </w:r>
      <w:r>
        <w:rPr>
          <w:rFonts w:ascii="Times New Roman" w:hAnsi="Times New Roman"/>
          <w:b w:val="0"/>
          <w:i w:val="0"/>
          <w:color w:val="000000"/>
          <w:sz w:val="32"/>
        </w:rPr>
        <w:t xml:space="preserve">looking... </w:t>
      </w:r>
      <w:r>
        <w:rPr>
          <w:rFonts w:ascii="Times New Roman" w:hAnsi="Times New Roman"/>
          <w:b w:val="0"/>
          <w:i w:val="0"/>
          <w:color w:val="000000"/>
          <w:sz w:val="32"/>
        </w:rPr>
        <w:t xml:space="preserve">so dark... </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(Looks at painting, moving to where Redmond can see him)</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Granville, </w:t>
      </w:r>
      <w:r>
        <w:rPr>
          <w:rFonts w:ascii="Times New Roman" w:hAnsi="Times New Roman"/>
          <w:b w:val="0"/>
          <w:i w:val="0"/>
          <w:color w:val="000000"/>
          <w:sz w:val="32"/>
        </w:rPr>
        <w:t>it’s wonderful</w:t>
      </w:r>
      <w:r>
        <w:rPr>
          <w:rFonts w:ascii="Times New Roman" w:hAnsi="Times New Roman"/>
          <w:b w:val="0"/>
          <w:i w:val="0"/>
          <w:color w:val="000000"/>
          <w:sz w:val="32"/>
        </w:rPr>
        <w:t xml:space="preserve"> — the mood</w:t>
      </w:r>
      <w:r>
        <w:rPr>
          <w:rFonts w:ascii="Times New Roman" w:hAnsi="Times New Roman"/>
          <w:b w:val="0"/>
          <w:i w:val="0"/>
          <w:color w:val="000000"/>
          <w:sz w:val="32"/>
        </w:rPr>
        <w:t>...</w:t>
      </w:r>
      <w:r>
        <w:rPr>
          <w:rFonts w:ascii="Times New Roman" w:hAnsi="Times New Roman"/>
          <w:b w:val="0"/>
          <w:i w:val="0"/>
          <w:color w:val="000000"/>
          <w:sz w:val="32"/>
        </w:rPr>
        <w:t xml:space="preserve"> D</w:t>
      </w:r>
      <w:r>
        <w:rPr>
          <w:rFonts w:ascii="Times New Roman" w:hAnsi="Times New Roman"/>
          <w:b w:val="0"/>
          <w:i w:val="0"/>
          <w:color w:val="000000"/>
          <w:sz w:val="32"/>
        </w:rPr>
        <w:t>o you know what today is?  Our fifth anniversary — five years ago you moved into this studio.</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I was going to be here a few months, remember? </w:t>
      </w:r>
      <w:r>
        <w:rPr>
          <w:rFonts w:ascii="Times New Roman" w:hAnsi="Times New Roman"/>
          <w:b w:val="0"/>
          <w:i w:val="0"/>
          <w:color w:val="000000"/>
          <w:sz w:val="32"/>
        </w:rPr>
        <w:t>Has my art progressed? Yours certainly has.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Of course yours has! What an odd thing to </w:t>
      </w:r>
      <w:r>
        <w:rPr>
          <w:rFonts w:ascii="Times New Roman" w:hAnsi="Times New Roman"/>
          <w:b w:val="0"/>
          <w:i w:val="0"/>
          <w:color w:val="000000"/>
          <w:sz w:val="32"/>
        </w:rPr>
        <w:t>say. Look</w:t>
      </w:r>
      <w:r>
        <w:rPr>
          <w:rFonts w:ascii="Times New Roman" w:hAnsi="Times New Roman"/>
          <w:b w:val="0"/>
          <w:i w:val="0"/>
          <w:color w:val="000000"/>
          <w:sz w:val="32"/>
        </w:rPr>
        <w:t xml:space="preserve"> at your sales!</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Many</w:t>
      </w:r>
      <w:r>
        <w:rPr>
          <w:rFonts w:ascii="Times New Roman" w:hAnsi="Times New Roman"/>
          <w:b w:val="0"/>
          <w:i w:val="0"/>
          <w:color w:val="000000"/>
          <w:sz w:val="32"/>
        </w:rPr>
        <w:t xml:space="preserve"> </w:t>
      </w:r>
      <w:r>
        <w:rPr>
          <w:rFonts w:ascii="Times New Roman" w:hAnsi="Times New Roman"/>
          <w:b w:val="0"/>
          <w:i w:val="0"/>
          <w:color w:val="000000"/>
          <w:sz w:val="32"/>
        </w:rPr>
        <w:t xml:space="preserve">I owe </w:t>
      </w:r>
      <w:r>
        <w:rPr>
          <w:rFonts w:ascii="Times New Roman" w:hAnsi="Times New Roman"/>
          <w:b w:val="0"/>
          <w:i w:val="0"/>
          <w:color w:val="000000"/>
          <w:sz w:val="32"/>
        </w:rPr>
        <w:t>to you.</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w:t>
      </w:r>
      <w:r>
        <w:rPr>
          <w:rFonts w:ascii="Times New Roman" w:hAnsi="Times New Roman"/>
          <w:b w:val="0"/>
          <w:i w:val="0"/>
          <w:color w:val="000000"/>
          <w:sz w:val="32"/>
        </w:rPr>
        <w:t>orry that makes you unhappy.</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Artists should cut themselves off from the world when they</w:t>
      </w:r>
      <w:r>
        <w:rPr>
          <w:rFonts w:ascii="Times New Roman" w:hAnsi="Times New Roman"/>
          <w:b w:val="0"/>
          <w:i w:val="0"/>
          <w:color w:val="000000"/>
          <w:sz w:val="32"/>
        </w:rPr>
        <w:t>’r</w:t>
      </w:r>
      <w:r>
        <w:rPr>
          <w:rFonts w:ascii="Times New Roman" w:hAnsi="Times New Roman"/>
          <w:b w:val="0"/>
          <w:i w:val="0"/>
          <w:color w:val="000000"/>
          <w:sz w:val="32"/>
        </w:rPr>
        <w:t>e working.</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Not if their work</w:t>
      </w:r>
      <w:r>
        <w:rPr>
          <w:rFonts w:ascii="Times New Roman" w:hAnsi="Times New Roman"/>
          <w:b w:val="0"/>
          <w:i w:val="0"/>
          <w:color w:val="000000"/>
          <w:sz w:val="32"/>
        </w:rPr>
        <w:t>’</w:t>
      </w:r>
      <w:r>
        <w:rPr>
          <w:rFonts w:ascii="Times New Roman" w:hAnsi="Times New Roman"/>
          <w:b w:val="0"/>
          <w:i w:val="0"/>
          <w:color w:val="000000"/>
          <w:sz w:val="32"/>
        </w:rPr>
        <w:t xml:space="preserve">s </w:t>
      </w:r>
      <w:r>
        <w:rPr>
          <w:rFonts w:ascii="Times New Roman" w:hAnsi="Times New Roman"/>
          <w:b w:val="0"/>
          <w:i/>
          <w:color w:val="000000"/>
          <w:sz w:val="32"/>
        </w:rPr>
        <w:t xml:space="preserve">about </w:t>
      </w:r>
      <w:r>
        <w:rPr>
          <w:rFonts w:ascii="Times New Roman" w:hAnsi="Times New Roman"/>
          <w:b w:val="0"/>
          <w:i w:val="0"/>
          <w:color w:val="000000"/>
          <w:sz w:val="32"/>
        </w:rPr>
        <w:t xml:space="preserve">the world. </w:t>
      </w:r>
      <w:r>
        <w:rPr>
          <w:rFonts w:ascii="Times New Roman" w:hAnsi="Times New Roman"/>
          <w:b w:val="0"/>
          <w:i/>
          <w:color w:val="000000"/>
          <w:sz w:val="32"/>
        </w:rPr>
        <w:t>(Pause.)</w:t>
      </w:r>
      <w:r>
        <w:rPr>
          <w:rFonts w:ascii="Times New Roman" w:hAnsi="Times New Roman"/>
          <w:b w:val="0"/>
          <w:i/>
          <w:color w:val="000000"/>
          <w:sz w:val="32"/>
        </w:rPr>
        <w:t xml:space="preserve"> </w:t>
      </w:r>
      <w:r>
        <w:rPr>
          <w:rFonts w:ascii="Times New Roman" w:hAnsi="Times New Roman"/>
          <w:b w:val="0"/>
          <w:i w:val="0"/>
          <w:color w:val="000000"/>
          <w:sz w:val="32"/>
        </w:rPr>
        <w:t xml:space="preserve"> I like th</w:t>
      </w:r>
      <w:r>
        <w:rPr>
          <w:rFonts w:ascii="Times New Roman" w:hAnsi="Times New Roman"/>
          <w:b w:val="0"/>
          <w:i w:val="0"/>
          <w:color w:val="000000"/>
          <w:sz w:val="32"/>
        </w:rPr>
        <w:t>is</w:t>
      </w:r>
      <w:r>
        <w:rPr>
          <w:rFonts w:ascii="Times New Roman" w:hAnsi="Times New Roman"/>
          <w:b w:val="0"/>
          <w:i w:val="0"/>
          <w:color w:val="000000"/>
          <w:sz w:val="32"/>
        </w:rPr>
        <w:t xml:space="preserve"> painting. </w:t>
      </w:r>
      <w:r>
        <w:rPr>
          <w:rFonts w:ascii="Times New Roman" w:hAnsi="Times New Roman"/>
          <w:b w:val="0"/>
          <w:i w:val="0"/>
          <w:color w:val="000000"/>
          <w:sz w:val="32"/>
        </w:rPr>
        <w:t>Moody</w:t>
      </w:r>
      <w:r>
        <w:rPr>
          <w:rFonts w:ascii="Times New Roman" w:hAnsi="Times New Roman"/>
          <w:b w:val="0"/>
          <w:i w:val="0"/>
          <w:color w:val="000000"/>
          <w:sz w:val="32"/>
        </w:rPr>
        <w:t xml:space="preserve">, </w:t>
      </w:r>
      <w:r>
        <w:rPr>
          <w:rFonts w:ascii="Times New Roman" w:hAnsi="Times New Roman"/>
          <w:b w:val="0"/>
          <w:i w:val="0"/>
          <w:color w:val="000000"/>
          <w:sz w:val="32"/>
        </w:rPr>
        <w:t xml:space="preserve">the other side of </w:t>
      </w:r>
      <w:r>
        <w:rPr>
          <w:rFonts w:ascii="Times New Roman" w:hAnsi="Times New Roman"/>
          <w:b w:val="0"/>
          <w:i w:val="0"/>
          <w:color w:val="000000"/>
          <w:sz w:val="32"/>
        </w:rPr>
        <w:t xml:space="preserve">you. </w:t>
      </w:r>
      <w:r>
        <w:rPr>
          <w:rFonts w:ascii="Times New Roman" w:hAnsi="Times New Roman"/>
          <w:b w:val="0"/>
          <w:i w:val="0"/>
          <w:color w:val="000000"/>
          <w:sz w:val="32"/>
        </w:rPr>
        <w:t>S</w:t>
      </w:r>
      <w:r>
        <w:rPr>
          <w:rFonts w:ascii="Times New Roman" w:hAnsi="Times New Roman"/>
          <w:b w:val="0"/>
          <w:i w:val="0"/>
          <w:color w:val="000000"/>
          <w:sz w:val="32"/>
        </w:rPr>
        <w:t>ell it to me</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A</w:t>
      </w:r>
      <w:r>
        <w:rPr>
          <w:rFonts w:ascii="Times New Roman" w:hAnsi="Times New Roman"/>
          <w:b w:val="0"/>
          <w:i w:val="0"/>
          <w:color w:val="000000"/>
          <w:sz w:val="32"/>
        </w:rPr>
        <w:t xml:space="preserve"> sense of quietude.</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(Nettled)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Charlie, how many times must I </w:t>
      </w:r>
      <w:r>
        <w:rPr>
          <w:rFonts w:ascii="Times New Roman" w:hAnsi="Times New Roman"/>
          <w:b w:val="0"/>
          <w:i w:val="0"/>
          <w:color w:val="000000"/>
          <w:sz w:val="32"/>
        </w:rPr>
        <w:t>tell you</w:t>
      </w:r>
      <w:r>
        <w:rPr>
          <w:rFonts w:ascii="Times New Roman" w:hAnsi="Times New Roman"/>
          <w:b w:val="0"/>
          <w:i w:val="0"/>
          <w:color w:val="000000"/>
          <w:sz w:val="32"/>
        </w:rPr>
        <w:t xml:space="preserve">? — people say that about my paintings </w:t>
      </w:r>
      <w:r>
        <w:rPr>
          <w:rFonts w:ascii="Times New Roman" w:hAnsi="Times New Roman"/>
          <w:b w:val="0"/>
          <w:i w:val="0"/>
          <w:color w:val="000000"/>
          <w:sz w:val="32"/>
        </w:rPr>
        <w:t>because...</w:t>
      </w:r>
      <w:r>
        <w:rPr>
          <w:rFonts w:ascii="Times New Roman" w:hAnsi="Times New Roman"/>
          <w:b w:val="0"/>
          <w:i w:val="0"/>
          <w:color w:val="000000"/>
          <w:sz w:val="32"/>
        </w:rPr>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Oh, if they knew </w:t>
      </w:r>
      <w:r>
        <w:rPr>
          <w:rFonts w:ascii="Times New Roman" w:hAnsi="Times New Roman"/>
          <w:b w:val="0"/>
          <w:i w:val="0"/>
          <w:color w:val="000000"/>
          <w:sz w:val="32"/>
        </w:rPr>
        <w:t xml:space="preserve">the clamorous </w:t>
      </w:r>
      <w:r>
        <w:rPr>
          <w:rFonts w:ascii="Times New Roman" w:hAnsi="Times New Roman"/>
          <w:b w:val="0"/>
          <w:i/>
          <w:color w:val="000000"/>
          <w:sz w:val="32"/>
        </w:rPr>
        <w:t>you</w:t>
      </w:r>
      <w:r>
        <w:rPr>
          <w:rFonts w:ascii="Times New Roman" w:hAnsi="Times New Roman"/>
          <w:b w:val="0"/>
          <w:i w:val="0"/>
          <w:color w:val="000000"/>
          <w:sz w:val="32"/>
        </w:rPr>
        <w:t xml:space="preserve"> I do.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Are your films silent?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 — they</w:t>
      </w:r>
      <w:r>
        <w:rPr>
          <w:rFonts w:ascii="Times New Roman" w:hAnsi="Times New Roman"/>
          <w:b w:val="0"/>
          <w:i w:val="0"/>
          <w:color w:val="000000"/>
          <w:sz w:val="32"/>
        </w:rPr>
        <w:t>’</w:t>
      </w:r>
      <w:r>
        <w:rPr>
          <w:rFonts w:ascii="Times New Roman" w:hAnsi="Times New Roman"/>
          <w:b w:val="0"/>
          <w:i w:val="0"/>
          <w:color w:val="000000"/>
          <w:sz w:val="32"/>
        </w:rPr>
        <w:t>v</w:t>
      </w:r>
      <w:r>
        <w:rPr>
          <w:rFonts w:ascii="Times New Roman" w:hAnsi="Times New Roman"/>
          <w:b w:val="0"/>
          <w:i w:val="0"/>
          <w:color w:val="000000"/>
          <w:sz w:val="32"/>
        </w:rPr>
        <w:t>e music!</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You know what I mean.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w:t>
      </w:r>
      <w:r>
        <w:rPr>
          <w:rFonts w:ascii="Times New Roman" w:hAnsi="Times New Roman"/>
          <w:b w:val="0"/>
          <w:i w:val="0"/>
          <w:color w:val="000000"/>
          <w:sz w:val="32"/>
        </w:rPr>
        <w:t>here</w:t>
      </w:r>
      <w:r>
        <w:rPr>
          <w:rFonts w:ascii="Times New Roman" w:hAnsi="Times New Roman"/>
          <w:b w:val="0"/>
          <w:i w:val="0"/>
          <w:color w:val="000000"/>
          <w:sz w:val="32"/>
        </w:rPr>
        <w:t>’</w:t>
      </w:r>
      <w:r>
        <w:rPr>
          <w:rFonts w:ascii="Times New Roman" w:hAnsi="Times New Roman"/>
          <w:b w:val="0"/>
          <w:i w:val="0"/>
          <w:color w:val="000000"/>
          <w:sz w:val="32"/>
        </w:rPr>
        <w:t xml:space="preserve">s </w:t>
      </w:r>
      <w:r>
        <w:rPr>
          <w:rFonts w:ascii="Times New Roman" w:hAnsi="Times New Roman"/>
          <w:b w:val="0"/>
          <w:i w:val="0"/>
          <w:color w:val="000000"/>
          <w:sz w:val="32"/>
        </w:rPr>
        <w:t xml:space="preserve">still </w:t>
      </w:r>
      <w:r>
        <w:rPr>
          <w:rFonts w:ascii="Times New Roman" w:hAnsi="Times New Roman"/>
          <w:b w:val="0"/>
          <w:i w:val="0"/>
          <w:color w:val="000000"/>
          <w:sz w:val="32"/>
        </w:rPr>
        <w:t xml:space="preserve">a difference. </w:t>
      </w:r>
      <w:r>
        <w:rPr>
          <w:rFonts w:ascii="Times New Roman" w:hAnsi="Times New Roman"/>
          <w:b w:val="0"/>
          <w:i w:val="0"/>
          <w:color w:val="000000"/>
          <w:sz w:val="32"/>
        </w:rPr>
        <w:t>Some of my</w:t>
      </w:r>
      <w:r>
        <w:rPr>
          <w:rFonts w:ascii="Times New Roman" w:hAnsi="Times New Roman"/>
          <w:b w:val="0"/>
          <w:i w:val="0"/>
          <w:color w:val="000000"/>
          <w:sz w:val="32"/>
        </w:rPr>
        <w:t xml:space="preserve"> films are set where there</w:t>
      </w:r>
      <w:r>
        <w:rPr>
          <w:rFonts w:ascii="Times New Roman" w:hAnsi="Times New Roman"/>
          <w:b w:val="0"/>
          <w:i w:val="0"/>
          <w:color w:val="000000"/>
          <w:sz w:val="32"/>
        </w:rPr>
        <w:t>’</w:t>
      </w:r>
      <w:r>
        <w:rPr>
          <w:rFonts w:ascii="Times New Roman" w:hAnsi="Times New Roman"/>
          <w:b w:val="0"/>
          <w:i w:val="0"/>
          <w:color w:val="000000"/>
          <w:sz w:val="32"/>
        </w:rPr>
        <w:t>s noise</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C</w:t>
      </w:r>
      <w:r>
        <w:rPr>
          <w:rFonts w:ascii="Times New Roman" w:hAnsi="Times New Roman"/>
          <w:b w:val="0"/>
          <w:i w:val="0"/>
          <w:color w:val="000000"/>
          <w:sz w:val="32"/>
        </w:rPr>
        <w:t>ities with trucks and cars and people. I’ve never seen a truck in a Granville Redmond p</w:t>
      </w:r>
      <w:r>
        <w:rPr>
          <w:rFonts w:ascii="Times New Roman" w:hAnsi="Times New Roman"/>
          <w:b w:val="0"/>
          <w:i w:val="0"/>
          <w:color w:val="000000"/>
          <w:sz w:val="32"/>
        </w:rPr>
        <w:t>ainting</w:t>
      </w:r>
      <w:r>
        <w:rPr>
          <w:rFonts w:ascii="Times New Roman" w:hAnsi="Times New Roman"/>
          <w:b w:val="0"/>
          <w:i w:val="0"/>
          <w:color w:val="000000"/>
          <w:sz w:val="32"/>
        </w:rPr>
        <w:t xml:space="preserve">... </w:t>
      </w:r>
      <w:r>
        <w:rPr>
          <w:rFonts w:ascii="Times New Roman" w:hAnsi="Times New Roman"/>
          <w:b w:val="0"/>
          <w:i w:val="0"/>
          <w:color w:val="000000"/>
          <w:sz w:val="32"/>
        </w:rPr>
        <w:t>W</w:t>
      </w:r>
      <w:r>
        <w:rPr>
          <w:rFonts w:ascii="Times New Roman" w:hAnsi="Times New Roman"/>
          <w:b w:val="0"/>
          <w:i w:val="0"/>
          <w:color w:val="000000"/>
          <w:sz w:val="32"/>
        </w:rPr>
        <w:t xml:space="preserve">hen you </w:t>
      </w:r>
      <w:r>
        <w:rPr>
          <w:rFonts w:ascii="Times New Roman" w:hAnsi="Times New Roman"/>
          <w:b w:val="0"/>
          <w:i w:val="0"/>
          <w:color w:val="000000"/>
          <w:sz w:val="32"/>
        </w:rPr>
        <w:t xml:space="preserve">do </w:t>
      </w:r>
      <w:r>
        <w:rPr>
          <w:rFonts w:ascii="Times New Roman" w:hAnsi="Times New Roman"/>
          <w:b w:val="0"/>
          <w:i w:val="0"/>
          <w:color w:val="000000"/>
          <w:sz w:val="32"/>
        </w:rPr>
        <w:t>have people, they</w:t>
      </w:r>
      <w:r>
        <w:rPr>
          <w:rFonts w:ascii="Times New Roman" w:hAnsi="Times New Roman"/>
          <w:b w:val="0"/>
          <w:i w:val="0"/>
          <w:color w:val="000000"/>
          <w:sz w:val="32"/>
        </w:rPr>
        <w:t>’r</w:t>
      </w:r>
      <w:r>
        <w:rPr>
          <w:rFonts w:ascii="Times New Roman" w:hAnsi="Times New Roman"/>
          <w:b w:val="0"/>
          <w:i w:val="0"/>
          <w:color w:val="000000"/>
          <w:sz w:val="32"/>
        </w:rPr>
        <w:t xml:space="preserve">e </w:t>
      </w:r>
      <w:r>
        <w:rPr>
          <w:rFonts w:ascii="Times New Roman" w:hAnsi="Times New Roman"/>
          <w:b w:val="0"/>
          <w:i w:val="0"/>
          <w:color w:val="000000"/>
          <w:sz w:val="32"/>
        </w:rPr>
        <w:t xml:space="preserve">often </w:t>
      </w:r>
      <w:r>
        <w:rPr>
          <w:rFonts w:ascii="Times New Roman" w:hAnsi="Times New Roman"/>
          <w:b w:val="0"/>
          <w:i w:val="0"/>
          <w:color w:val="000000"/>
          <w:sz w:val="32"/>
        </w:rPr>
        <w:t xml:space="preserve">shepherds, so maybe </w:t>
      </w:r>
      <w:r>
        <w:rPr>
          <w:rFonts w:ascii="Times New Roman" w:hAnsi="Times New Roman"/>
          <w:b w:val="0"/>
          <w:i w:val="0"/>
          <w:color w:val="000000"/>
          <w:sz w:val="32"/>
        </w:rPr>
        <w:t xml:space="preserve">for sound </w:t>
      </w:r>
      <w:r>
        <w:rPr>
          <w:rFonts w:ascii="Times New Roman" w:hAnsi="Times New Roman"/>
          <w:b w:val="0"/>
          <w:i w:val="0"/>
          <w:color w:val="000000"/>
          <w:sz w:val="32"/>
        </w:rPr>
        <w:t>we can imagine sheep going “Ba</w:t>
      </w:r>
      <w:r>
        <w:rPr>
          <w:rFonts w:ascii="Times New Roman" w:hAnsi="Times New Roman"/>
          <w:b w:val="0"/>
          <w:i w:val="0"/>
          <w:color w:val="000000"/>
          <w:sz w:val="32"/>
        </w:rPr>
        <w:t>a, baa</w:t>
      </w:r>
      <w:r>
        <w:rPr>
          <w:rFonts w:ascii="Times New Roman" w:hAnsi="Times New Roman"/>
          <w:b w:val="0"/>
          <w:i w:val="0"/>
          <w:color w:val="000000"/>
          <w:sz w:val="32"/>
        </w:rPr>
        <w:t>,</w:t>
      </w:r>
      <w:r>
        <w:rPr>
          <w:rFonts w:ascii="Times New Roman" w:hAnsi="Times New Roman"/>
          <w:b w:val="0"/>
          <w:i w:val="0"/>
          <w:color w:val="000000"/>
          <w:sz w:val="32"/>
        </w:rPr>
        <w:t>’’ hardly a truck going “Beep, beep.”</w:t>
      </w:r>
    </w:p>
    <w:p>
      <w:pPr>
        <w:pStyle w:val="StageDirection"/>
        <w:spacing w:before="60" w:after="100"/>
        <w:ind w:left="0" w:right="0" w:firstLine="0"/>
        <w:jc w:val="left"/>
      </w:pPr>
      <w:r>
        <w:rPr>
          <w:rFonts w:ascii="Times New Roman" w:hAnsi="Times New Roman"/>
          <w:b w:val="0"/>
          <w:i/>
          <w:color w:val="000000"/>
          <w:sz w:val="32"/>
        </w:rPr>
        <w:t xml:space="preserve">(Has trouble signing or getting this </w:t>
      </w:r>
      <w:r>
        <w:rPr>
          <w:rFonts w:ascii="Times New Roman" w:hAnsi="Times New Roman"/>
          <w:b w:val="0"/>
          <w:i/>
          <w:color w:val="000000"/>
          <w:sz w:val="32"/>
        </w:rPr>
        <w:t>across, Redmond</w:t>
      </w:r>
      <w:r>
        <w:rPr>
          <w:rFonts w:ascii="Times New Roman" w:hAnsi="Times New Roman"/>
          <w:b w:val="0"/>
          <w:i/>
          <w:color w:val="000000"/>
          <w:sz w:val="32"/>
        </w:rPr>
        <w:t xml:space="preserve"> smiling.)</w:t>
      </w:r>
    </w:p>
    <w:p>
      <w:pPr>
        <w:pStyle w:val="Dialogue"/>
        <w:keepLines/>
        <w:spacing w:before="40" w:after="120" w:line="259" w:lineRule="auto"/>
        <w:ind w:left="0" w:right="0" w:firstLine="0"/>
        <w:jc w:val="left"/>
      </w:pPr>
      <w:r>
        <w:rPr>
          <w:rFonts w:ascii="Times New Roman" w:hAnsi="Times New Roman"/>
          <w:b w:val="0"/>
          <w:i w:val="0"/>
          <w:color w:val="000000"/>
          <w:sz w:val="32"/>
        </w:rPr>
        <w:t>So</w:t>
      </w:r>
      <w:r>
        <w:rPr>
          <w:rFonts w:ascii="Times New Roman" w:hAnsi="Times New Roman"/>
          <w:b w:val="0"/>
          <w:i w:val="0"/>
          <w:color w:val="000000"/>
          <w:sz w:val="32"/>
        </w:rPr>
        <w:t>,</w:t>
      </w:r>
      <w:r>
        <w:rPr>
          <w:rFonts w:ascii="Times New Roman" w:hAnsi="Times New Roman"/>
          <w:b w:val="0"/>
          <w:i w:val="0"/>
          <w:color w:val="000000"/>
          <w:sz w:val="32"/>
        </w:rPr>
        <w:t xml:space="preserve"> your painting</w:t>
      </w:r>
      <w:r>
        <w:rPr>
          <w:rFonts w:ascii="Times New Roman" w:hAnsi="Times New Roman"/>
          <w:b w:val="0"/>
          <w:i/>
          <w:color w:val="000000"/>
          <w:sz w:val="32"/>
        </w:rPr>
        <w:t>s</w:t>
      </w:r>
      <w:r>
        <w:rPr>
          <w:rFonts w:ascii="Times New Roman" w:hAnsi="Times New Roman"/>
          <w:b w:val="0"/>
          <w:i w:val="0"/>
          <w:color w:val="000000"/>
          <w:sz w:val="32"/>
        </w:rPr>
        <w:t xml:space="preserve"> </w:t>
      </w:r>
      <w:r>
        <w:rPr>
          <w:rFonts w:ascii="Times New Roman" w:hAnsi="Times New Roman"/>
          <w:b w:val="0"/>
          <w:i/>
          <w:color w:val="000000"/>
          <w:sz w:val="32"/>
        </w:rPr>
        <w:t>are</w:t>
      </w:r>
      <w:r>
        <w:rPr>
          <w:rFonts w:ascii="Times New Roman" w:hAnsi="Times New Roman"/>
          <w:b w:val="0"/>
          <w:i w:val="0"/>
          <w:color w:val="000000"/>
          <w:sz w:val="32"/>
        </w:rPr>
        <w:t xml:space="preserve"> </w:t>
      </w:r>
      <w:r>
        <w:rPr>
          <w:rFonts w:ascii="Times New Roman" w:hAnsi="Times New Roman"/>
          <w:b w:val="0"/>
          <w:i w:val="0"/>
          <w:color w:val="000000"/>
          <w:sz w:val="32"/>
        </w:rPr>
        <w:t xml:space="preserve">quiet! </w:t>
      </w:r>
      <w:r>
        <w:rPr>
          <w:rFonts w:ascii="Times New Roman" w:hAnsi="Times New Roman"/>
          <w:b w:val="0"/>
          <w:i w:val="0"/>
          <w:color w:val="000000"/>
          <w:sz w:val="32"/>
        </w:rPr>
        <w:t>W</w:t>
      </w:r>
      <w:r>
        <w:rPr>
          <w:rFonts w:ascii="Times New Roman" w:hAnsi="Times New Roman"/>
          <w:b w:val="0"/>
          <w:i w:val="0"/>
          <w:color w:val="000000"/>
          <w:sz w:val="32"/>
        </w:rPr>
        <w:t xml:space="preserve">hy I like </w:t>
      </w:r>
      <w:r>
        <w:rPr>
          <w:rFonts w:ascii="Times New Roman" w:hAnsi="Times New Roman"/>
          <w:b w:val="0"/>
          <w:i w:val="0"/>
          <w:color w:val="000000"/>
          <w:sz w:val="32"/>
        </w:rPr>
        <w:t>them</w:t>
      </w:r>
      <w:r>
        <w:rPr>
          <w:rFonts w:ascii="Times New Roman" w:hAnsi="Times New Roman"/>
          <w:b w:val="0"/>
          <w:i w:val="0"/>
          <w:color w:val="000000"/>
          <w:sz w:val="32"/>
        </w:rPr>
        <w:t>. Quiet</w:t>
      </w:r>
      <w:r>
        <w:rPr>
          <w:rFonts w:ascii="Times New Roman" w:hAnsi="Times New Roman"/>
          <w:b w:val="0"/>
          <w:i w:val="0"/>
          <w:color w:val="000000"/>
          <w:sz w:val="32"/>
        </w:rPr>
        <w:t>’</w:t>
      </w:r>
      <w:r>
        <w:rPr>
          <w:rFonts w:ascii="Times New Roman" w:hAnsi="Times New Roman"/>
          <w:b w:val="0"/>
          <w:i w:val="0"/>
          <w:color w:val="000000"/>
          <w:sz w:val="32"/>
        </w:rPr>
        <w:t xml:space="preserve">s disappearing from our lives. </w:t>
      </w:r>
      <w:r>
        <w:rPr>
          <w:rFonts w:ascii="Times New Roman" w:hAnsi="Times New Roman"/>
          <w:b w:val="0"/>
          <w:i/>
          <w:color w:val="000000"/>
          <w:sz w:val="32"/>
        </w:rPr>
        <w:t>(Pause, twirls his cane, signs with one hand, all too nonchalantly.)</w:t>
      </w:r>
      <w:r>
        <w:rPr>
          <w:rFonts w:ascii="Times New Roman" w:hAnsi="Times New Roman"/>
          <w:b w:val="0"/>
          <w:i/>
          <w:color w:val="000000"/>
          <w:sz w:val="32"/>
        </w:rPr>
        <w:t xml:space="preserve"> </w:t>
      </w:r>
      <w:r>
        <w:rPr>
          <w:rFonts w:ascii="Times New Roman" w:hAnsi="Times New Roman"/>
          <w:b w:val="0"/>
          <w:i w:val="0"/>
          <w:color w:val="000000"/>
          <w:sz w:val="32"/>
        </w:rPr>
        <w:t>By the by</w:t>
      </w:r>
      <w:r>
        <w:rPr>
          <w:rFonts w:ascii="Times New Roman" w:hAnsi="Times New Roman"/>
          <w:b w:val="0"/>
          <w:i w:val="0"/>
          <w:color w:val="000000"/>
          <w:sz w:val="32"/>
        </w:rPr>
        <w:t xml:space="preserve"> c</w:t>
      </w:r>
      <w:r>
        <w:rPr>
          <w:rFonts w:ascii="Times New Roman" w:hAnsi="Times New Roman"/>
          <w:b w:val="0"/>
          <w:i w:val="0"/>
          <w:color w:val="000000"/>
          <w:sz w:val="32"/>
        </w:rPr>
        <w:t>— d</w:t>
      </w:r>
      <w:r>
        <w:rPr>
          <w:rFonts w:ascii="Times New Roman" w:hAnsi="Times New Roman"/>
          <w:b w:val="0"/>
          <w:i w:val="0"/>
          <w:color w:val="000000"/>
          <w:sz w:val="32"/>
        </w:rPr>
        <w:t>id you know they</w:t>
      </w:r>
      <w:r>
        <w:rPr>
          <w:rFonts w:ascii="Times New Roman" w:hAnsi="Times New Roman"/>
          <w:b w:val="0"/>
          <w:i w:val="0"/>
          <w:color w:val="000000"/>
          <w:sz w:val="32"/>
        </w:rPr>
        <w:t>’</w:t>
      </w:r>
      <w:r>
        <w:rPr>
          <w:rFonts w:ascii="Times New Roman" w:hAnsi="Times New Roman"/>
          <w:b w:val="0"/>
          <w:i w:val="0"/>
          <w:color w:val="000000"/>
          <w:sz w:val="32"/>
        </w:rPr>
        <w:t>re experimenting with films</w:t>
      </w:r>
      <w:r>
        <w:rPr>
          <w:rFonts w:ascii="Times New Roman" w:hAnsi="Times New Roman"/>
          <w:b w:val="0"/>
          <w:i w:val="0"/>
          <w:color w:val="000000"/>
          <w:sz w:val="32"/>
        </w:rPr>
        <w:t xml:space="preserve"> that talk</w:t>
      </w:r>
      <w:r>
        <w:rPr>
          <w:rFonts w:ascii="Times New Roman" w:hAnsi="Times New Roman"/>
          <w:b w:val="0"/>
          <w:i w:val="0"/>
          <w:color w:val="000000"/>
          <w:sz w:val="32"/>
        </w:rPr>
        <w:t>?</w:t>
      </w:r>
    </w:p>
    <w:p>
      <w:pPr>
        <w:pStyle w:val="StageDirection"/>
        <w:spacing w:before="60" w:after="100"/>
        <w:ind w:left="0" w:right="0" w:firstLine="0"/>
        <w:jc w:val="left"/>
      </w:pPr>
      <w:r>
        <w:rPr>
          <w:rFonts w:ascii="Times New Roman" w:hAnsi="Times New Roman"/>
          <w:b w:val="0"/>
          <w:i/>
          <w:color w:val="000000"/>
          <w:sz w:val="32"/>
        </w:rPr>
        <w:t xml:space="preserve">(A brief lighting change, casting a moving shadow, as if a cloud had passed swiftly between the earth and the sun. </w:t>
      </w:r>
      <w:r>
        <w:rPr>
          <w:rFonts w:ascii="Times New Roman" w:hAnsi="Times New Roman"/>
          <w:b w:val="0"/>
          <w:i/>
          <w:color w:val="000000"/>
          <w:sz w:val="32"/>
        </w:rPr>
        <w:t>The studio momentarily goes dark, then light again. They both</w:t>
      </w:r>
      <w:r>
        <w:rPr>
          <w:rFonts w:ascii="Times New Roman" w:hAnsi="Times New Roman"/>
          <w:b w:val="0"/>
          <w:i/>
          <w:color w:val="000000"/>
          <w:sz w:val="32"/>
        </w:rPr>
        <w:t xml:space="preserve"> start.)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Excuse me</w:t>
      </w:r>
      <w:r>
        <w:rPr>
          <w:rFonts w:ascii="Times New Roman" w:hAnsi="Times New Roman"/>
          <w:b w:val="0"/>
          <w:i/>
          <w:color w:val="000000"/>
          <w:sz w:val="32"/>
        </w:rPr>
        <w:t xml:space="preserve"> — w</w:t>
      </w:r>
      <w:r>
        <w:rPr>
          <w:rFonts w:ascii="Times New Roman" w:hAnsi="Times New Roman"/>
          <w:b w:val="0"/>
          <w:i w:val="0"/>
          <w:color w:val="000000"/>
          <w:sz w:val="32"/>
        </w:rPr>
        <w:t>hat did you say?</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Experimenting — </w:t>
      </w:r>
      <w:r>
        <w:rPr>
          <w:rFonts w:ascii="Times New Roman" w:hAnsi="Times New Roman"/>
          <w:b w:val="0"/>
          <w:i/>
          <w:color w:val="000000"/>
          <w:sz w:val="32"/>
        </w:rPr>
        <w:t>with talking films.</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(Alarmed)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You are?</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Not</w:t>
      </w:r>
      <w:r>
        <w:rPr>
          <w:rFonts w:ascii="Times New Roman" w:hAnsi="Times New Roman"/>
          <w:b w:val="0"/>
          <w:i/>
          <w:color w:val="000000"/>
          <w:sz w:val="32"/>
        </w:rPr>
        <w:t xml:space="preserve"> me</w:t>
      </w:r>
      <w:r>
        <w:rPr>
          <w:rFonts w:ascii="Times New Roman" w:hAnsi="Times New Roman"/>
          <w:b w:val="0"/>
          <w:i w:val="0"/>
          <w:color w:val="000000"/>
          <w:sz w:val="32"/>
        </w:rPr>
        <w:t xml:space="preserve"> — </w:t>
      </w:r>
      <w:r>
        <w:rPr>
          <w:rFonts w:ascii="Times New Roman" w:hAnsi="Times New Roman"/>
          <w:b w:val="0"/>
          <w:i/>
          <w:color w:val="000000"/>
          <w:sz w:val="32"/>
        </w:rPr>
        <w:t xml:space="preserve">people </w:t>
      </w:r>
      <w:r>
        <w:rPr>
          <w:rFonts w:ascii="Times New Roman" w:hAnsi="Times New Roman"/>
          <w:b w:val="0"/>
          <w:i/>
          <w:color w:val="000000"/>
          <w:sz w:val="32"/>
        </w:rPr>
        <w:t xml:space="preserve">in the </w:t>
      </w:r>
      <w:r>
        <w:rPr>
          <w:rFonts w:ascii="Times New Roman" w:hAnsi="Times New Roman"/>
          <w:b w:val="0"/>
          <w:i/>
          <w:color w:val="000000"/>
          <w:sz w:val="32"/>
        </w:rPr>
        <w:t>business</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(Relieved, but only for a moment)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Oh.</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w:t>
      </w:r>
      <w:r>
        <w:rPr>
          <w:rFonts w:ascii="Times New Roman" w:hAnsi="Times New Roman"/>
          <w:b w:val="0"/>
          <w:i w:val="0"/>
          <w:color w:val="000000"/>
          <w:sz w:val="32"/>
        </w:rPr>
        <w:t xml:space="preserve"> year or two before </w:t>
      </w:r>
      <w:r>
        <w:rPr>
          <w:rFonts w:ascii="Times New Roman" w:hAnsi="Times New Roman"/>
          <w:b w:val="0"/>
          <w:i w:val="0"/>
          <w:color w:val="000000"/>
          <w:sz w:val="32"/>
        </w:rPr>
        <w:t>any</w:t>
      </w:r>
      <w:r>
        <w:rPr>
          <w:rFonts w:ascii="Times New Roman" w:hAnsi="Times New Roman"/>
          <w:b w:val="0"/>
          <w:i w:val="0"/>
          <w:color w:val="000000"/>
          <w:sz w:val="32"/>
        </w:rPr>
        <w:t xml:space="preserve">thing happens. </w:t>
      </w:r>
      <w:r>
        <w:rPr>
          <w:rFonts w:ascii="Times New Roman" w:hAnsi="Times New Roman"/>
          <w:b w:val="0"/>
          <w:i w:val="0"/>
          <w:color w:val="000000"/>
          <w:sz w:val="32"/>
        </w:rPr>
        <w:t>T</w:t>
      </w:r>
      <w:r>
        <w:rPr>
          <w:rFonts w:ascii="Times New Roman" w:hAnsi="Times New Roman"/>
          <w:b w:val="0"/>
          <w:i w:val="0"/>
          <w:color w:val="000000"/>
          <w:sz w:val="32"/>
        </w:rPr>
        <w:t>here’s the technology</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the</w:t>
      </w:r>
      <w:r>
        <w:rPr>
          <w:rFonts w:ascii="Times New Roman" w:hAnsi="Times New Roman"/>
          <w:b w:val="0"/>
          <w:i w:val="0"/>
          <w:color w:val="000000"/>
          <w:sz w:val="32"/>
        </w:rPr>
        <w:t xml:space="preserve">n </w:t>
      </w:r>
      <w:r>
        <w:rPr>
          <w:rFonts w:ascii="Times New Roman" w:hAnsi="Times New Roman"/>
          <w:b w:val="0"/>
          <w:i w:val="0"/>
          <w:color w:val="000000"/>
          <w:sz w:val="32"/>
        </w:rPr>
        <w:t>what does the public think</w:t>
      </w:r>
      <w:r>
        <w:rPr>
          <w:rFonts w:ascii="Times New Roman" w:hAnsi="Times New Roman"/>
          <w:b w:val="0"/>
          <w:i w:val="0"/>
          <w:color w:val="000000"/>
          <w:sz w:val="32"/>
        </w:rPr>
        <w:t>.</w:t>
      </w:r>
    </w:p>
    <w:p>
      <w:pPr>
        <w:pStyle w:val="StageDirection"/>
        <w:spacing w:before="60" w:after="100"/>
        <w:ind w:left="0" w:right="0" w:firstLine="0"/>
        <w:jc w:val="left"/>
      </w:pPr>
      <w:r>
        <w:rPr>
          <w:rFonts w:ascii="Times New Roman" w:hAnsi="Times New Roman"/>
          <w:b w:val="0"/>
          <w:i/>
          <w:color w:val="000000"/>
          <w:sz w:val="32"/>
        </w:rPr>
        <w:t>(They are both silent, inward.)</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(Finally)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What do </w:t>
      </w:r>
      <w:r>
        <w:rPr>
          <w:rFonts w:ascii="Times New Roman" w:hAnsi="Times New Roman"/>
          <w:b w:val="0"/>
          <w:i w:val="0"/>
          <w:color w:val="000000"/>
          <w:sz w:val="32"/>
        </w:rPr>
        <w:t xml:space="preserve">you </w:t>
      </w:r>
      <w:r>
        <w:rPr>
          <w:rFonts w:ascii="Times New Roman" w:hAnsi="Times New Roman"/>
          <w:b w:val="0"/>
          <w:i w:val="0"/>
          <w:color w:val="000000"/>
          <w:sz w:val="32"/>
        </w:rPr>
        <w:t>think about it?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on’t know. You?</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w:t>
      </w:r>
      <w:r>
        <w:rPr>
          <w:rFonts w:ascii="Times New Roman" w:hAnsi="Times New Roman"/>
          <w:b w:val="0"/>
          <w:i w:val="0"/>
          <w:color w:val="000000"/>
          <w:sz w:val="32"/>
        </w:rPr>
        <w:t>ouldn’t be able to get work in films that talk.</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I’d use you.</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You’d </w:t>
      </w:r>
      <w:r>
        <w:rPr>
          <w:rFonts w:ascii="Times New Roman" w:hAnsi="Times New Roman"/>
          <w:b w:val="0"/>
          <w:i w:val="0"/>
          <w:color w:val="000000"/>
          <w:sz w:val="32"/>
        </w:rPr>
        <w:t>make films that talk?</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w:t>
      </w:r>
      <w:r>
        <w:rPr>
          <w:rFonts w:ascii="Times New Roman" w:hAnsi="Times New Roman"/>
          <w:b w:val="0"/>
          <w:i w:val="0"/>
          <w:color w:val="000000"/>
          <w:sz w:val="32"/>
        </w:rPr>
        <w:t>ight —</w:t>
      </w:r>
      <w:r>
        <w:rPr>
          <w:rFonts w:ascii="Times New Roman" w:hAnsi="Times New Roman"/>
          <w:b w:val="0"/>
          <w:i w:val="0"/>
          <w:color w:val="000000"/>
          <w:sz w:val="32"/>
        </w:rPr>
        <w:t xml:space="preserve"> </w:t>
      </w:r>
      <w:r>
        <w:rPr>
          <w:rFonts w:ascii="Times New Roman" w:hAnsi="Times New Roman"/>
          <w:b w:val="0"/>
          <w:i/>
          <w:color w:val="000000"/>
          <w:sz w:val="32"/>
        </w:rPr>
        <w:t>(Unsure.)</w:t>
      </w:r>
      <w:r>
        <w:rPr>
          <w:rFonts w:ascii="Times New Roman" w:hAnsi="Times New Roman"/>
          <w:b w:val="0"/>
          <w:i w:val="0"/>
          <w:color w:val="000000"/>
          <w:sz w:val="32"/>
        </w:rPr>
        <w:t xml:space="preserve"> —</w:t>
      </w:r>
      <w:r>
        <w:rPr>
          <w:rFonts w:ascii="Times New Roman" w:hAnsi="Times New Roman"/>
          <w:b w:val="0"/>
          <w:i w:val="0"/>
          <w:color w:val="000000"/>
          <w:sz w:val="32"/>
        </w:rPr>
        <w:t xml:space="preserve"> think I couldn’t?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Of course </w:t>
      </w:r>
      <w:r>
        <w:rPr>
          <w:rFonts w:ascii="Times New Roman" w:hAnsi="Times New Roman"/>
          <w:b w:val="0"/>
          <w:i/>
          <w:color w:val="000000"/>
          <w:sz w:val="32"/>
        </w:rPr>
        <w:t>you could</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(Pleased, clears his throat)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w:t>
      </w:r>
      <w:r>
        <w:rPr>
          <w:rFonts w:ascii="Times New Roman" w:hAnsi="Times New Roman"/>
          <w:b w:val="0"/>
          <w:i w:val="0"/>
          <w:color w:val="000000"/>
          <w:sz w:val="32"/>
        </w:rPr>
        <w:t>till</w:t>
      </w:r>
      <w:r>
        <w:rPr>
          <w:rFonts w:ascii="Times New Roman" w:hAnsi="Times New Roman"/>
          <w:b w:val="0"/>
          <w:i w:val="0"/>
          <w:color w:val="000000"/>
          <w:sz w:val="32"/>
        </w:rPr>
        <w:t xml:space="preserve"> not happy about it. Everywhere you go, people talking</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Not</w:t>
      </w:r>
      <w:r>
        <w:rPr>
          <w:rFonts w:ascii="Times New Roman" w:hAnsi="Times New Roman"/>
          <w:b w:val="0"/>
          <w:i w:val="0"/>
          <w:color w:val="000000"/>
          <w:sz w:val="32"/>
        </w:rPr>
        <w:t xml:space="preserve"> like movies.</w:t>
      </w:r>
      <w:r>
        <w:rPr>
          <w:rFonts w:ascii="Times New Roman" w:hAnsi="Times New Roman"/>
          <w:b w:val="0"/>
          <w:i w:val="0"/>
          <w:color w:val="000000"/>
          <w:sz w:val="32"/>
        </w:rPr>
        <w:t xml:space="preserve"> That’s their </w:t>
      </w:r>
      <w:r>
        <w:rPr>
          <w:rFonts w:ascii="Times New Roman" w:hAnsi="Times New Roman"/>
          <w:b w:val="0"/>
          <w:i w:val="0"/>
          <w:color w:val="000000"/>
          <w:sz w:val="32"/>
        </w:rPr>
        <w:t xml:space="preserve">secret </w:t>
      </w:r>
      <w:r>
        <w:rPr>
          <w:rFonts w:ascii="Times New Roman" w:hAnsi="Times New Roman"/>
          <w:b w:val="0"/>
          <w:i w:val="0"/>
          <w:color w:val="000000"/>
          <w:sz w:val="32"/>
        </w:rPr>
        <w:t xml:space="preserve">appeal, </w:t>
      </w:r>
      <w:r>
        <w:rPr>
          <w:rFonts w:ascii="Times New Roman" w:hAnsi="Times New Roman"/>
          <w:b w:val="0"/>
          <w:i w:val="0"/>
          <w:color w:val="000000"/>
          <w:sz w:val="32"/>
        </w:rPr>
        <w:t xml:space="preserve">you know — </w:t>
      </w:r>
      <w:r>
        <w:rPr>
          <w:rFonts w:ascii="Times New Roman" w:hAnsi="Times New Roman"/>
          <w:b w:val="0"/>
          <w:i w:val="0"/>
          <w:color w:val="000000"/>
          <w:sz w:val="32"/>
        </w:rPr>
        <w:t xml:space="preserve">the human voice </w:t>
      </w:r>
      <w:r>
        <w:rPr>
          <w:rFonts w:ascii="Times New Roman" w:hAnsi="Times New Roman"/>
          <w:b w:val="0"/>
          <w:i/>
          <w:color w:val="000000"/>
          <w:sz w:val="32"/>
        </w:rPr>
        <w:t>silent</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t>Someone talking your ear off</w:t>
      </w:r>
      <w:r>
        <w:rPr>
          <w:rFonts w:ascii="Times New Roman" w:hAnsi="Times New Roman"/>
          <w:b w:val="0"/>
          <w:i w:val="0"/>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t>?’ ‘</w:t>
      </w:r>
      <w:r>
        <w:rPr>
          <w:rFonts w:ascii="Times New Roman" w:hAnsi="Times New Roman"/>
          <w:b w:val="0"/>
          <w:i w:val="0"/>
          <w:color w:val="000000"/>
          <w:sz w:val="32"/>
        </w:rPr>
        <w:t>Well, g</w:t>
      </w:r>
      <w:r>
        <w:rPr>
          <w:rFonts w:ascii="Times New Roman" w:hAnsi="Times New Roman"/>
          <w:b w:val="0"/>
          <w:i w:val="0"/>
          <w:color w:val="000000"/>
          <w:sz w:val="32"/>
        </w:rPr>
        <w:t>e</w:t>
      </w:r>
      <w:r>
        <w:rPr>
          <w:rFonts w:ascii="Times New Roman" w:hAnsi="Times New Roman"/>
          <w:b w:val="0"/>
          <w:i w:val="0"/>
          <w:color w:val="000000"/>
          <w:sz w:val="32"/>
        </w:rPr>
        <w:t xml:space="preserve">t away, </w:t>
      </w:r>
      <w:r>
        <w:rPr>
          <w:rFonts w:ascii="Times New Roman" w:hAnsi="Times New Roman"/>
          <w:b w:val="0"/>
          <w:i w:val="0"/>
          <w:color w:val="000000"/>
          <w:sz w:val="32"/>
        </w:rPr>
        <w:t>go to a movi</w:t>
      </w:r>
      <w:r>
        <w:rPr>
          <w:rFonts w:ascii="Times New Roman" w:hAnsi="Times New Roman"/>
          <w:b w:val="0"/>
          <w:i w:val="0"/>
          <w:color w:val="000000"/>
          <w:sz w:val="32"/>
        </w:rPr>
        <w:t>ng picture</w:t>
      </w:r>
      <w:r>
        <w:rPr>
          <w:rFonts w:ascii="Times New Roman" w:hAnsi="Times New Roman"/>
          <w:b w:val="0"/>
          <w:i w:val="0"/>
          <w:color w:val="000000"/>
          <w:sz w:val="32"/>
        </w:rPr>
        <w:t>!</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What use would I be in films that talk?</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What do you mean?</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I’d just be there — like a fence post!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Stand up!</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Why?</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To be a fence post!  </w:t>
      </w:r>
    </w:p>
    <w:p>
      <w:pPr>
        <w:pStyle w:val="StageDirection"/>
        <w:spacing w:before="60" w:after="100"/>
        <w:ind w:left="0" w:right="0" w:firstLine="0"/>
        <w:jc w:val="left"/>
      </w:pPr>
      <w:r>
        <w:rPr>
          <w:rFonts w:ascii="Times New Roman" w:hAnsi="Times New Roman"/>
          <w:b w:val="0"/>
          <w:i/>
          <w:color w:val="000000"/>
          <w:sz w:val="32"/>
        </w:rPr>
        <w:t>(Straining to pull him to his feet.)</w:t>
      </w:r>
    </w:p>
    <w:p>
      <w:pPr>
        <w:pStyle w:val="Dialogue"/>
        <w:keepLines/>
        <w:spacing w:before="40" w:after="120" w:line="259" w:lineRule="auto"/>
        <w:ind w:left="0" w:right="0" w:firstLine="0"/>
        <w:jc w:val="left"/>
      </w:pPr>
      <w:r>
        <w:rPr>
          <w:rFonts w:ascii="Times New Roman" w:hAnsi="Times New Roman"/>
          <w:b w:val="0"/>
          <w:i w:val="0"/>
          <w:color w:val="000000"/>
          <w:sz w:val="32"/>
        </w:rPr>
        <w:t>You never do anything without an argument.</w:t>
      </w:r>
      <w:r>
        <w:rPr>
          <w:rFonts w:ascii="Times New Roman" w:hAnsi="Times New Roman"/>
          <w:b w:val="0"/>
          <w:i w:val="0"/>
          <w:color w:val="000000"/>
          <w:sz w:val="32"/>
        </w:rPr>
        <w:t xml:space="preserve"> </w:t>
      </w:r>
      <w:r>
        <w:rPr>
          <w:rFonts w:ascii="Times New Roman" w:hAnsi="Times New Roman"/>
          <w:b w:val="0"/>
          <w:i w:val="0"/>
          <w:color w:val="000000"/>
          <w:sz w:val="32"/>
        </w:rPr>
        <w:t>Follow me!</w:t>
      </w:r>
    </w:p>
    <w:p>
      <w:pPr>
        <w:pStyle w:val="StageDirection"/>
        <w:spacing w:before="60" w:after="100"/>
        <w:ind w:left="0" w:right="0" w:firstLine="0"/>
        <w:jc w:val="left"/>
      </w:pPr>
      <w:r>
        <w:rPr>
          <w:rFonts w:ascii="Times New Roman" w:hAnsi="Times New Roman"/>
          <w:b w:val="0"/>
          <w:i/>
          <w:color w:val="000000"/>
          <w:sz w:val="32"/>
        </w:rPr>
        <w:t xml:space="preserve">(To music, Chaplin does a character walk. Chaplin gestures — Redmond hesitates, </w:t>
      </w:r>
      <w:r>
        <w:rPr>
          <w:rFonts w:ascii="Times New Roman" w:hAnsi="Times New Roman"/>
          <w:b w:val="0"/>
          <w:i/>
          <w:color w:val="000000"/>
          <w:sz w:val="32"/>
        </w:rPr>
        <w:t>but</w:t>
      </w:r>
      <w:r>
        <w:rPr>
          <w:rFonts w:ascii="Times New Roman" w:hAnsi="Times New Roman"/>
          <w:b w:val="0"/>
          <w:i/>
          <w:color w:val="000000"/>
          <w:sz w:val="32"/>
        </w:rPr>
        <w:t xml:space="preserve"> performing instincts take over and he </w:t>
      </w:r>
      <w:r>
        <w:rPr>
          <w:rFonts w:ascii="Times New Roman" w:hAnsi="Times New Roman"/>
          <w:b w:val="0"/>
          <w:i/>
          <w:color w:val="000000"/>
          <w:sz w:val="32"/>
        </w:rPr>
        <w:t>follows Chaplin’s</w:t>
      </w:r>
      <w:r>
        <w:rPr>
          <w:rFonts w:ascii="Times New Roman" w:hAnsi="Times New Roman"/>
          <w:b w:val="0"/>
          <w:i/>
          <w:color w:val="000000"/>
          <w:sz w:val="32"/>
        </w:rPr>
        <w:t xml:space="preserve"> lead.)</w:t>
      </w:r>
    </w:p>
    <w:p>
      <w:pPr>
        <w:pStyle w:val="StageDirection"/>
        <w:spacing w:before="60" w:after="100"/>
        <w:ind w:left="0" w:right="0" w:firstLine="0"/>
        <w:jc w:val="left"/>
      </w:pPr>
      <w:r>
        <w:rPr>
          <w:rFonts w:ascii="Times New Roman" w:hAnsi="Times New Roman"/>
          <w:b w:val="0"/>
          <w:i/>
          <w:color w:val="000000"/>
          <w:sz w:val="32"/>
        </w:rPr>
        <w:t>(Chaplin does a dance. Redmond imitates it</w:t>
      </w:r>
      <w:r>
        <w:rPr>
          <w:rFonts w:ascii="Times New Roman" w:hAnsi="Times New Roman"/>
          <w:b w:val="0"/>
          <w:i/>
          <w:color w:val="000000"/>
          <w:sz w:val="32"/>
        </w:rPr>
        <w:t xml:space="preserve">. </w:t>
      </w:r>
      <w:r>
        <w:rPr>
          <w:rFonts w:ascii="Times New Roman" w:hAnsi="Times New Roman"/>
          <w:b w:val="0"/>
          <w:i/>
          <w:color w:val="000000"/>
          <w:sz w:val="32"/>
        </w:rPr>
        <w:t>Chaplin speeds it up. Music becomes almost frenetic. Redmond keeps up for a few moments, but then falters, tries to hang on, but runs out of breath, gasps, bends over.</w:t>
      </w:r>
      <w:r>
        <w:rPr>
          <w:rFonts w:ascii="Times New Roman" w:hAnsi="Times New Roman"/>
          <w:b w:val="0"/>
          <w:i/>
          <w:color w:val="000000"/>
          <w:sz w:val="32"/>
        </w:rPr>
        <w:t>)</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R</w:t>
      </w:r>
      <w:r>
        <w:rPr>
          <w:rFonts w:ascii="Times New Roman" w:hAnsi="Times New Roman"/>
          <w:b w:val="0"/>
          <w:i/>
          <w:color w:val="000000"/>
          <w:sz w:val="32"/>
        </w:rPr>
        <w:t>ealizing he</w:t>
      </w:r>
      <w:r>
        <w:rPr>
          <w:rFonts w:ascii="Times New Roman" w:hAnsi="Times New Roman"/>
          <w:b w:val="0"/>
          <w:i/>
          <w:color w:val="000000"/>
          <w:sz w:val="32"/>
        </w:rPr>
        <w:t>’</w:t>
      </w:r>
      <w:r>
        <w:rPr>
          <w:rFonts w:ascii="Times New Roman" w:hAnsi="Times New Roman"/>
          <w:b w:val="0"/>
          <w:i/>
          <w:color w:val="000000"/>
          <w:sz w:val="32"/>
        </w:rPr>
        <w:t xml:space="preserve">s gone too far, </w:t>
      </w:r>
      <w:r>
        <w:rPr>
          <w:rFonts w:ascii="Times New Roman" w:hAnsi="Times New Roman"/>
          <w:b w:val="0"/>
          <w:i/>
          <w:color w:val="000000"/>
          <w:sz w:val="32"/>
        </w:rPr>
        <w:t xml:space="preserve">Chaplin </w:t>
      </w:r>
      <w:r>
        <w:rPr>
          <w:rFonts w:ascii="Times New Roman" w:hAnsi="Times New Roman"/>
          <w:b w:val="0"/>
          <w:i/>
          <w:color w:val="000000"/>
          <w:sz w:val="32"/>
        </w:rPr>
        <w:t>pretends not to notice Redmond’s condition,</w:t>
      </w:r>
      <w:r>
        <w:rPr>
          <w:rFonts w:ascii="Times New Roman" w:hAnsi="Times New Roman"/>
          <w:b w:val="0"/>
          <w:i/>
          <w:color w:val="000000"/>
          <w:sz w:val="32"/>
        </w:rPr>
        <w:t xml:space="preserve"> </w:t>
      </w:r>
      <w:r>
        <w:rPr>
          <w:rFonts w:ascii="Times New Roman" w:hAnsi="Times New Roman"/>
          <w:b w:val="0"/>
          <w:i/>
          <w:color w:val="000000"/>
          <w:sz w:val="32"/>
        </w:rPr>
        <w:t xml:space="preserve">slows </w:t>
      </w:r>
      <w:r>
        <w:rPr>
          <w:rFonts w:ascii="Times New Roman" w:hAnsi="Times New Roman"/>
          <w:b w:val="0"/>
          <w:i/>
          <w:color w:val="000000"/>
          <w:sz w:val="32"/>
        </w:rPr>
        <w:t>gradually</w:t>
      </w:r>
      <w:r>
        <w:rPr>
          <w:rFonts w:ascii="Times New Roman" w:hAnsi="Times New Roman"/>
          <w:b w:val="0"/>
          <w:i/>
          <w:color w:val="000000"/>
          <w:sz w:val="32"/>
        </w:rPr>
        <w:t xml:space="preserve"> —</w:t>
      </w:r>
      <w:r>
        <w:rPr>
          <w:rFonts w:ascii="Times New Roman" w:hAnsi="Times New Roman"/>
          <w:b w:val="0"/>
          <w:i/>
          <w:color w:val="000000"/>
          <w:sz w:val="32"/>
        </w:rPr>
        <w:t xml:space="preserve"> </w:t>
      </w:r>
      <w:r>
        <w:rPr>
          <w:rFonts w:ascii="Times New Roman" w:hAnsi="Times New Roman"/>
          <w:b w:val="0"/>
          <w:i/>
          <w:color w:val="000000"/>
          <w:sz w:val="32"/>
        </w:rPr>
        <w:t>until both come to a stop.)</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(Moving away)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w:t>
      </w:r>
      <w:r>
        <w:rPr>
          <w:rFonts w:ascii="Times New Roman" w:hAnsi="Times New Roman"/>
          <w:b w:val="0"/>
          <w:i w:val="0"/>
          <w:color w:val="000000"/>
          <w:sz w:val="32"/>
        </w:rPr>
        <w:t xml:space="preserve">ee? </w:t>
      </w:r>
      <w:r>
        <w:rPr>
          <w:rFonts w:ascii="Times New Roman" w:hAnsi="Times New Roman"/>
          <w:b w:val="0"/>
          <w:i w:val="0"/>
          <w:color w:val="000000"/>
          <w:sz w:val="32"/>
        </w:rPr>
        <w:t>F</w:t>
      </w:r>
      <w:r>
        <w:rPr>
          <w:rFonts w:ascii="Times New Roman" w:hAnsi="Times New Roman"/>
          <w:b w:val="0"/>
          <w:i w:val="0"/>
          <w:color w:val="000000"/>
          <w:sz w:val="32"/>
        </w:rPr>
        <w:t>ew have your physical gifts.</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(Catches his breath, bent over, signing with one hand)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Or waist line!  </w:t>
      </w:r>
      <w:r>
        <w:rPr>
          <w:rFonts w:ascii="Times New Roman" w:hAnsi="Times New Roman"/>
          <w:b w:val="0"/>
          <w:i/>
          <w:color w:val="000000"/>
          <w:sz w:val="32"/>
        </w:rPr>
        <w:t>(Subconsciously makes frustrated sign.)</w:t>
      </w:r>
      <w:r>
        <w:rPr>
          <w:rFonts w:ascii="Times New Roman" w:hAnsi="Times New Roman"/>
          <w:b w:val="0"/>
          <w:i w:val="0"/>
          <w:color w:val="000000"/>
          <w:sz w:val="32"/>
        </w:rPr>
        <w:t xml:space="preserve"> I’m </w:t>
      </w:r>
      <w:r>
        <w:rPr>
          <w:rFonts w:ascii="Times New Roman" w:hAnsi="Times New Roman"/>
          <w:b w:val="0"/>
          <w:i w:val="0"/>
          <w:color w:val="000000"/>
          <w:sz w:val="32"/>
        </w:rPr>
        <w:t xml:space="preserve">getting fat, </w:t>
      </w:r>
      <w:r>
        <w:rPr>
          <w:rFonts w:ascii="Times New Roman" w:hAnsi="Times New Roman"/>
          <w:b w:val="0"/>
          <w:i w:val="0"/>
          <w:color w:val="000000"/>
          <w:sz w:val="32"/>
        </w:rPr>
        <w:t xml:space="preserve">Charlie.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 xml:space="preserve">on’t understand. You’re out on </w:t>
      </w:r>
      <w:r>
        <w:rPr>
          <w:rFonts w:ascii="Times New Roman" w:hAnsi="Times New Roman"/>
          <w:b w:val="0"/>
          <w:i w:val="0"/>
          <w:color w:val="000000"/>
          <w:sz w:val="32"/>
        </w:rPr>
        <w:t>painting</w:t>
      </w:r>
      <w:r>
        <w:rPr>
          <w:rFonts w:ascii="Times New Roman" w:hAnsi="Times New Roman"/>
          <w:b w:val="0"/>
          <w:i w:val="0"/>
          <w:color w:val="000000"/>
          <w:sz w:val="32"/>
        </w:rPr>
        <w:t xml:space="preserve"> expeditions, walking and climbing.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Less these days.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Then y</w:t>
      </w:r>
      <w:r>
        <w:rPr>
          <w:rFonts w:ascii="Times New Roman" w:hAnsi="Times New Roman"/>
          <w:b w:val="0"/>
          <w:i w:val="0"/>
          <w:color w:val="000000"/>
          <w:sz w:val="32"/>
        </w:rPr>
        <w:t>ou’ll need to exercise</w:t>
      </w:r>
      <w:r>
        <w:rPr>
          <w:rFonts w:ascii="Times New Roman" w:hAnsi="Times New Roman"/>
          <w:b w:val="0"/>
          <w:i w:val="0"/>
          <w:color w:val="000000"/>
          <w:sz w:val="32"/>
        </w:rPr>
        <w:t xml:space="preserve"> more</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Follow me. One two, one two... </w:t>
      </w:r>
    </w:p>
    <w:p>
      <w:pPr>
        <w:pStyle w:val="StageDirection"/>
        <w:spacing w:before="60" w:after="100"/>
        <w:ind w:left="0" w:right="0" w:firstLine="0"/>
        <w:jc w:val="left"/>
      </w:pPr>
      <w:r>
        <w:rPr>
          <w:rFonts w:ascii="Times New Roman" w:hAnsi="Times New Roman"/>
          <w:b w:val="0"/>
          <w:i/>
          <w:color w:val="000000"/>
          <w:sz w:val="32"/>
        </w:rPr>
        <w:t xml:space="preserve">(Chaplin exercises, making a game of </w:t>
      </w:r>
      <w:r>
        <w:rPr>
          <w:rFonts w:ascii="Times New Roman" w:hAnsi="Times New Roman"/>
          <w:b w:val="0"/>
          <w:i/>
          <w:color w:val="000000"/>
          <w:sz w:val="32"/>
        </w:rPr>
        <w:t>it, touching</w:t>
      </w:r>
      <w:r>
        <w:rPr>
          <w:rFonts w:ascii="Times New Roman" w:hAnsi="Times New Roman"/>
          <w:b w:val="0"/>
          <w:i/>
          <w:color w:val="000000"/>
          <w:sz w:val="32"/>
        </w:rPr>
        <w:t xml:space="preserve"> his toes, but watching </w:t>
      </w:r>
      <w:r>
        <w:rPr>
          <w:rFonts w:ascii="Times New Roman" w:hAnsi="Times New Roman"/>
          <w:b w:val="0"/>
          <w:i/>
          <w:color w:val="000000"/>
          <w:sz w:val="32"/>
        </w:rPr>
        <w:t>Redmond, worried</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(While doing bends)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Gottardo, talking films! </w:t>
      </w:r>
    </w:p>
    <w:p>
      <w:pPr>
        <w:pStyle w:val="StageDirection"/>
        <w:spacing w:before="60" w:after="100"/>
        <w:ind w:left="0" w:right="0" w:firstLine="0"/>
        <w:jc w:val="left"/>
      </w:pPr>
      <w:r>
        <w:rPr>
          <w:rFonts w:ascii="Times New Roman" w:hAnsi="Times New Roman"/>
          <w:b w:val="0"/>
          <w:i/>
          <w:color w:val="000000"/>
          <w:sz w:val="32"/>
        </w:rPr>
        <w:t>(Again</w:t>
      </w:r>
      <w:r>
        <w:rPr>
          <w:rFonts w:ascii="Times New Roman" w:hAnsi="Times New Roman"/>
          <w:b w:val="0"/>
          <w:i/>
          <w:color w:val="000000"/>
          <w:sz w:val="32"/>
        </w:rPr>
        <w:t>,</w:t>
      </w:r>
      <w:r>
        <w:rPr>
          <w:rFonts w:ascii="Times New Roman" w:hAnsi="Times New Roman"/>
          <w:b w:val="0"/>
          <w:i/>
          <w:color w:val="000000"/>
          <w:sz w:val="32"/>
        </w:rPr>
        <w:t xml:space="preserve"> the passing ‘cloud</w:t>
      </w:r>
      <w:r>
        <w:rPr>
          <w:rFonts w:ascii="Times New Roman" w:hAnsi="Times New Roman"/>
          <w:b w:val="0"/>
          <w:i/>
          <w:color w:val="000000"/>
          <w:sz w:val="32"/>
        </w:rPr>
        <w:t xml:space="preserve">’ </w:t>
      </w:r>
      <w:r>
        <w:rPr>
          <w:rFonts w:ascii="Times New Roman" w:hAnsi="Times New Roman"/>
          <w:b w:val="0"/>
          <w:i/>
          <w:color w:val="000000"/>
          <w:sz w:val="32"/>
        </w:rPr>
        <w:t>casts a moving shadow.)</w:t>
      </w:r>
    </w:p>
    <w:p>
      <w:pPr>
        <w:pStyle w:val="Dialogue"/>
        <w:keepLines/>
        <w:spacing w:before="40" w:after="120" w:line="259" w:lineRule="auto"/>
        <w:ind w:left="0" w:right="0" w:firstLine="0"/>
        <w:jc w:val="left"/>
      </w:pPr>
      <w:r>
        <w:rPr>
          <w:rFonts w:ascii="Times New Roman" w:hAnsi="Times New Roman"/>
          <w:b w:val="0"/>
          <w:i w:val="0"/>
          <w:color w:val="000000"/>
          <w:sz w:val="32"/>
        </w:rPr>
        <w:t>B</w:t>
      </w:r>
      <w:r>
        <w:rPr>
          <w:rFonts w:ascii="Times New Roman" w:hAnsi="Times New Roman"/>
          <w:b w:val="0"/>
          <w:i w:val="0"/>
          <w:color w:val="000000"/>
          <w:sz w:val="32"/>
        </w:rPr>
        <w:t xml:space="preserve">e out on my </w:t>
      </w:r>
      <w:r>
        <w:rPr>
          <w:rFonts w:ascii="Times New Roman" w:hAnsi="Times New Roman"/>
          <w:b w:val="0"/>
          <w:i w:val="0"/>
          <w:color w:val="000000"/>
          <w:sz w:val="32"/>
        </w:rPr>
        <w:t xml:space="preserve">deaf </w:t>
      </w:r>
      <w:r>
        <w:rPr>
          <w:rFonts w:ascii="Times New Roman" w:hAnsi="Times New Roman"/>
          <w:b w:val="0"/>
          <w:i w:val="0"/>
          <w:color w:val="000000"/>
          <w:sz w:val="32"/>
        </w:rPr>
        <w:t>ear</w:t>
      </w:r>
      <w:r>
        <w:rPr>
          <w:rFonts w:ascii="Times New Roman" w:hAnsi="Times New Roman"/>
          <w:b w:val="0"/>
          <w:i w:val="0"/>
          <w:color w:val="000000"/>
          <w:sz w:val="32"/>
        </w:rPr>
        <w:t>!</w:t>
      </w:r>
      <w:r>
        <w:rPr>
          <w:rFonts w:ascii="Times New Roman" w:hAnsi="Times New Roman"/>
          <w:b w:val="0"/>
          <w:i w:val="0"/>
          <w:color w:val="000000"/>
          <w:sz w:val="32"/>
        </w:rPr>
        <w:t xml:space="preserve"> Times are tough. Art’s first to go when the world’s not right. Acting brought in money, but now... How will I support Carrie and the children?... We’ll end in the poorhouse!</w:t>
      </w:r>
    </w:p>
    <w:p>
      <w:pPr>
        <w:pStyle w:val="StageDirection"/>
        <w:spacing w:before="60" w:after="100"/>
        <w:ind w:left="0" w:right="0" w:firstLine="0"/>
        <w:jc w:val="left"/>
      </w:pPr>
      <w:r>
        <w:rPr>
          <w:rFonts w:ascii="Times New Roman" w:hAnsi="Times New Roman"/>
          <w:i/>
          <w:color w:val="000000"/>
          <w:sz w:val="32"/>
        </w:rPr>
        <w:t>(Piazzoni is heard singing a few bars of his song “Lu-fi de-la/foo-yah yu-sca/ de-gon de-yah”; then he appears in his own light. He looks a little older, his hair graying.)</w:t>
      </w:r>
    </w:p>
    <w:p>
      <w:pPr>
        <w:pStyle w:val="CharacterCue"/>
        <w:keepLines/>
        <w:spacing w:before="40" w:after="120" w:line="259" w:lineRule="auto"/>
        <w:ind w:left="0" w:right="0" w:firstLine="0"/>
        <w:jc w:val="left"/>
      </w:pPr>
      <w:r>
        <w:rPr>
          <w:rFonts w:ascii="Arial" w:hAnsi="Arial"/>
          <w:b/>
          <w:color w:val="000000"/>
          <w:sz w:val="32"/>
        </w:rPr>
        <w:t>PIAZZONI</w:t>
      </w:r>
      <w:r>
        <w:rPr>
          <w:color w:val="000000"/>
          <w:sz w:val="32"/>
        </w:rPr>
        <w:t xml:space="preserve"> </w:t>
      </w:r>
      <w:r>
        <w:rPr>
          <w:rFonts w:ascii="Times New Roman" w:hAnsi="Times New Roman"/>
          <w:b w:val="0"/>
          <w:i/>
          <w:color w:val="000000"/>
          <w:sz w:val="32"/>
        </w:rPr>
        <w:t>(Surprised)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Granville, terrified — </w:t>
      </w:r>
      <w:r>
        <w:rPr>
          <w:rFonts w:ascii="Times New Roman" w:hAnsi="Times New Roman"/>
          <w:b w:val="0"/>
          <w:i/>
          <w:color w:val="000000"/>
          <w:sz w:val="32"/>
        </w:rPr>
        <w:t>you</w:t>
      </w:r>
      <w:r>
        <w:rPr>
          <w:rFonts w:ascii="Times New Roman" w:hAnsi="Times New Roman"/>
          <w:b w:val="0"/>
          <w:i/>
          <w:color w:val="000000"/>
          <w:sz w:val="32"/>
        </w:rPr>
        <w:t xml:space="preserve">? — </w:t>
      </w:r>
      <w:r>
        <w:rPr>
          <w:rFonts w:ascii="Times New Roman" w:hAnsi="Times New Roman"/>
          <w:b w:val="0"/>
          <w:i w:val="0"/>
          <w:color w:val="000000"/>
          <w:sz w:val="32"/>
        </w:rPr>
        <w:t>the</w:t>
      </w:r>
      <w:r>
        <w:rPr>
          <w:rFonts w:ascii="Times New Roman" w:hAnsi="Times New Roman"/>
          <w:b w:val="0"/>
          <w:i/>
          <w:color w:val="000000"/>
          <w:sz w:val="32"/>
        </w:rPr>
        <w:t xml:space="preserve"> </w:t>
      </w:r>
      <w:r>
        <w:rPr>
          <w:rFonts w:ascii="Times New Roman" w:hAnsi="Times New Roman"/>
          <w:b w:val="0"/>
          <w:i w:val="0"/>
          <w:color w:val="000000"/>
          <w:sz w:val="32"/>
        </w:rPr>
        <w:t xml:space="preserve">young </w:t>
      </w:r>
      <w:r>
        <w:rPr>
          <w:rFonts w:ascii="Times New Roman" w:hAnsi="Times New Roman"/>
          <w:b w:val="0"/>
          <w:i w:val="0"/>
          <w:color w:val="000000"/>
          <w:sz w:val="32"/>
        </w:rPr>
        <w:t xml:space="preserve">Granville Redmond who goes to </w:t>
      </w:r>
      <w:r>
        <w:rPr>
          <w:rFonts w:ascii="Times New Roman" w:hAnsi="Times New Roman"/>
          <w:b w:val="0"/>
          <w:i w:val="0"/>
          <w:color w:val="000000"/>
          <w:sz w:val="32"/>
        </w:rPr>
        <w:t>France</w:t>
      </w:r>
      <w:r>
        <w:rPr>
          <w:rFonts w:ascii="Times New Roman" w:hAnsi="Times New Roman"/>
          <w:b w:val="0"/>
          <w:i w:val="0"/>
          <w:color w:val="000000"/>
          <w:sz w:val="32"/>
        </w:rPr>
        <w:t xml:space="preserve"> to paint</w:t>
      </w:r>
      <w:r>
        <w:rPr>
          <w:rFonts w:ascii="Times New Roman" w:hAnsi="Times New Roman"/>
          <w:b w:val="0"/>
          <w:i w:val="0"/>
          <w:color w:val="000000"/>
          <w:sz w:val="32"/>
        </w:rPr>
        <w:t>? T</w:t>
      </w:r>
      <w:r>
        <w:rPr>
          <w:rFonts w:ascii="Times New Roman" w:hAnsi="Times New Roman"/>
          <w:b w:val="0"/>
          <w:i w:val="0"/>
          <w:color w:val="000000"/>
          <w:sz w:val="32"/>
        </w:rPr>
        <w:t>ravels alone in the countryside... exhibits at the Official Salon</w:t>
      </w:r>
      <w:r>
        <w:rPr>
          <w:rFonts w:ascii="Times New Roman" w:hAnsi="Times New Roman"/>
          <w:b w:val="0"/>
          <w:i w:val="0"/>
          <w:color w:val="000000"/>
          <w:sz w:val="32"/>
        </w:rPr>
        <w:t>? W</w:t>
      </w:r>
      <w:r>
        <w:rPr>
          <w:rFonts w:ascii="Times New Roman" w:hAnsi="Times New Roman"/>
          <w:b w:val="0"/>
          <w:i w:val="0"/>
          <w:color w:val="000000"/>
          <w:sz w:val="32"/>
        </w:rPr>
        <w:t xml:space="preserve">ins more honors than anyone at the Ecole des Beaux Arts?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(Bitterly)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I</w:t>
      </w:r>
      <w:r>
        <w:rPr>
          <w:rFonts w:ascii="Times New Roman" w:hAnsi="Times New Roman"/>
          <w:b w:val="0"/>
          <w:i/>
          <w:color w:val="000000"/>
          <w:sz w:val="32"/>
        </w:rPr>
        <w:t>s denied a medal of recognition by the Paris Salon</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But</w:t>
      </w:r>
      <w:r>
        <w:rPr>
          <w:rFonts w:ascii="Times New Roman" w:hAnsi="Times New Roman"/>
          <w:b w:val="0"/>
          <w:i/>
          <w:color w:val="000000"/>
          <w:sz w:val="32"/>
        </w:rPr>
        <w:t xml:space="preserve"> given</w:t>
      </w:r>
      <w:r>
        <w:rPr>
          <w:rFonts w:ascii="Times New Roman" w:hAnsi="Times New Roman"/>
          <w:b w:val="0"/>
          <w:i w:val="0"/>
          <w:color w:val="000000"/>
          <w:sz w:val="32"/>
        </w:rPr>
        <w:t xml:space="preserve"> </w:t>
      </w:r>
      <w:r>
        <w:rPr>
          <w:rFonts w:ascii="Times New Roman" w:hAnsi="Times New Roman"/>
          <w:b w:val="0"/>
          <w:i/>
          <w:color w:val="000000"/>
          <w:sz w:val="32"/>
        </w:rPr>
        <w:t>permission to copy paintings</w:t>
      </w:r>
      <w:r>
        <w:rPr>
          <w:rFonts w:ascii="Times New Roman" w:hAnsi="Times New Roman"/>
          <w:b w:val="0"/>
          <w:i w:val="0"/>
          <w:color w:val="000000"/>
          <w:sz w:val="32"/>
        </w:rPr>
        <w:t xml:space="preserve"> </w:t>
      </w:r>
      <w:r>
        <w:rPr>
          <w:rFonts w:ascii="Times New Roman" w:hAnsi="Times New Roman"/>
          <w:b w:val="0"/>
          <w:i/>
          <w:color w:val="000000"/>
          <w:sz w:val="32"/>
        </w:rPr>
        <w:t>in the Louvre</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r>
        <w:rPr>
          <w:rFonts w:ascii="Times New Roman" w:hAnsi="Times New Roman"/>
          <w:b w:val="0"/>
          <w:i/>
          <w:color w:val="000000"/>
          <w:sz w:val="32"/>
        </w:rPr>
        <w:t>as hundreds look on... that Granville Redmond</w:t>
      </w:r>
      <w:r>
        <w:rPr>
          <w:rFonts w:ascii="Times New Roman" w:hAnsi="Times New Roman"/>
          <w:b w:val="0"/>
          <w:i/>
          <w:color w:val="000000"/>
          <w:sz w:val="32"/>
        </w:rPr>
        <w:t>’</w:t>
      </w:r>
      <w:r>
        <w:rPr>
          <w:rFonts w:ascii="Times New Roman" w:hAnsi="Times New Roman"/>
          <w:b w:val="0"/>
          <w:i/>
          <w:color w:val="000000"/>
          <w:sz w:val="32"/>
        </w:rPr>
        <w:t>s terrified?</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You’re damn right</w:t>
      </w:r>
      <w:r>
        <w:rPr>
          <w:rFonts w:ascii="Times New Roman" w:hAnsi="Times New Roman"/>
          <w:b w:val="0"/>
          <w:i w:val="0"/>
          <w:color w:val="000000"/>
          <w:sz w:val="32"/>
        </w:rPr>
        <w:t xml:space="preserve"> he was!</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The</w:t>
      </w:r>
      <w:r>
        <w:rPr>
          <w:rFonts w:ascii="Times New Roman" w:hAnsi="Times New Roman"/>
          <w:b w:val="0"/>
          <w:i w:val="0"/>
          <w:color w:val="000000"/>
          <w:sz w:val="32"/>
        </w:rPr>
        <w:t xml:space="preserve"> </w:t>
      </w:r>
      <w:r>
        <w:rPr>
          <w:rFonts w:ascii="Times New Roman" w:hAnsi="Times New Roman"/>
          <w:b w:val="0"/>
          <w:i/>
          <w:color w:val="000000"/>
          <w:sz w:val="32"/>
        </w:rPr>
        <w:t xml:space="preserve">Granville Redmond </w:t>
      </w:r>
      <w:r>
        <w:rPr>
          <w:rFonts w:ascii="Times New Roman" w:hAnsi="Times New Roman"/>
          <w:b w:val="0"/>
          <w:i w:val="0"/>
          <w:color w:val="000000"/>
          <w:sz w:val="32"/>
        </w:rPr>
        <w:t xml:space="preserve">who </w:t>
      </w:r>
      <w:r>
        <w:rPr>
          <w:rFonts w:ascii="Times New Roman" w:hAnsi="Times New Roman"/>
          <w:b w:val="0"/>
          <w:i w:val="0"/>
          <w:color w:val="000000"/>
          <w:sz w:val="32"/>
        </w:rPr>
        <w:t>balanced wine</w:t>
      </w:r>
      <w:r>
        <w:rPr>
          <w:rFonts w:ascii="Times New Roman" w:hAnsi="Times New Roman"/>
          <w:b w:val="0"/>
          <w:i w:val="0"/>
          <w:color w:val="000000"/>
          <w:sz w:val="32"/>
        </w:rPr>
        <w:t xml:space="preserve"> bottles on his head in front of Cezanne?... Challenged Du Abu to a duel to the ‘death’ —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 </w:t>
      </w:r>
      <w:r>
        <w:rPr>
          <w:rFonts w:ascii="Times New Roman" w:hAnsi="Times New Roman"/>
          <w:b w:val="0"/>
          <w:i/>
          <w:color w:val="000000"/>
          <w:sz w:val="32"/>
        </w:rPr>
        <w:t xml:space="preserve">with paint brushes! </w:t>
      </w:r>
      <w:r>
        <w:rPr>
          <w:rFonts w:ascii="Times New Roman" w:hAnsi="Times New Roman"/>
          <w:b w:val="0"/>
          <w:i w:val="0"/>
          <w:color w:val="000000"/>
          <w:sz w:val="32"/>
        </w:rPr>
        <w:t xml:space="preserve">Granville </w:t>
      </w:r>
      <w:r>
        <w:rPr>
          <w:rFonts w:ascii="Times New Roman" w:hAnsi="Times New Roman"/>
          <w:b w:val="0"/>
          <w:i w:val="0"/>
          <w:color w:val="000000"/>
          <w:sz w:val="32"/>
        </w:rPr>
        <w:t xml:space="preserve">was in a drunken stupor </w:t>
      </w:r>
      <w:r>
        <w:rPr>
          <w:rFonts w:ascii="Times New Roman" w:hAnsi="Times New Roman"/>
          <w:b w:val="0"/>
          <w:i w:val="0"/>
          <w:color w:val="000000"/>
          <w:sz w:val="32"/>
        </w:rPr>
        <w:t>most of</w:t>
      </w:r>
      <w:r>
        <w:rPr>
          <w:rFonts w:ascii="Times New Roman" w:hAnsi="Times New Roman"/>
          <w:b w:val="0"/>
          <w:i w:val="0"/>
          <w:color w:val="000000"/>
          <w:sz w:val="32"/>
        </w:rPr>
        <w:t xml:space="preserve"> the time... </w:t>
      </w:r>
      <w:r>
        <w:rPr>
          <w:rFonts w:ascii="Times New Roman" w:hAnsi="Times New Roman"/>
          <w:b w:val="0"/>
          <w:i w:val="0"/>
          <w:color w:val="000000"/>
          <w:sz w:val="32"/>
        </w:rPr>
        <w:t>w</w:t>
      </w:r>
      <w:r>
        <w:rPr>
          <w:rFonts w:ascii="Times New Roman" w:hAnsi="Times New Roman"/>
          <w:b w:val="0"/>
          <w:i w:val="0"/>
          <w:color w:val="000000"/>
          <w:sz w:val="32"/>
        </w:rPr>
        <w:t xml:space="preserve">ine weakened his head. </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And fell in love for a time</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(Sad smile)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Oh, that</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A country girl </w:t>
      </w:r>
      <w:r>
        <w:rPr>
          <w:rFonts w:ascii="Times New Roman" w:hAnsi="Times New Roman"/>
          <w:b w:val="0"/>
          <w:i w:val="0"/>
          <w:color w:val="000000"/>
          <w:sz w:val="32"/>
        </w:rPr>
        <w:t xml:space="preserve">you met in </w:t>
      </w:r>
      <w:r>
        <w:rPr>
          <w:rFonts w:ascii="Times New Roman" w:hAnsi="Times New Roman"/>
          <w:b w:val="0"/>
          <w:i w:val="0"/>
          <w:color w:val="000000"/>
          <w:sz w:val="32"/>
        </w:rPr>
        <w:t>Paris</w:t>
      </w:r>
      <w:r>
        <w:rPr>
          <w:rFonts w:ascii="Times New Roman" w:hAnsi="Times New Roman"/>
          <w:b w:val="0"/>
          <w:i w:val="0"/>
          <w:color w:val="000000"/>
          <w:sz w:val="32"/>
        </w:rPr>
        <w:t>, lonely like you</w:t>
      </w:r>
      <w:r>
        <w:rPr>
          <w:rFonts w:ascii="Times New Roman" w:hAnsi="Times New Roman"/>
          <w:b w:val="0"/>
          <w:i w:val="0"/>
          <w:color w:val="000000"/>
          <w:sz w:val="32"/>
        </w:rPr>
        <w:t xml:space="preserve">... </w:t>
      </w:r>
      <w:r>
        <w:rPr>
          <w:rFonts w:ascii="Times New Roman" w:hAnsi="Times New Roman"/>
          <w:b w:val="0"/>
          <w:i w:val="0"/>
          <w:color w:val="000000"/>
          <w:sz w:val="32"/>
        </w:rPr>
        <w:t>you did a painting of a barge on the Seine as she watched</w:t>
      </w:r>
      <w:r>
        <w:rPr>
          <w:rFonts w:ascii="Times New Roman" w:hAnsi="Times New Roman"/>
          <w:b w:val="0"/>
          <w:i w:val="0"/>
          <w:color w:val="000000"/>
          <w:sz w:val="32"/>
        </w:rPr>
        <w:t xml:space="preserve"> </w:t>
      </w:r>
      <w:r>
        <w:rPr>
          <w:rFonts w:ascii="Times New Roman" w:hAnsi="Times New Roman"/>
          <w:b w:val="0"/>
          <w:i w:val="0"/>
          <w:color w:val="000000"/>
          <w:sz w:val="32"/>
        </w:rPr>
        <w:t>from behind</w:t>
      </w:r>
      <w:r>
        <w:rPr>
          <w:rFonts w:ascii="Times New Roman" w:hAnsi="Times New Roman"/>
          <w:b w:val="0"/>
          <w:i w:val="0"/>
          <w:color w:val="000000"/>
          <w:sz w:val="32"/>
        </w:rPr>
        <w:t>...</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(Dreamily)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Daphne — s</w:t>
      </w:r>
      <w:r>
        <w:rPr>
          <w:rFonts w:ascii="Times New Roman" w:hAnsi="Times New Roman"/>
          <w:b w:val="0"/>
          <w:i w:val="0"/>
          <w:color w:val="000000"/>
          <w:sz w:val="32"/>
        </w:rPr>
        <w:t>ometimes resting her chin on my shoulder...</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 </w:t>
      </w:r>
      <w:r>
        <w:rPr>
          <w:rFonts w:ascii="Times New Roman" w:hAnsi="Times New Roman"/>
          <w:b w:val="0"/>
          <w:i w:val="0"/>
          <w:color w:val="000000"/>
          <w:sz w:val="32"/>
        </w:rPr>
        <w:t>she learned to sign.</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Just a</w:t>
      </w:r>
      <w:r>
        <w:rPr>
          <w:rFonts w:ascii="Times New Roman" w:hAnsi="Times New Roman"/>
          <w:b w:val="0"/>
          <w:i w:val="0"/>
          <w:color w:val="000000"/>
          <w:sz w:val="32"/>
        </w:rPr>
        <w:t xml:space="preserve"> little... </w:t>
      </w:r>
      <w:r>
        <w:rPr>
          <w:rFonts w:ascii="Times New Roman" w:hAnsi="Times New Roman"/>
          <w:b w:val="0"/>
          <w:i w:val="0"/>
          <w:color w:val="000000"/>
          <w:sz w:val="32"/>
        </w:rPr>
        <w:t xml:space="preserve">a </w:t>
      </w:r>
      <w:r>
        <w:rPr>
          <w:rFonts w:ascii="Times New Roman" w:hAnsi="Times New Roman"/>
          <w:b w:val="0"/>
          <w:i w:val="0"/>
          <w:color w:val="000000"/>
          <w:sz w:val="32"/>
        </w:rPr>
        <w:t>‘</w:t>
      </w:r>
      <w:r>
        <w:rPr>
          <w:rFonts w:ascii="Times New Roman" w:hAnsi="Times New Roman"/>
          <w:b w:val="0"/>
          <w:i w:val="0"/>
          <w:color w:val="000000"/>
          <w:sz w:val="32"/>
        </w:rPr>
        <w:t>bonjour</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t>je t’aime</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and </w:t>
      </w:r>
      <w:r>
        <w:rPr>
          <w:rFonts w:ascii="Times New Roman" w:hAnsi="Times New Roman"/>
          <w:b w:val="0"/>
          <w:i w:val="0"/>
          <w:color w:val="000000"/>
          <w:sz w:val="32"/>
        </w:rPr>
        <w:t>then</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au revoir</w:t>
      </w:r>
      <w:r>
        <w:rPr>
          <w:rFonts w:ascii="Times New Roman" w:hAnsi="Times New Roman"/>
          <w:b w:val="0"/>
          <w:i w:val="0"/>
          <w:color w:val="000000"/>
          <w:sz w:val="32"/>
        </w:rPr>
        <w:t>’</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Tell me again...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(Unsure)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Really?</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Please.</w:t>
      </w:r>
    </w:p>
    <w:p>
      <w:pPr>
        <w:pStyle w:val="StageDirection"/>
        <w:spacing w:before="60" w:after="100"/>
        <w:ind w:left="0" w:right="0" w:firstLine="0"/>
        <w:jc w:val="left"/>
      </w:pPr>
      <w:r>
        <w:rPr>
          <w:rFonts w:ascii="Times New Roman" w:hAnsi="Times New Roman"/>
          <w:b w:val="0"/>
          <w:i/>
          <w:color w:val="000000"/>
          <w:sz w:val="32"/>
        </w:rPr>
        <w:t xml:space="preserve">(Lighting change. Redmond </w:t>
      </w:r>
      <w:r>
        <w:rPr>
          <w:rFonts w:ascii="Times New Roman" w:hAnsi="Times New Roman"/>
          <w:b w:val="0"/>
          <w:i/>
          <w:color w:val="000000"/>
          <w:sz w:val="32"/>
        </w:rPr>
        <w:t xml:space="preserve">walks a moment, looks at Piazzoni, </w:t>
      </w:r>
      <w:r>
        <w:rPr>
          <w:rFonts w:ascii="Times New Roman" w:hAnsi="Times New Roman"/>
          <w:b w:val="0"/>
          <w:i/>
          <w:color w:val="000000"/>
          <w:sz w:val="32"/>
        </w:rPr>
        <w:t xml:space="preserve">turns, </w:t>
      </w:r>
      <w:r>
        <w:rPr>
          <w:rFonts w:ascii="Times New Roman" w:hAnsi="Times New Roman"/>
          <w:b w:val="0"/>
          <w:i/>
          <w:color w:val="000000"/>
          <w:sz w:val="32"/>
        </w:rPr>
        <w:t xml:space="preserve">begins song </w:t>
      </w:r>
      <w:r>
        <w:rPr>
          <w:rFonts w:ascii="Times New Roman" w:hAnsi="Times New Roman"/>
          <w:b w:val="0"/>
          <w:i/>
          <w:color w:val="000000"/>
          <w:sz w:val="32"/>
        </w:rPr>
        <w:t xml:space="preserve">with </w:t>
      </w:r>
      <w:r>
        <w:rPr>
          <w:rFonts w:ascii="Times New Roman" w:hAnsi="Times New Roman"/>
          <w:b w:val="0"/>
          <w:i/>
          <w:color w:val="000000"/>
          <w:sz w:val="32"/>
        </w:rPr>
        <w:t>signing.)</w:t>
      </w:r>
    </w:p>
    <w:p>
      <w:pPr>
        <w:pStyle w:val="Song"/>
        <w:ind w:left="0" w:right="0" w:firstLine="0"/>
        <w:jc w:val="left"/>
      </w:pPr>
      <w:r>
        <w:rPr>
          <w:rFonts w:ascii="Times New Roman" w:hAnsi="Times New Roman"/>
          <w:b w:val="0"/>
          <w:i w:val="0"/>
          <w:color w:val="000000"/>
          <w:sz w:val="32"/>
        </w:rPr>
        <w:t>I took a train to Paris</w:t>
        <w:br/>
        <w:t>To paint</w:t>
        <w:br/>
        <w:t>On the Seine</w:t>
        <w:br/>
        <w:t>I met a girl in Paris with hair</w:t>
        <w:br/>
        <w:t>Like robin’s tail</w:t>
        <w:br/>
        <w:t>We talked together</w:t>
        <w:br/>
        <w:t>On Île Saint-Louis</w:t>
        <w:br/>
        <w:t>I do not know what happened</w:t>
        <w:br/>
        <w:t>but we walked on the Seine.</w:t>
        <w:br/>
        <w:t>October grey, and rain</w:t>
        <w:br/>
        <w:t>Nocturnal lights, on the Seine</w:t>
        <w:br/>
        <w:t>Paper and box, easel and frame</w:t>
        <w:br/>
        <w:t>L’Académie Julian</w:t>
        <w:br/>
        <w:t>I met a girl in Paris with hair</w:t>
        <w:br/>
        <w:t>Like robin’s tail</w:t>
        <w:br/>
        <w:t>Now, it is all gone</w:t>
        <w:br/>
        <w:t>It’s all lost in time</w:t>
        <w:br/>
        <w:t>Even that barge</w:t>
        <w:br/>
        <w:t>On the river Seine</w:t>
        <w:br/>
        <w:t>It is all gone</w:t>
        <w:br/>
        <w:t>It’s all in the past</w:t>
        <w:br/>
        <w:t>Only this painting remembers you</w:t>
        <w:br/>
        <w:t>The river, the sky</w:t>
        <w:br/>
        <w:t>Nocturnal light</w:t>
        <w:br/>
        <w:t>Under the sky of Paris</w:t>
      </w:r>
    </w:p>
    <w:p>
      <w:pPr>
        <w:keepNext/>
        <w:spacing w:before="200" w:after="80"/>
        <w:ind w:left="0" w:right="0" w:firstLine="0"/>
        <w:jc w:val="center"/>
      </w:pPr>
      <w:r>
        <w:rPr>
          <w:color w:val="000000"/>
          <w:sz w:val="32"/>
        </w:rPr>
      </w:r>
    </w:p>
    <w:p>
      <w:pPr>
        <w:pStyle w:val="StageDirection"/>
        <w:spacing w:before="60" w:after="100"/>
        <w:ind w:left="0" w:right="0" w:firstLine="0"/>
        <w:jc w:val="left"/>
      </w:pPr>
      <w:r>
        <w:rPr>
          <w:rFonts w:ascii="Times New Roman" w:hAnsi="Times New Roman"/>
          <w:b w:val="0"/>
          <w:i/>
          <w:color w:val="000000"/>
          <w:sz w:val="32"/>
        </w:rPr>
        <w:t>(Chaplin approaches as the lighting brightens.)</w:t>
      </w:r>
    </w:p>
    <w:p>
      <w:pPr>
        <w:pStyle w:val="CharacterCue"/>
        <w:keepLines/>
        <w:spacing w:before="40" w:after="120" w:line="259" w:lineRule="auto"/>
        <w:ind w:left="0" w:right="0" w:firstLine="0"/>
        <w:jc w:val="left"/>
      </w:pPr>
      <w:r>
        <w:rPr>
          <w:rFonts w:ascii="Arial" w:hAnsi="Arial"/>
          <w:b/>
          <w:color w:val="000000"/>
          <w:sz w:val="32"/>
        </w:rPr>
        <w:t>PIAZZONI</w:t>
      </w:r>
      <w:r>
        <w:rPr>
          <w:color w:val="000000"/>
          <w:sz w:val="32"/>
        </w:rPr>
        <w:t xml:space="preserve"> </w:t>
      </w:r>
      <w:r>
        <w:rPr>
          <w:rFonts w:ascii="Times New Roman" w:hAnsi="Times New Roman"/>
          <w:b w:val="0"/>
          <w:i/>
          <w:color w:val="000000"/>
          <w:sz w:val="32"/>
        </w:rPr>
        <w:t>(Turning front)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I ran out of money </w:t>
      </w:r>
      <w:r>
        <w:rPr>
          <w:rFonts w:ascii="Times New Roman" w:hAnsi="Times New Roman"/>
          <w:b w:val="0"/>
          <w:i w:val="0"/>
          <w:color w:val="000000"/>
          <w:sz w:val="32"/>
        </w:rPr>
        <w:t xml:space="preserve">— </w:t>
      </w:r>
      <w:r>
        <w:rPr>
          <w:rFonts w:ascii="Times New Roman" w:hAnsi="Times New Roman"/>
          <w:b w:val="0"/>
          <w:i w:val="0"/>
          <w:color w:val="000000"/>
          <w:sz w:val="32"/>
        </w:rPr>
        <w:t xml:space="preserve">left Paris. Granville also ran out of money but refused to leave. </w:t>
      </w:r>
      <w:r>
        <w:rPr>
          <w:rFonts w:ascii="Times New Roman" w:hAnsi="Times New Roman"/>
          <w:b w:val="0"/>
          <w:i w:val="0"/>
          <w:color w:val="000000"/>
          <w:sz w:val="32"/>
        </w:rPr>
        <w:t>W</w:t>
      </w:r>
      <w:r>
        <w:rPr>
          <w:rFonts w:ascii="Times New Roman" w:hAnsi="Times New Roman"/>
          <w:b w:val="0"/>
          <w:i w:val="0"/>
          <w:color w:val="000000"/>
          <w:sz w:val="32"/>
        </w:rPr>
        <w:t>ould have signified failure.</w:t>
      </w:r>
      <w:r>
        <w:rPr>
          <w:rFonts w:ascii="Times New Roman" w:hAnsi="Times New Roman"/>
          <w:b w:val="0"/>
          <w:i w:val="0"/>
          <w:color w:val="000000"/>
          <w:sz w:val="32"/>
        </w:rPr>
        <w:t xml:space="preserve"> </w:t>
      </w:r>
      <w:r>
        <w:rPr>
          <w:rFonts w:ascii="Times New Roman" w:hAnsi="Times New Roman"/>
          <w:b w:val="0"/>
          <w:i w:val="0"/>
          <w:color w:val="000000"/>
          <w:sz w:val="32"/>
        </w:rPr>
        <w:t>L</w:t>
      </w:r>
      <w:r>
        <w:rPr>
          <w:rFonts w:ascii="Times New Roman" w:hAnsi="Times New Roman"/>
          <w:b w:val="0"/>
          <w:i w:val="0"/>
          <w:color w:val="000000"/>
          <w:sz w:val="32"/>
        </w:rPr>
        <w:t>ost the girl</w:t>
      </w:r>
      <w:r>
        <w:rPr>
          <w:rFonts w:ascii="Times New Roman" w:hAnsi="Times New Roman"/>
          <w:b w:val="0"/>
          <w:i w:val="0"/>
          <w:color w:val="000000"/>
          <w:sz w:val="32"/>
        </w:rPr>
        <w:t>. T</w:t>
      </w:r>
      <w:r>
        <w:rPr>
          <w:rFonts w:ascii="Times New Roman" w:hAnsi="Times New Roman"/>
          <w:b w:val="0"/>
          <w:i w:val="0"/>
          <w:color w:val="000000"/>
          <w:sz w:val="32"/>
        </w:rPr>
        <w:t xml:space="preserve">ook to living among street people, haunting the darkest corners of </w:t>
      </w:r>
      <w:r>
        <w:rPr>
          <w:rFonts w:ascii="Times New Roman" w:hAnsi="Times New Roman"/>
          <w:b w:val="0"/>
          <w:i w:val="0"/>
          <w:color w:val="000000"/>
          <w:sz w:val="32"/>
        </w:rPr>
        <w:t>Paris</w:t>
      </w:r>
      <w:r>
        <w:rPr>
          <w:rFonts w:ascii="Times New Roman" w:hAnsi="Times New Roman"/>
          <w:b w:val="0"/>
          <w:i w:val="0"/>
          <w:color w:val="000000"/>
          <w:sz w:val="32"/>
        </w:rPr>
        <w:t xml:space="preserve">, </w:t>
      </w:r>
      <w:r>
        <w:rPr>
          <w:rFonts w:ascii="Times New Roman" w:hAnsi="Times New Roman"/>
          <w:b w:val="0"/>
          <w:i w:val="0"/>
          <w:color w:val="000000"/>
          <w:sz w:val="32"/>
        </w:rPr>
        <w:t>trading paintings for bread.  For a night in a</w:t>
      </w:r>
      <w:r>
        <w:rPr>
          <w:rFonts w:ascii="Times New Roman" w:hAnsi="Times New Roman"/>
          <w:b w:val="0"/>
          <w:i w:val="0"/>
          <w:color w:val="000000"/>
          <w:sz w:val="32"/>
        </w:rPr>
        <w:t xml:space="preserve"> </w:t>
      </w:r>
      <w:r>
        <w:rPr>
          <w:rFonts w:ascii="Times New Roman" w:hAnsi="Times New Roman"/>
          <w:b w:val="0"/>
          <w:i w:val="0"/>
          <w:color w:val="000000"/>
          <w:sz w:val="32"/>
        </w:rPr>
        <w:t xml:space="preserve">monastery bed he </w:t>
      </w:r>
      <w:r>
        <w:rPr>
          <w:rFonts w:ascii="Times New Roman" w:hAnsi="Times New Roman"/>
          <w:b w:val="0"/>
          <w:i w:val="0"/>
          <w:color w:val="000000"/>
          <w:sz w:val="32"/>
        </w:rPr>
        <w:t>let</w:t>
      </w:r>
      <w:r>
        <w:rPr>
          <w:rFonts w:ascii="Times New Roman" w:hAnsi="Times New Roman"/>
          <w:b w:val="0"/>
          <w:i w:val="0"/>
          <w:color w:val="000000"/>
          <w:sz w:val="32"/>
        </w:rPr>
        <w:t xml:space="preserve"> monks lecture him on his ‘dissolute ways.’</w:t>
      </w:r>
      <w:r>
        <w:rPr>
          <w:rFonts w:ascii="Times New Roman" w:hAnsi="Times New Roman"/>
          <w:b w:val="0"/>
          <w:i/>
          <w:color w:val="000000"/>
          <w:sz w:val="32"/>
        </w:rPr>
        <w:t xml:space="preserve"> </w:t>
      </w:r>
      <w:r>
        <w:rPr>
          <w:rFonts w:ascii="Times New Roman" w:hAnsi="Times New Roman"/>
          <w:b w:val="0"/>
          <w:i w:val="0"/>
          <w:color w:val="000000"/>
          <w:sz w:val="32"/>
        </w:rPr>
        <w:t>N</w:t>
      </w:r>
      <w:r>
        <w:rPr>
          <w:rFonts w:ascii="Times New Roman" w:hAnsi="Times New Roman"/>
          <w:b w:val="0"/>
          <w:i w:val="0"/>
          <w:color w:val="000000"/>
          <w:sz w:val="32"/>
        </w:rPr>
        <w:t>ever forgave the monks for that.</w:t>
      </w:r>
    </w:p>
    <w:p>
      <w:pPr>
        <w:pStyle w:val="Dialogue"/>
        <w:keepLines/>
        <w:spacing w:before="40" w:after="120" w:line="259" w:lineRule="auto"/>
        <w:ind w:left="0" w:right="0" w:firstLine="0"/>
        <w:jc w:val="left"/>
      </w:pPr>
      <w:r>
        <w:rPr>
          <w:rFonts w:ascii="Times New Roman" w:hAnsi="Times New Roman"/>
          <w:b w:val="0"/>
          <w:i w:val="0"/>
          <w:color w:val="000000"/>
          <w:sz w:val="32"/>
        </w:rPr>
        <w:t>Granville, the children ask after you</w:t>
      </w:r>
      <w:r>
        <w:rPr>
          <w:rFonts w:ascii="Times New Roman" w:hAnsi="Times New Roman"/>
          <w:b w:val="0"/>
          <w:i w:val="0"/>
          <w:color w:val="000000"/>
          <w:sz w:val="32"/>
        </w:rPr>
        <w:t xml:space="preserve">. </w:t>
      </w:r>
      <w:r>
        <w:rPr>
          <w:rFonts w:ascii="Times New Roman" w:hAnsi="Times New Roman"/>
          <w:b w:val="0"/>
          <w:i w:val="0"/>
          <w:color w:val="000000"/>
          <w:sz w:val="32"/>
        </w:rPr>
        <w:t xml:space="preserve">Come to San Francisco. </w:t>
      </w:r>
      <w:r>
        <w:rPr>
          <w:rFonts w:ascii="Times New Roman" w:hAnsi="Times New Roman"/>
          <w:b w:val="0"/>
          <w:i w:val="0"/>
          <w:color w:val="000000"/>
          <w:sz w:val="32"/>
        </w:rPr>
        <w:t>B</w:t>
      </w:r>
      <w:r>
        <w:rPr>
          <w:rFonts w:ascii="Times New Roman" w:hAnsi="Times New Roman"/>
          <w:b w:val="0"/>
          <w:i w:val="0"/>
          <w:color w:val="000000"/>
          <w:sz w:val="32"/>
        </w:rPr>
        <w:t>een too long.</w:t>
      </w:r>
    </w:p>
    <w:p>
      <w:pPr>
        <w:pStyle w:val="Dialogue"/>
        <w:keepLines/>
        <w:spacing w:before="40" w:after="120" w:line="259" w:lineRule="auto"/>
        <w:ind w:left="0" w:right="0" w:firstLine="0"/>
        <w:jc w:val="left"/>
      </w:pPr>
      <w:r>
        <w:rPr>
          <w:rFonts w:ascii="Times New Roman" w:hAnsi="Times New Roman"/>
          <w:b w:val="0"/>
          <w:i w:val="0"/>
          <w:color w:val="000000"/>
          <w:sz w:val="32"/>
        </w:rPr>
        <w:t>Your friend, Piazzoni.</w:t>
      </w:r>
    </w:p>
    <w:p>
      <w:pPr>
        <w:pStyle w:val="StageDirection"/>
        <w:spacing w:before="60" w:after="100"/>
        <w:ind w:left="0" w:right="0" w:firstLine="0"/>
        <w:jc w:val="left"/>
      </w:pPr>
      <w:r>
        <w:rPr>
          <w:rFonts w:ascii="Times New Roman" w:hAnsi="Times New Roman"/>
          <w:b w:val="0"/>
          <w:i/>
          <w:color w:val="000000"/>
          <w:sz w:val="32"/>
        </w:rPr>
        <w:t>(Piazzoni sings a few bars of his song</w:t>
      </w:r>
      <w:r>
        <w:rPr>
          <w:rFonts w:ascii="Times New Roman" w:hAnsi="Times New Roman"/>
          <w:b w:val="0"/>
          <w:i/>
          <w:color w:val="000000"/>
          <w:sz w:val="32"/>
        </w:rPr>
        <w:t xml:space="preserve"> </w:t>
      </w:r>
      <w:r>
        <w:rPr>
          <w:rFonts w:ascii="Times New Roman" w:hAnsi="Times New Roman"/>
          <w:b w:val="0"/>
          <w:i/>
          <w:color w:val="000000"/>
          <w:sz w:val="32"/>
        </w:rPr>
        <w:t>as he leaves.)</w:t>
      </w:r>
    </w:p>
    <w:p>
      <w:pPr>
        <w:pStyle w:val="StageDirection"/>
        <w:spacing w:before="60" w:after="100"/>
        <w:ind w:left="0" w:right="0" w:firstLine="0"/>
        <w:jc w:val="left"/>
      </w:pPr>
      <w:r>
        <w:rPr>
          <w:rFonts w:ascii="Times New Roman" w:hAnsi="Times New Roman"/>
          <w:b w:val="0"/>
          <w:i/>
          <w:color w:val="000000"/>
          <w:sz w:val="32"/>
        </w:rPr>
        <w:t xml:space="preserve">(Redmond </w:t>
      </w:r>
      <w:r>
        <w:rPr>
          <w:rFonts w:ascii="Times New Roman" w:hAnsi="Times New Roman"/>
          <w:b w:val="0"/>
          <w:i/>
          <w:color w:val="000000"/>
          <w:sz w:val="32"/>
        </w:rPr>
        <w:t xml:space="preserve">begins to approach easel then </w:t>
      </w:r>
      <w:r>
        <w:rPr>
          <w:rFonts w:ascii="Times New Roman" w:hAnsi="Times New Roman"/>
          <w:b w:val="0"/>
          <w:i/>
          <w:color w:val="000000"/>
          <w:sz w:val="32"/>
        </w:rPr>
        <w:t>notices</w:t>
      </w:r>
      <w:r>
        <w:rPr>
          <w:rFonts w:ascii="Times New Roman" w:hAnsi="Times New Roman"/>
          <w:b w:val="0"/>
          <w:i/>
          <w:color w:val="000000"/>
          <w:sz w:val="32"/>
        </w:rPr>
        <w:t xml:space="preserve"> Chaplin is glum. approaches </w:t>
      </w:r>
      <w:r>
        <w:rPr>
          <w:rFonts w:ascii="Times New Roman" w:hAnsi="Times New Roman"/>
          <w:b w:val="0"/>
          <w:i/>
          <w:color w:val="000000"/>
          <w:sz w:val="32"/>
        </w:rPr>
        <w:t>him</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(Signing)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What’s the matter, Charlie? </w:t>
      </w:r>
      <w:r>
        <w:rPr>
          <w:rFonts w:ascii="Times New Roman" w:hAnsi="Times New Roman"/>
          <w:b w:val="0"/>
          <w:i w:val="0"/>
          <w:color w:val="000000"/>
          <w:sz w:val="32"/>
        </w:rPr>
        <w:t>Q</w:t>
      </w:r>
      <w:r>
        <w:rPr>
          <w:rFonts w:ascii="Times New Roman" w:hAnsi="Times New Roman"/>
          <w:b w:val="0"/>
          <w:i w:val="0"/>
          <w:color w:val="000000"/>
          <w:sz w:val="32"/>
        </w:rPr>
        <w:t xml:space="preserve">uiet lately. Not yourself, here or on </w:t>
      </w:r>
      <w:r>
        <w:rPr>
          <w:rFonts w:ascii="Times New Roman" w:hAnsi="Times New Roman"/>
          <w:b w:val="0"/>
          <w:i w:val="0"/>
          <w:color w:val="000000"/>
          <w:sz w:val="32"/>
        </w:rPr>
        <w:t>the set</w:t>
      </w:r>
      <w:r>
        <w:rPr>
          <w:rFonts w:ascii="Times New Roman" w:hAnsi="Times New Roman"/>
          <w:b w:val="0"/>
          <w:i w:val="0"/>
          <w:color w:val="000000"/>
          <w:sz w:val="32"/>
        </w:rPr>
        <w:t>. Roland remarked on it.</w:t>
      </w:r>
    </w:p>
    <w:p>
      <w:pPr>
        <w:pStyle w:val="StageDirection"/>
        <w:spacing w:before="60" w:after="100"/>
        <w:ind w:left="0" w:right="0" w:firstLine="0"/>
        <w:jc w:val="left"/>
      </w:pPr>
      <w:r>
        <w:rPr>
          <w:rFonts w:ascii="Times New Roman" w:hAnsi="Times New Roman"/>
          <w:b w:val="0"/>
          <w:i/>
          <w:color w:val="000000"/>
          <w:sz w:val="32"/>
        </w:rPr>
        <w:t>(Chaplin keeps hands in pockets.)</w:t>
      </w:r>
    </w:p>
    <w:p>
      <w:pPr>
        <w:pStyle w:val="Dialogue"/>
        <w:keepLines/>
        <w:spacing w:before="40" w:after="120" w:line="259" w:lineRule="auto"/>
        <w:ind w:left="0" w:right="0" w:firstLine="0"/>
        <w:jc w:val="left"/>
      </w:pPr>
      <w:r>
        <w:rPr>
          <w:rFonts w:ascii="Times New Roman" w:hAnsi="Times New Roman"/>
          <w:b w:val="0"/>
          <w:i w:val="0"/>
          <w:color w:val="000000"/>
          <w:sz w:val="32"/>
        </w:rPr>
        <w:t>S</w:t>
      </w:r>
      <w:r>
        <w:rPr>
          <w:rFonts w:ascii="Times New Roman" w:hAnsi="Times New Roman"/>
          <w:b w:val="0"/>
          <w:i w:val="0"/>
          <w:color w:val="000000"/>
          <w:sz w:val="32"/>
        </w:rPr>
        <w:t>omething I’ve done?</w:t>
      </w:r>
    </w:p>
    <w:p>
      <w:pPr>
        <w:pStyle w:val="StageDirection"/>
        <w:spacing w:before="60" w:after="100"/>
        <w:ind w:left="0" w:right="0" w:firstLine="0"/>
        <w:jc w:val="left"/>
      </w:pPr>
      <w:r>
        <w:rPr>
          <w:rFonts w:ascii="Times New Roman" w:hAnsi="Times New Roman"/>
          <w:b w:val="0"/>
          <w:i/>
          <w:color w:val="000000"/>
          <w:sz w:val="32"/>
        </w:rPr>
        <w:t xml:space="preserve">(Chaplin thinks about it, plays with this </w:t>
      </w:r>
      <w:r>
        <w:rPr>
          <w:rFonts w:ascii="Times New Roman" w:hAnsi="Times New Roman"/>
          <w:b w:val="0"/>
          <w:i/>
          <w:color w:val="000000"/>
          <w:sz w:val="32"/>
        </w:rPr>
        <w:t>a little</w:t>
      </w:r>
      <w:r>
        <w:rPr>
          <w:rFonts w:ascii="Times New Roman" w:hAnsi="Times New Roman"/>
          <w:b w:val="0"/>
          <w:i/>
          <w:color w:val="000000"/>
          <w:sz w:val="32"/>
        </w:rPr>
        <w:t xml:space="preserve"> bit, but his heart isn’t in it — he turns glum again.)</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w:t>
      </w:r>
      <w:r>
        <w:rPr>
          <w:rFonts w:ascii="Times New Roman" w:hAnsi="Times New Roman"/>
          <w:b w:val="0"/>
          <w:i w:val="0"/>
          <w:color w:val="000000"/>
          <w:sz w:val="32"/>
        </w:rPr>
        <w:t xml:space="preserve">omething </w:t>
      </w:r>
      <w:r>
        <w:rPr>
          <w:rFonts w:ascii="Times New Roman" w:hAnsi="Times New Roman"/>
          <w:b w:val="0"/>
          <w:i w:val="0"/>
          <w:color w:val="000000"/>
          <w:sz w:val="32"/>
        </w:rPr>
        <w:t>about talking films?</w:t>
      </w:r>
    </w:p>
    <w:p>
      <w:pPr>
        <w:pStyle w:val="StageDirection"/>
        <w:spacing w:before="60" w:after="100"/>
        <w:ind w:left="0" w:right="0" w:firstLine="0"/>
        <w:jc w:val="left"/>
      </w:pPr>
      <w:r>
        <w:rPr>
          <w:rFonts w:ascii="Times New Roman" w:hAnsi="Times New Roman"/>
          <w:b w:val="0"/>
          <w:i/>
          <w:color w:val="000000"/>
          <w:sz w:val="32"/>
        </w:rPr>
        <w:t>(Chaplin smiles, pulls hands from pockets, stands slowly.)</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(Signing and speaking slowly, moodily)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Sometimes I get down. You’re not the only one who gets </w:t>
      </w:r>
      <w:r>
        <w:rPr>
          <w:rFonts w:ascii="Times New Roman" w:hAnsi="Times New Roman"/>
          <w:b w:val="0"/>
          <w:i w:val="0"/>
          <w:color w:val="000000"/>
          <w:sz w:val="32"/>
        </w:rPr>
        <w:t xml:space="preserve">sad or... </w:t>
      </w:r>
      <w:r>
        <w:rPr>
          <w:rFonts w:ascii="Times New Roman" w:hAnsi="Times New Roman"/>
          <w:b w:val="0"/>
          <w:i/>
          <w:color w:val="000000"/>
          <w:sz w:val="32"/>
        </w:rPr>
        <w:t>(</w:t>
      </w:r>
      <w:r>
        <w:rPr>
          <w:rFonts w:ascii="Times New Roman" w:hAnsi="Times New Roman"/>
          <w:b w:val="0"/>
          <w:i/>
          <w:color w:val="000000"/>
          <w:sz w:val="32"/>
        </w:rPr>
        <w:t>F</w:t>
      </w:r>
      <w:r>
        <w:rPr>
          <w:rFonts w:ascii="Times New Roman" w:hAnsi="Times New Roman"/>
          <w:b w:val="0"/>
          <w:i/>
          <w:color w:val="000000"/>
          <w:sz w:val="32"/>
        </w:rPr>
        <w:t>rustrated sign.)</w:t>
      </w:r>
      <w:r>
        <w:rPr>
          <w:rFonts w:ascii="Times New Roman" w:hAnsi="Times New Roman"/>
          <w:b w:val="0"/>
          <w:i w:val="0"/>
          <w:color w:val="000000"/>
          <w:sz w:val="32"/>
        </w:rPr>
        <w:t xml:space="preserve"> you know.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w:t>
      </w:r>
      <w:r>
        <w:rPr>
          <w:rFonts w:ascii="Times New Roman" w:hAnsi="Times New Roman"/>
          <w:b w:val="0"/>
          <w:i w:val="0"/>
          <w:color w:val="000000"/>
          <w:sz w:val="32"/>
        </w:rPr>
        <w:t>omething I’ve done.</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Extinction com</w:t>
      </w:r>
      <w:r>
        <w:rPr>
          <w:rFonts w:ascii="Times New Roman" w:hAnsi="Times New Roman"/>
          <w:b w:val="0"/>
          <w:i w:val="0"/>
          <w:color w:val="000000"/>
          <w:sz w:val="32"/>
        </w:rPr>
        <w:t>es</w:t>
      </w:r>
      <w:r>
        <w:rPr>
          <w:rFonts w:ascii="Times New Roman" w:hAnsi="Times New Roman"/>
          <w:b w:val="0"/>
          <w:i w:val="0"/>
          <w:color w:val="000000"/>
          <w:sz w:val="32"/>
        </w:rPr>
        <w:t xml:space="preserve"> to mind, </w:t>
      </w:r>
      <w:r>
        <w:rPr>
          <w:rFonts w:ascii="Times New Roman" w:hAnsi="Times New Roman"/>
          <w:b w:val="0"/>
          <w:i w:val="0"/>
          <w:color w:val="000000"/>
          <w:sz w:val="32"/>
        </w:rPr>
        <w:t>not people but w</w:t>
      </w:r>
      <w:r>
        <w:rPr>
          <w:rFonts w:ascii="Times New Roman" w:hAnsi="Times New Roman"/>
          <w:b w:val="0"/>
          <w:i w:val="0"/>
          <w:color w:val="000000"/>
          <w:sz w:val="32"/>
        </w:rPr>
        <w:t xml:space="preserve">hat we do. </w:t>
      </w:r>
      <w:r>
        <w:rPr>
          <w:rFonts w:ascii="Times New Roman" w:hAnsi="Times New Roman"/>
          <w:b w:val="0"/>
          <w:i w:val="0"/>
          <w:color w:val="000000"/>
          <w:sz w:val="32"/>
        </w:rPr>
        <w:t>Granville, d</w:t>
      </w:r>
      <w:r>
        <w:rPr>
          <w:rFonts w:ascii="Times New Roman" w:hAnsi="Times New Roman"/>
          <w:b w:val="0"/>
          <w:i w:val="0"/>
          <w:color w:val="000000"/>
          <w:sz w:val="32"/>
        </w:rPr>
        <w:t>o y</w:t>
      </w:r>
      <w:r>
        <w:rPr>
          <w:rFonts w:ascii="Times New Roman" w:hAnsi="Times New Roman"/>
          <w:b w:val="0"/>
          <w:i w:val="0"/>
          <w:color w:val="000000"/>
          <w:sz w:val="32"/>
        </w:rPr>
        <w:t xml:space="preserve">ou </w:t>
      </w:r>
      <w:r>
        <w:rPr>
          <w:rFonts w:ascii="Times New Roman" w:hAnsi="Times New Roman"/>
          <w:b w:val="0"/>
          <w:i w:val="0"/>
          <w:color w:val="000000"/>
          <w:sz w:val="32"/>
        </w:rPr>
        <w:t xml:space="preserve">think someday no one </w:t>
      </w:r>
      <w:r>
        <w:rPr>
          <w:rFonts w:ascii="Times New Roman" w:hAnsi="Times New Roman"/>
          <w:b w:val="0"/>
          <w:i w:val="0"/>
          <w:color w:val="000000"/>
          <w:sz w:val="32"/>
        </w:rPr>
        <w:t>will</w:t>
      </w:r>
      <w:r>
        <w:rPr>
          <w:rFonts w:ascii="Times New Roman" w:hAnsi="Times New Roman"/>
          <w:b w:val="0"/>
          <w:i w:val="0"/>
          <w:color w:val="000000"/>
          <w:sz w:val="32"/>
        </w:rPr>
        <w:t xml:space="preserve"> care about art? </w:t>
      </w:r>
      <w:r>
        <w:rPr>
          <w:rFonts w:ascii="Times New Roman" w:hAnsi="Times New Roman"/>
          <w:b w:val="0"/>
          <w:i w:val="0"/>
          <w:color w:val="000000"/>
          <w:sz w:val="32"/>
        </w:rPr>
        <w:t>Paintings</w:t>
      </w:r>
      <w:r>
        <w:rPr>
          <w:rFonts w:ascii="Times New Roman" w:hAnsi="Times New Roman"/>
          <w:b w:val="0"/>
          <w:i w:val="0"/>
          <w:color w:val="000000"/>
          <w:sz w:val="32"/>
        </w:rPr>
        <w:t xml:space="preserve"> go the way silent movie</w:t>
      </w:r>
      <w:r>
        <w:rPr>
          <w:rFonts w:ascii="Times New Roman" w:hAnsi="Times New Roman"/>
          <w:b w:val="0"/>
          <w:i w:val="0"/>
          <w:color w:val="000000"/>
          <w:sz w:val="32"/>
        </w:rPr>
        <w:t>s are going</w:t>
      </w:r>
      <w:r>
        <w:rPr>
          <w:rFonts w:ascii="Times New Roman" w:hAnsi="Times New Roman"/>
          <w:b w:val="0"/>
          <w:i w:val="0"/>
          <w:color w:val="000000"/>
          <w:sz w:val="32"/>
        </w:rPr>
        <w:t>?</w:t>
      </w:r>
      <w:r>
        <w:rPr>
          <w:rFonts w:ascii="Times New Roman" w:hAnsi="Times New Roman"/>
          <w:b w:val="0"/>
          <w:i w:val="0"/>
          <w:color w:val="000000"/>
          <w:sz w:val="32"/>
        </w:rPr>
        <w:t xml:space="preserve">  Neglected, thrown </w:t>
      </w:r>
      <w:r>
        <w:rPr>
          <w:rFonts w:ascii="Times New Roman" w:hAnsi="Times New Roman"/>
          <w:b w:val="0"/>
          <w:i w:val="0"/>
          <w:color w:val="000000"/>
          <w:sz w:val="32"/>
        </w:rPr>
        <w:t>away</w:t>
      </w:r>
      <w:r>
        <w:rPr>
          <w:rFonts w:ascii="Times New Roman" w:hAnsi="Times New Roman"/>
          <w:b w:val="0"/>
          <w:i w:val="0"/>
          <w:color w:val="000000"/>
          <w:sz w:val="32"/>
        </w:rPr>
        <w:t>?</w:t>
      </w:r>
      <w:r>
        <w:rPr>
          <w:rFonts w:ascii="Times New Roman" w:hAnsi="Times New Roman"/>
          <w:b w:val="0"/>
          <w:i/>
          <w:color w:val="000000"/>
          <w:sz w:val="32"/>
        </w:rPr>
        <w:t xml:space="preserve"> </w:t>
      </w:r>
      <w:r>
        <w:rPr>
          <w:rFonts w:ascii="Times New Roman" w:hAnsi="Times New Roman"/>
          <w:b w:val="0"/>
          <w:i/>
          <w:color w:val="000000"/>
          <w:sz w:val="32"/>
        </w:rPr>
        <w:t>(Pause, sudde</w:t>
      </w:r>
      <w:r>
        <w:rPr>
          <w:rFonts w:ascii="Times New Roman" w:hAnsi="Times New Roman"/>
          <w:b w:val="0"/>
          <w:i/>
          <w:color w:val="000000"/>
          <w:sz w:val="32"/>
        </w:rPr>
        <w:t>n change</w:t>
      </w:r>
      <w:r>
        <w:rPr>
          <w:rFonts w:ascii="Times New Roman" w:hAnsi="Times New Roman"/>
          <w:b w:val="0"/>
          <w:i/>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o me a painting</w:t>
      </w:r>
      <w:r>
        <w:rPr>
          <w:rFonts w:ascii="Times New Roman" w:hAnsi="Times New Roman"/>
          <w:b w:val="0"/>
          <w:i w:val="0"/>
          <w:color w:val="000000"/>
          <w:sz w:val="32"/>
        </w:rPr>
        <w:t>, please</w:t>
      </w:r>
      <w:r>
        <w:rPr>
          <w:rFonts w:ascii="Times New Roman" w:hAnsi="Times New Roman"/>
          <w:b w:val="0"/>
          <w:i w:val="0"/>
          <w:color w:val="000000"/>
          <w:sz w:val="32"/>
        </w:rPr>
        <w:t xml:space="preserve"> — a</w:t>
      </w:r>
      <w:r>
        <w:rPr>
          <w:rFonts w:ascii="Times New Roman" w:hAnsi="Times New Roman"/>
          <w:b w:val="0"/>
          <w:i w:val="0"/>
          <w:color w:val="000000"/>
          <w:sz w:val="32"/>
        </w:rPr>
        <w:t xml:space="preserve"> quick sketch.  </w:t>
      </w:r>
      <w:r>
        <w:rPr>
          <w:rFonts w:ascii="Times New Roman" w:hAnsi="Times New Roman"/>
          <w:b w:val="0"/>
          <w:i w:val="0"/>
          <w:color w:val="000000"/>
          <w:sz w:val="32"/>
        </w:rPr>
        <w:t>A</w:t>
      </w:r>
      <w:r>
        <w:rPr>
          <w:rFonts w:ascii="Times New Roman" w:hAnsi="Times New Roman"/>
          <w:b w:val="0"/>
          <w:i w:val="0"/>
          <w:color w:val="000000"/>
          <w:sz w:val="32"/>
        </w:rPr>
        <w:t>n idea. Please</w:t>
      </w:r>
      <w:r>
        <w:rPr>
          <w:rFonts w:ascii="Times New Roman" w:hAnsi="Times New Roman"/>
          <w:b w:val="0"/>
          <w:i w:val="0"/>
          <w:color w:val="000000"/>
          <w:sz w:val="32"/>
        </w:rPr>
        <w:t xml:space="preserve">, </w:t>
      </w:r>
      <w:r>
        <w:rPr>
          <w:rFonts w:ascii="Times New Roman" w:hAnsi="Times New Roman"/>
          <w:b w:val="0"/>
          <w:i w:val="0"/>
          <w:color w:val="000000"/>
          <w:sz w:val="32"/>
        </w:rPr>
        <w:t xml:space="preserve">while </w:t>
      </w:r>
      <w:r>
        <w:rPr>
          <w:rFonts w:ascii="Times New Roman" w:hAnsi="Times New Roman"/>
          <w:b w:val="0"/>
          <w:i w:val="0"/>
          <w:color w:val="000000"/>
          <w:sz w:val="32"/>
        </w:rPr>
        <w:t>it’s</w:t>
      </w:r>
      <w:r>
        <w:rPr>
          <w:rFonts w:ascii="Times New Roman" w:hAnsi="Times New Roman"/>
          <w:b w:val="0"/>
          <w:i w:val="0"/>
          <w:color w:val="000000"/>
          <w:sz w:val="32"/>
        </w:rPr>
        <w:t xml:space="preserve"> still in my head —</w:t>
      </w:r>
      <w:r>
        <w:rPr>
          <w:rFonts w:ascii="Times New Roman" w:hAnsi="Times New Roman"/>
          <w:b w:val="0"/>
          <w:i w:val="0"/>
          <w:color w:val="000000"/>
          <w:sz w:val="32"/>
        </w:rPr>
        <w:t xml:space="preserve"> </w:t>
      </w:r>
      <w:r>
        <w:rPr>
          <w:rFonts w:ascii="Times New Roman" w:hAnsi="Times New Roman"/>
          <w:b w:val="0"/>
          <w:i w:val="0"/>
          <w:color w:val="000000"/>
          <w:sz w:val="32"/>
        </w:rPr>
        <w:t>I’</w:t>
      </w:r>
      <w:r>
        <w:rPr>
          <w:rFonts w:ascii="Times New Roman" w:hAnsi="Times New Roman"/>
          <w:b w:val="0"/>
          <w:i w:val="0"/>
          <w:color w:val="000000"/>
          <w:sz w:val="32"/>
        </w:rPr>
        <w:t>v</w:t>
      </w:r>
      <w:r>
        <w:rPr>
          <w:rFonts w:ascii="Times New Roman" w:hAnsi="Times New Roman"/>
          <w:b w:val="0"/>
          <w:i w:val="0"/>
          <w:color w:val="000000"/>
          <w:sz w:val="32"/>
        </w:rPr>
        <w:t xml:space="preserve">e seen you do sketches like </w:t>
      </w:r>
      <w:r>
        <w:rPr>
          <w:rFonts w:ascii="Times New Roman" w:hAnsi="Times New Roman"/>
          <w:b w:val="0"/>
          <w:i/>
          <w:color w:val="000000"/>
          <w:sz w:val="32"/>
        </w:rPr>
        <w:t xml:space="preserve">that! </w:t>
      </w:r>
    </w:p>
    <w:p>
      <w:pPr>
        <w:pStyle w:val="StageDirection"/>
        <w:spacing w:before="60" w:after="100"/>
        <w:ind w:left="0" w:right="0" w:firstLine="0"/>
        <w:jc w:val="left"/>
      </w:pPr>
      <w:r>
        <w:rPr>
          <w:rFonts w:ascii="Times New Roman" w:hAnsi="Times New Roman"/>
          <w:b w:val="0"/>
          <w:i/>
          <w:color w:val="000000"/>
          <w:sz w:val="32"/>
        </w:rPr>
        <w:t>(Redmond</w:t>
      </w:r>
      <w:r>
        <w:rPr>
          <w:rFonts w:ascii="Times New Roman" w:hAnsi="Times New Roman"/>
          <w:b w:val="0"/>
          <w:i/>
          <w:color w:val="000000"/>
          <w:sz w:val="32"/>
        </w:rPr>
        <w:t>, wanting to please,</w:t>
      </w:r>
      <w:r>
        <w:rPr>
          <w:rFonts w:ascii="Times New Roman" w:hAnsi="Times New Roman"/>
          <w:b w:val="0"/>
          <w:i/>
          <w:color w:val="000000"/>
          <w:sz w:val="32"/>
        </w:rPr>
        <w:t xml:space="preserve"> </w:t>
      </w:r>
      <w:r>
        <w:rPr>
          <w:rFonts w:ascii="Times New Roman" w:hAnsi="Times New Roman"/>
          <w:b w:val="0"/>
          <w:i/>
          <w:color w:val="000000"/>
          <w:sz w:val="32"/>
        </w:rPr>
        <w:t>place</w:t>
      </w:r>
      <w:r>
        <w:rPr>
          <w:rFonts w:ascii="Times New Roman" w:hAnsi="Times New Roman"/>
          <w:b w:val="0"/>
          <w:i/>
          <w:color w:val="000000"/>
          <w:sz w:val="32"/>
        </w:rPr>
        <w:t>s</w:t>
      </w:r>
      <w:r>
        <w:rPr>
          <w:rFonts w:ascii="Times New Roman" w:hAnsi="Times New Roman"/>
          <w:b w:val="0"/>
          <w:i/>
          <w:color w:val="000000"/>
          <w:sz w:val="32"/>
        </w:rPr>
        <w:t xml:space="preserve"> </w:t>
      </w:r>
      <w:r>
        <w:rPr>
          <w:rFonts w:ascii="Times New Roman" w:hAnsi="Times New Roman"/>
          <w:b w:val="0"/>
          <w:i/>
          <w:color w:val="000000"/>
          <w:sz w:val="32"/>
        </w:rPr>
        <w:t xml:space="preserve">blank </w:t>
      </w:r>
      <w:r>
        <w:rPr>
          <w:rFonts w:ascii="Times New Roman" w:hAnsi="Times New Roman"/>
          <w:b w:val="0"/>
          <w:i/>
          <w:color w:val="000000"/>
          <w:sz w:val="32"/>
        </w:rPr>
        <w:t>canvas</w:t>
      </w:r>
      <w:r>
        <w:rPr>
          <w:rFonts w:ascii="Times New Roman" w:hAnsi="Times New Roman"/>
          <w:b w:val="0"/>
          <w:i/>
          <w:color w:val="000000"/>
          <w:sz w:val="32"/>
        </w:rPr>
        <w:t xml:space="preserve"> on easel</w:t>
      </w:r>
      <w:r>
        <w:rPr>
          <w:rFonts w:ascii="Times New Roman" w:hAnsi="Times New Roman"/>
          <w:b w:val="0"/>
          <w:i/>
          <w:color w:val="000000"/>
          <w:sz w:val="32"/>
        </w:rPr>
        <w:t>,</w:t>
      </w:r>
      <w:r>
        <w:rPr>
          <w:rFonts w:ascii="Times New Roman" w:hAnsi="Times New Roman"/>
          <w:b w:val="0"/>
          <w:i/>
          <w:color w:val="000000"/>
          <w:sz w:val="32"/>
        </w:rPr>
        <w:t xml:space="preserve"> looks </w:t>
      </w:r>
      <w:r>
        <w:rPr>
          <w:rFonts w:ascii="Times New Roman" w:hAnsi="Times New Roman"/>
          <w:b w:val="0"/>
          <w:i/>
          <w:color w:val="000000"/>
          <w:sz w:val="32"/>
        </w:rPr>
        <w:t>at Chaplin</w:t>
      </w:r>
      <w:r>
        <w:rPr>
          <w:rFonts w:ascii="Times New Roman" w:hAnsi="Times New Roman"/>
          <w:b w:val="0"/>
          <w:i/>
          <w:color w:val="000000"/>
          <w:sz w:val="32"/>
        </w:rPr>
        <w:t xml:space="preserve"> with anticipation</w:t>
      </w:r>
      <w:r>
        <w:rPr>
          <w:rFonts w:ascii="Times New Roman" w:hAnsi="Times New Roman"/>
          <w:b w:val="0"/>
          <w:i/>
          <w:color w:val="000000"/>
          <w:sz w:val="32"/>
        </w:rPr>
        <w:t>, brush poised.)</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Ready!</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Twilight... </w:t>
      </w:r>
    </w:p>
    <w:p>
      <w:pPr>
        <w:pStyle w:val="StageDirection"/>
        <w:spacing w:before="60" w:after="100"/>
        <w:ind w:left="0" w:right="0" w:firstLine="0"/>
        <w:jc w:val="left"/>
      </w:pPr>
      <w:r>
        <w:rPr>
          <w:rFonts w:ascii="Times New Roman" w:hAnsi="Times New Roman"/>
          <w:b w:val="0"/>
          <w:i/>
          <w:color w:val="000000"/>
          <w:sz w:val="32"/>
        </w:rPr>
        <w:t>(Lighting dims</w:t>
      </w:r>
      <w:r>
        <w:rPr>
          <w:rFonts w:ascii="Times New Roman" w:hAnsi="Times New Roman"/>
          <w:b w:val="0"/>
          <w:i/>
          <w:color w:val="000000"/>
          <w:sz w:val="32"/>
        </w:rPr>
        <w:t xml:space="preserve">. </w:t>
      </w:r>
      <w:r>
        <w:rPr>
          <w:rFonts w:ascii="Times New Roman" w:hAnsi="Times New Roman"/>
          <w:b w:val="0"/>
          <w:i/>
          <w:color w:val="000000"/>
          <w:sz w:val="32"/>
        </w:rPr>
        <w:t xml:space="preserve">Redmond </w:t>
      </w:r>
      <w:r>
        <w:rPr>
          <w:rFonts w:ascii="Times New Roman" w:hAnsi="Times New Roman"/>
          <w:b w:val="0"/>
          <w:i/>
          <w:color w:val="000000"/>
          <w:sz w:val="32"/>
        </w:rPr>
        <w:t xml:space="preserve">with vigor </w:t>
      </w:r>
      <w:r>
        <w:rPr>
          <w:rFonts w:ascii="Times New Roman" w:hAnsi="Times New Roman"/>
          <w:b w:val="0"/>
          <w:i/>
          <w:color w:val="000000"/>
          <w:sz w:val="32"/>
        </w:rPr>
        <w:t xml:space="preserve">paints a </w:t>
      </w:r>
      <w:r>
        <w:rPr>
          <w:rFonts w:ascii="Times New Roman" w:hAnsi="Times New Roman"/>
          <w:b w:val="0"/>
          <w:i/>
          <w:color w:val="000000"/>
          <w:sz w:val="32"/>
        </w:rPr>
        <w:t>darkening</w:t>
      </w:r>
      <w:r>
        <w:rPr>
          <w:rFonts w:ascii="Times New Roman" w:hAnsi="Times New Roman"/>
          <w:b w:val="0"/>
          <w:i/>
          <w:color w:val="000000"/>
          <w:sz w:val="32"/>
        </w:rPr>
        <w:t xml:space="preserve"> sky with quick, broad strokes; it appears on the </w:t>
      </w:r>
      <w:r>
        <w:rPr>
          <w:rFonts w:ascii="Times New Roman" w:hAnsi="Times New Roman"/>
          <w:b w:val="0"/>
          <w:i/>
          <w:color w:val="000000"/>
          <w:sz w:val="32"/>
        </w:rPr>
        <w:t>upstage wall</w:t>
      </w:r>
      <w:r>
        <w:rPr>
          <w:rFonts w:ascii="Times New Roman" w:hAnsi="Times New Roman"/>
          <w:b w:val="0"/>
          <w:i/>
          <w:color w:val="000000"/>
          <w:sz w:val="32"/>
        </w:rPr>
        <w:t>. Looks at Chaplin.)</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 setting sun reflecting off the underside </w:t>
      </w:r>
      <w:r>
        <w:rPr>
          <w:rFonts w:ascii="Times New Roman" w:hAnsi="Times New Roman"/>
          <w:b w:val="0"/>
          <w:i w:val="0"/>
          <w:color w:val="000000"/>
          <w:sz w:val="32"/>
        </w:rPr>
        <w:t xml:space="preserve">of </w:t>
      </w:r>
      <w:r>
        <w:rPr>
          <w:rFonts w:ascii="Times New Roman" w:hAnsi="Times New Roman"/>
          <w:b w:val="0"/>
          <w:i w:val="0"/>
          <w:color w:val="000000"/>
          <w:sz w:val="32"/>
        </w:rPr>
        <w:t>dark</w:t>
      </w:r>
      <w:r>
        <w:rPr>
          <w:rFonts w:ascii="Times New Roman" w:hAnsi="Times New Roman"/>
          <w:b w:val="0"/>
          <w:i w:val="0"/>
          <w:color w:val="000000"/>
          <w:sz w:val="32"/>
        </w:rPr>
        <w:t xml:space="preserve"> clouds</w:t>
      </w:r>
      <w:r>
        <w:rPr>
          <w:rFonts w:ascii="Times New Roman" w:hAnsi="Times New Roman"/>
          <w:b w:val="0"/>
          <w:i w:val="0"/>
          <w:color w:val="000000"/>
          <w:sz w:val="32"/>
        </w:rPr>
        <w:t>.</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(Redmond paints</w:t>
      </w:r>
      <w:r>
        <w:rPr>
          <w:rFonts w:ascii="Times New Roman" w:hAnsi="Times New Roman"/>
          <w:b w:val="0"/>
          <w:i/>
          <w:color w:val="000000"/>
          <w:sz w:val="32"/>
        </w:rPr>
        <w:t xml:space="preserve"> tinges of red</w:t>
      </w:r>
      <w:r>
        <w:rPr>
          <w:rFonts w:ascii="Times New Roman" w:hAnsi="Times New Roman"/>
          <w:b w:val="0"/>
          <w:i/>
          <w:color w:val="000000"/>
          <w:sz w:val="32"/>
        </w:rPr>
        <w:t>, looks at Chaplin.)</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A slough or pond... water dark and still... </w:t>
      </w:r>
    </w:p>
    <w:p>
      <w:pPr>
        <w:pStyle w:val="StageDirection"/>
        <w:spacing w:before="60" w:after="100"/>
        <w:ind w:left="0" w:right="0" w:firstLine="0"/>
        <w:jc w:val="left"/>
      </w:pPr>
      <w:r>
        <w:rPr>
          <w:rFonts w:ascii="Times New Roman" w:hAnsi="Times New Roman"/>
          <w:b w:val="0"/>
          <w:i/>
          <w:color w:val="000000"/>
          <w:sz w:val="32"/>
        </w:rPr>
        <w:t>(Redmond paints, looks at Chaplin.)</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Poplars along one bank... reflected... </w:t>
      </w:r>
    </w:p>
    <w:p>
      <w:pPr>
        <w:pStyle w:val="StageDirection"/>
        <w:spacing w:before="60" w:after="100"/>
        <w:ind w:left="0" w:right="0" w:firstLine="0"/>
        <w:jc w:val="left"/>
      </w:pPr>
      <w:r>
        <w:rPr>
          <w:rFonts w:ascii="Times New Roman" w:hAnsi="Times New Roman"/>
          <w:b w:val="0"/>
          <w:i/>
          <w:color w:val="000000"/>
          <w:sz w:val="32"/>
        </w:rPr>
        <w:t>(Redmond paints, looks at Chaplin.)</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Your specialty —</w:t>
      </w:r>
      <w:r>
        <w:rPr>
          <w:rFonts w:ascii="Times New Roman" w:hAnsi="Times New Roman"/>
          <w:b w:val="0"/>
          <w:i w:val="0"/>
          <w:color w:val="000000"/>
          <w:sz w:val="32"/>
        </w:rPr>
        <w:t xml:space="preserve"> rolling hills in the distance...</w:t>
      </w:r>
    </w:p>
    <w:p>
      <w:pPr>
        <w:pStyle w:val="StageDirection"/>
        <w:spacing w:before="60" w:after="100"/>
        <w:ind w:left="0" w:right="0" w:firstLine="0"/>
        <w:jc w:val="left"/>
      </w:pPr>
      <w:r>
        <w:rPr>
          <w:rFonts w:ascii="Times New Roman" w:hAnsi="Times New Roman"/>
          <w:b w:val="0"/>
          <w:i/>
          <w:color w:val="000000"/>
          <w:sz w:val="32"/>
        </w:rPr>
        <w:t xml:space="preserve">(Paints, looks at Chaplin, puts brush behind </w:t>
      </w:r>
      <w:r>
        <w:rPr>
          <w:rFonts w:ascii="Times New Roman" w:hAnsi="Times New Roman"/>
          <w:b w:val="0"/>
          <w:i/>
          <w:color w:val="000000"/>
          <w:sz w:val="32"/>
        </w:rPr>
        <w:t>ear, signs</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P</w:t>
      </w:r>
      <w:r>
        <w:rPr>
          <w:rFonts w:ascii="Times New Roman" w:hAnsi="Times New Roman"/>
          <w:b w:val="0"/>
          <w:i w:val="0"/>
          <w:color w:val="000000"/>
          <w:sz w:val="32"/>
        </w:rPr>
        <w:t>sychology?</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on’t know</w:t>
      </w:r>
      <w:r>
        <w:rPr>
          <w:rFonts w:ascii="Times New Roman" w:hAnsi="Times New Roman"/>
          <w:b w:val="0"/>
          <w:i w:val="0"/>
          <w:color w:val="000000"/>
          <w:sz w:val="32"/>
        </w:rPr>
        <w:t>...</w:t>
      </w:r>
      <w:r>
        <w:rPr>
          <w:rFonts w:ascii="Times New Roman" w:hAnsi="Times New Roman"/>
          <w:b w:val="0"/>
          <w:i w:val="0"/>
          <w:color w:val="000000"/>
          <w:sz w:val="32"/>
        </w:rPr>
      </w:r>
      <w:r>
        <w:rPr>
          <w:rFonts w:ascii="Times New Roman" w:hAnsi="Times New Roman"/>
          <w:b w:val="0"/>
          <w:i w:val="0"/>
          <w:color w:val="000000"/>
          <w:sz w:val="32"/>
        </w:rPr>
        <w:t xml:space="preserve"> </w:t>
      </w:r>
      <w:r>
        <w:rPr>
          <w:rFonts w:ascii="Times New Roman" w:hAnsi="Times New Roman"/>
          <w:b w:val="0"/>
          <w:i w:val="0"/>
          <w:color w:val="000000"/>
          <w:sz w:val="32"/>
        </w:rPr>
        <w:t xml:space="preserve">perhaps </w:t>
      </w:r>
      <w:r>
        <w:rPr>
          <w:rFonts w:ascii="Times New Roman" w:hAnsi="Times New Roman"/>
          <w:b w:val="0"/>
          <w:i w:val="0"/>
          <w:color w:val="000000"/>
          <w:sz w:val="32"/>
        </w:rPr>
        <w:t xml:space="preserve">none... </w:t>
      </w:r>
      <w:r>
        <w:rPr>
          <w:rFonts w:ascii="Times New Roman" w:hAnsi="Times New Roman"/>
          <w:b w:val="0"/>
          <w:i w:val="0"/>
          <w:color w:val="000000"/>
          <w:sz w:val="32"/>
        </w:rPr>
        <w:t>The Little Fellow walks into the water</w:t>
      </w:r>
      <w:r>
        <w:rPr>
          <w:rFonts w:ascii="Times New Roman" w:hAnsi="Times New Roman"/>
          <w:b w:val="0"/>
          <w:i w:val="0"/>
          <w:color w:val="000000"/>
          <w:sz w:val="32"/>
        </w:rPr>
        <w:t xml:space="preserve">... </w:t>
      </w:r>
      <w:r>
        <w:rPr>
          <w:rFonts w:ascii="Times New Roman" w:hAnsi="Times New Roman"/>
          <w:b w:val="0"/>
          <w:i w:val="0"/>
          <w:color w:val="000000"/>
          <w:sz w:val="32"/>
        </w:rPr>
        <w:t>walks and walks</w:t>
      </w:r>
      <w:r>
        <w:rPr>
          <w:rFonts w:ascii="Times New Roman" w:hAnsi="Times New Roman"/>
          <w:b w:val="0"/>
          <w:i w:val="0"/>
          <w:color w:val="000000"/>
          <w:sz w:val="32"/>
        </w:rPr>
        <w:t xml:space="preserve">... </w:t>
      </w:r>
      <w:r>
        <w:rPr>
          <w:rFonts w:ascii="Times New Roman" w:hAnsi="Times New Roman"/>
          <w:b w:val="0"/>
          <w:i w:val="0"/>
          <w:color w:val="000000"/>
          <w:sz w:val="32"/>
        </w:rPr>
      </w:r>
      <w:r>
        <w:rPr>
          <w:rFonts w:ascii="Times New Roman" w:hAnsi="Times New Roman"/>
          <w:b w:val="0"/>
          <w:i w:val="0"/>
          <w:color w:val="000000"/>
          <w:sz w:val="32"/>
        </w:rPr>
        <w:t xml:space="preserve">no need to paint him... </w:t>
      </w:r>
      <w:r>
        <w:rPr>
          <w:rFonts w:ascii="Times New Roman" w:hAnsi="Times New Roman"/>
          <w:b w:val="0"/>
          <w:i w:val="0"/>
          <w:color w:val="000000"/>
          <w:sz w:val="32"/>
        </w:rPr>
        <w:t xml:space="preserve">until you </w:t>
      </w:r>
      <w:r>
        <w:rPr>
          <w:rFonts w:ascii="Times New Roman" w:hAnsi="Times New Roman"/>
          <w:b w:val="0"/>
          <w:i w:val="0"/>
          <w:color w:val="000000"/>
          <w:sz w:val="32"/>
        </w:rPr>
        <w:t xml:space="preserve">see </w:t>
      </w:r>
      <w:r>
        <w:rPr>
          <w:rFonts w:ascii="Times New Roman" w:hAnsi="Times New Roman"/>
          <w:b w:val="0"/>
          <w:i w:val="0"/>
          <w:color w:val="000000"/>
          <w:sz w:val="32"/>
        </w:rPr>
        <w:t xml:space="preserve">only </w:t>
      </w:r>
      <w:r>
        <w:rPr>
          <w:rFonts w:ascii="Times New Roman" w:hAnsi="Times New Roman"/>
          <w:b w:val="0"/>
          <w:i w:val="0"/>
          <w:color w:val="000000"/>
          <w:sz w:val="32"/>
        </w:rPr>
        <w:t>his</w:t>
      </w:r>
      <w:r>
        <w:rPr>
          <w:rFonts w:ascii="Times New Roman" w:hAnsi="Times New Roman"/>
          <w:b w:val="0"/>
          <w:i w:val="0"/>
          <w:color w:val="000000"/>
          <w:sz w:val="32"/>
        </w:rPr>
        <w:t xml:space="preserve"> hat... </w:t>
      </w:r>
      <w:r>
        <w:rPr>
          <w:rFonts w:ascii="Times New Roman" w:hAnsi="Times New Roman"/>
          <w:b w:val="0"/>
          <w:i w:val="0"/>
          <w:color w:val="000000"/>
          <w:sz w:val="32"/>
        </w:rPr>
        <w:t xml:space="preserve">floating... </w:t>
      </w:r>
      <w:r>
        <w:rPr>
          <w:rFonts w:ascii="Times New Roman" w:hAnsi="Times New Roman"/>
          <w:b w:val="0"/>
          <w:i/>
          <w:color w:val="000000"/>
          <w:sz w:val="32"/>
        </w:rPr>
        <w:t>miraculously</w:t>
      </w:r>
      <w:r>
        <w:rPr>
          <w:rFonts w:ascii="Times New Roman" w:hAnsi="Times New Roman"/>
          <w:b w:val="0"/>
          <w:i w:val="0"/>
          <w:color w:val="000000"/>
          <w:sz w:val="32"/>
        </w:rPr>
        <w:t xml:space="preserve">... </w:t>
      </w:r>
      <w:r>
        <w:rPr>
          <w:rFonts w:ascii="Times New Roman" w:hAnsi="Times New Roman"/>
          <w:b w:val="0"/>
          <w:i w:val="0"/>
          <w:color w:val="000000"/>
          <w:sz w:val="32"/>
        </w:rPr>
        <w:t xml:space="preserve">like a lily pad... </w:t>
      </w:r>
      <w:r>
        <w:rPr>
          <w:rFonts w:ascii="Times New Roman" w:hAnsi="Times New Roman"/>
          <w:b w:val="0"/>
          <w:i w:val="0"/>
          <w:color w:val="000000"/>
          <w:sz w:val="32"/>
        </w:rPr>
        <w:t>t</w:t>
      </w:r>
      <w:r>
        <w:rPr>
          <w:rFonts w:ascii="Times New Roman" w:hAnsi="Times New Roman"/>
          <w:b w:val="0"/>
          <w:i w:val="0"/>
          <w:color w:val="000000"/>
          <w:sz w:val="32"/>
        </w:rPr>
        <w:t>hink Monet.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(Sadly, his brush slowing)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The end of you</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(Shrugs)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Little Fellow</w:t>
      </w:r>
      <w:r>
        <w:rPr>
          <w:rFonts w:ascii="Times New Roman" w:hAnsi="Times New Roman"/>
          <w:b w:val="0"/>
          <w:i w:val="0"/>
          <w:color w:val="000000"/>
          <w:sz w:val="32"/>
        </w:rPr>
        <w:t xml:space="preserve"> perhaps</w:t>
      </w:r>
      <w:r>
        <w:rPr>
          <w:rFonts w:ascii="Times New Roman" w:hAnsi="Times New Roman"/>
          <w:b w:val="0"/>
          <w:i w:val="0"/>
          <w:color w:val="000000"/>
          <w:sz w:val="32"/>
        </w:rPr>
        <w:t xml:space="preserve">... outlived his usefulness... Some think so. It’s me they object to. Talk too much. The Little Fellow says nothing but suffers for it. </w:t>
      </w:r>
      <w:r>
        <w:rPr>
          <w:rFonts w:ascii="Times New Roman" w:hAnsi="Times New Roman"/>
          <w:b w:val="0"/>
          <w:i/>
          <w:color w:val="000000"/>
          <w:sz w:val="32"/>
        </w:rPr>
        <w:t>(Smiles sadly.)</w:t>
      </w:r>
      <w:r>
        <w:rPr>
          <w:rFonts w:ascii="Times New Roman" w:hAnsi="Times New Roman"/>
          <w:b w:val="0"/>
          <w:i w:val="0"/>
          <w:color w:val="000000"/>
          <w:sz w:val="32"/>
        </w:rPr>
        <w:t xml:space="preserve"> Or the end of silent films... my films. Haven’t thought it through. </w:t>
      </w:r>
      <w:r>
        <w:rPr>
          <w:rFonts w:ascii="Times New Roman" w:hAnsi="Times New Roman"/>
          <w:b w:val="0"/>
          <w:i/>
          <w:color w:val="000000"/>
          <w:sz w:val="32"/>
        </w:rPr>
        <w:t>(A beat.)</w:t>
      </w:r>
      <w:r>
        <w:rPr>
          <w:rFonts w:ascii="Times New Roman" w:hAnsi="Times New Roman"/>
          <w:b w:val="0"/>
          <w:i w:val="0"/>
          <w:color w:val="000000"/>
          <w:sz w:val="32"/>
        </w:rPr>
        <w:t xml:space="preserve"> Just invent ... one thing leading absurdly to another — that’s my story.</w:t>
      </w:r>
    </w:p>
    <w:p>
      <w:pPr>
        <w:pStyle w:val="StageDirection"/>
        <w:spacing w:before="60" w:after="100"/>
        <w:ind w:left="0" w:right="0" w:firstLine="0"/>
        <w:jc w:val="left"/>
      </w:pPr>
      <w:r>
        <w:rPr>
          <w:rFonts w:ascii="Times New Roman" w:hAnsi="Times New Roman"/>
          <w:b w:val="0"/>
          <w:i/>
          <w:color w:val="000000"/>
          <w:sz w:val="32"/>
        </w:rPr>
        <w:t xml:space="preserve">(Redmond a </w:t>
      </w:r>
      <w:r>
        <w:rPr>
          <w:rFonts w:ascii="Times New Roman" w:hAnsi="Times New Roman"/>
          <w:b w:val="0"/>
          <w:i/>
          <w:color w:val="000000"/>
          <w:sz w:val="32"/>
        </w:rPr>
        <w:t xml:space="preserve">few </w:t>
      </w:r>
      <w:r>
        <w:rPr>
          <w:rFonts w:ascii="Times New Roman" w:hAnsi="Times New Roman"/>
          <w:b w:val="0"/>
          <w:i/>
          <w:color w:val="000000"/>
          <w:sz w:val="32"/>
        </w:rPr>
        <w:t xml:space="preserve">more </w:t>
      </w:r>
      <w:r>
        <w:rPr>
          <w:rFonts w:ascii="Times New Roman" w:hAnsi="Times New Roman"/>
          <w:b w:val="0"/>
          <w:i/>
          <w:color w:val="000000"/>
          <w:sz w:val="32"/>
        </w:rPr>
        <w:t>stroke</w:t>
      </w:r>
      <w:r>
        <w:rPr>
          <w:rFonts w:ascii="Times New Roman" w:hAnsi="Times New Roman"/>
          <w:b w:val="0"/>
          <w:i/>
          <w:color w:val="000000"/>
          <w:sz w:val="32"/>
        </w:rPr>
        <w:t>s</w:t>
      </w:r>
      <w:r>
        <w:rPr>
          <w:rFonts w:ascii="Times New Roman" w:hAnsi="Times New Roman"/>
          <w:b w:val="0"/>
          <w:i/>
          <w:color w:val="000000"/>
          <w:sz w:val="32"/>
        </w:rPr>
        <w:t xml:space="preserve"> and </w:t>
      </w:r>
      <w:r>
        <w:rPr>
          <w:rFonts w:ascii="Times New Roman" w:hAnsi="Times New Roman"/>
          <w:b w:val="0"/>
          <w:i/>
          <w:color w:val="000000"/>
          <w:sz w:val="32"/>
        </w:rPr>
        <w:t>a derby</w:t>
      </w:r>
      <w:r>
        <w:rPr>
          <w:rFonts w:ascii="Times New Roman" w:hAnsi="Times New Roman"/>
          <w:b w:val="0"/>
          <w:i/>
          <w:color w:val="000000"/>
          <w:sz w:val="32"/>
        </w:rPr>
        <w:t xml:space="preserve"> hat</w:t>
      </w:r>
      <w:r>
        <w:rPr>
          <w:rFonts w:ascii="Times New Roman" w:hAnsi="Times New Roman"/>
          <w:b w:val="0"/>
          <w:i/>
          <w:color w:val="000000"/>
          <w:sz w:val="32"/>
        </w:rPr>
        <w:t>,</w:t>
      </w:r>
      <w:r>
        <w:rPr>
          <w:rFonts w:ascii="Times New Roman" w:hAnsi="Times New Roman"/>
          <w:b w:val="0"/>
          <w:i/>
          <w:color w:val="000000"/>
          <w:sz w:val="32"/>
        </w:rPr>
        <w:t xml:space="preserve"> </w:t>
      </w:r>
      <w:r>
        <w:rPr>
          <w:rFonts w:ascii="Times New Roman" w:hAnsi="Times New Roman"/>
          <w:b w:val="0"/>
          <w:i/>
          <w:color w:val="000000"/>
          <w:sz w:val="32"/>
        </w:rPr>
        <w:t>floating.)</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(Circles, circles again, looks, wonderingly)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It’s as I imagined — as if you </w:t>
      </w:r>
      <w:r>
        <w:rPr>
          <w:rFonts w:ascii="Times New Roman" w:hAnsi="Times New Roman"/>
          <w:b w:val="0"/>
          <w:i w:val="0"/>
          <w:color w:val="000000"/>
          <w:sz w:val="32"/>
        </w:rPr>
        <w:t>were in</w:t>
      </w:r>
      <w:r>
        <w:rPr>
          <w:rFonts w:ascii="Times New Roman" w:hAnsi="Times New Roman"/>
          <w:b w:val="0"/>
          <w:i w:val="0"/>
          <w:color w:val="000000"/>
          <w:sz w:val="32"/>
        </w:rPr>
        <w:t xml:space="preserve"> my head. </w:t>
      </w:r>
      <w:r>
        <w:rPr>
          <w:rFonts w:ascii="Times New Roman" w:hAnsi="Times New Roman"/>
          <w:b w:val="0"/>
          <w:i/>
          <w:color w:val="000000"/>
          <w:sz w:val="32"/>
        </w:rPr>
        <w:t>We</w:t>
      </w:r>
      <w:r>
        <w:rPr>
          <w:rFonts w:ascii="Times New Roman" w:hAnsi="Times New Roman"/>
          <w:b w:val="0"/>
          <w:i/>
          <w:color w:val="000000"/>
          <w:sz w:val="32"/>
        </w:rPr>
        <w:t>’r</w:t>
      </w:r>
      <w:r>
        <w:rPr>
          <w:rFonts w:ascii="Times New Roman" w:hAnsi="Times New Roman"/>
          <w:b w:val="0"/>
          <w:i/>
          <w:color w:val="000000"/>
          <w:sz w:val="32"/>
        </w:rPr>
        <w:t>e one, Granville!</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(Wonderingly also, staring, signing free hand)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P</w:t>
      </w:r>
      <w:r>
        <w:rPr>
          <w:rFonts w:ascii="Times New Roman" w:hAnsi="Times New Roman"/>
          <w:b w:val="0"/>
          <w:i w:val="0"/>
          <w:color w:val="000000"/>
          <w:sz w:val="32"/>
        </w:rPr>
        <w:t>ainted itself</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Did </w:t>
      </w:r>
      <w:r>
        <w:rPr>
          <w:rFonts w:ascii="Times New Roman" w:hAnsi="Times New Roman"/>
          <w:b w:val="0"/>
          <w:i w:val="0"/>
          <w:color w:val="000000"/>
          <w:sz w:val="32"/>
        </w:rPr>
        <w:t>it?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w:t>
      </w:r>
      <w:r>
        <w:rPr>
          <w:rFonts w:ascii="Times New Roman" w:hAnsi="Times New Roman"/>
          <w:b w:val="0"/>
          <w:i w:val="0"/>
          <w:color w:val="000000"/>
          <w:sz w:val="32"/>
        </w:rPr>
        <w:t>ever painted a hat</w:t>
      </w:r>
      <w:r>
        <w:rPr>
          <w:rFonts w:ascii="Times New Roman" w:hAnsi="Times New Roman"/>
          <w:b w:val="0"/>
          <w:i w:val="0"/>
          <w:color w:val="000000"/>
          <w:sz w:val="32"/>
        </w:rPr>
        <w:t xml:space="preserve"> I rec</w:t>
      </w:r>
      <w:r>
        <w:rPr>
          <w:rFonts w:ascii="Times New Roman" w:hAnsi="Times New Roman"/>
          <w:b w:val="0"/>
          <w:i w:val="0"/>
          <w:color w:val="000000"/>
          <w:sz w:val="32"/>
        </w:rPr>
        <w:t>all</w:t>
      </w:r>
      <w:r>
        <w:rPr>
          <w:rFonts w:ascii="Times New Roman" w:hAnsi="Times New Roman"/>
          <w:b w:val="0"/>
          <w:i w:val="0"/>
          <w:color w:val="000000"/>
          <w:sz w:val="32"/>
        </w:rPr>
        <w:t>.</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(Pause)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That </w:t>
      </w:r>
      <w:r>
        <w:rPr>
          <w:rFonts w:ascii="Times New Roman" w:hAnsi="Times New Roman"/>
          <w:b w:val="0"/>
          <w:i w:val="0"/>
          <w:color w:val="000000"/>
          <w:sz w:val="32"/>
        </w:rPr>
        <w:t xml:space="preserve">can </w:t>
      </w:r>
      <w:r>
        <w:rPr>
          <w:rFonts w:ascii="Times New Roman" w:hAnsi="Times New Roman"/>
          <w:b w:val="0"/>
          <w:i w:val="0"/>
          <w:color w:val="000000"/>
          <w:sz w:val="32"/>
        </w:rPr>
        <w:t>happen?</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(Thinks, looks at his brush)</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It happens</w:t>
      </w:r>
      <w:r>
        <w:rPr>
          <w:rFonts w:ascii="Times New Roman" w:hAnsi="Times New Roman"/>
          <w:b w:val="0"/>
          <w:i w:val="0"/>
          <w:color w:val="000000"/>
          <w:sz w:val="32"/>
        </w:rPr>
        <w:t>...</w:t>
      </w:r>
      <w:r>
        <w:rPr>
          <w:rFonts w:ascii="Times New Roman" w:hAnsi="Times New Roman"/>
          <w:b w:val="0"/>
          <w:i w:val="0"/>
          <w:color w:val="000000"/>
          <w:sz w:val="32"/>
        </w:rPr>
      </w:r>
      <w:r>
        <w:rPr>
          <w:rFonts w:ascii="Times New Roman" w:hAnsi="Times New Roman"/>
          <w:b w:val="0"/>
          <w:i w:val="0"/>
          <w:color w:val="000000"/>
          <w:sz w:val="32"/>
        </w:rPr>
        <w:t xml:space="preserve"> just did... </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 xml:space="preserve">Redmond joins him, they </w:t>
      </w:r>
      <w:r>
        <w:rPr>
          <w:rFonts w:ascii="Times New Roman" w:hAnsi="Times New Roman"/>
          <w:b w:val="0"/>
          <w:i/>
          <w:color w:val="000000"/>
          <w:sz w:val="32"/>
        </w:rPr>
        <w:t xml:space="preserve">stand shoulder to shoulder, </w:t>
      </w:r>
      <w:r>
        <w:rPr>
          <w:rFonts w:ascii="Times New Roman" w:hAnsi="Times New Roman"/>
          <w:b w:val="0"/>
          <w:i/>
          <w:color w:val="000000"/>
          <w:sz w:val="32"/>
        </w:rPr>
        <w:t>stare at the image</w:t>
      </w:r>
      <w:r>
        <w:rPr>
          <w:rFonts w:ascii="Times New Roman" w:hAnsi="Times New Roman"/>
          <w:b w:val="0"/>
          <w:i/>
          <w:color w:val="000000"/>
          <w:sz w:val="32"/>
        </w:rPr>
        <w:t xml:space="preserve"> as the light narrows to just the painting</w:t>
      </w:r>
      <w:r>
        <w:rPr>
          <w:rFonts w:ascii="Times New Roman" w:hAnsi="Times New Roman"/>
          <w:b w:val="0"/>
          <w:i/>
          <w:color w:val="000000"/>
          <w:sz w:val="32"/>
        </w:rPr>
        <w:t>, and then just the hat</w:t>
      </w:r>
      <w:r>
        <w:rPr>
          <w:rFonts w:ascii="Times New Roman" w:hAnsi="Times New Roman"/>
          <w:b w:val="0"/>
          <w:i/>
          <w:color w:val="000000"/>
          <w:sz w:val="32"/>
        </w:rPr>
        <w:t xml:space="preserve"> and water</w:t>
      </w:r>
      <w:r>
        <w:rPr>
          <w:rFonts w:ascii="Times New Roman" w:hAnsi="Times New Roman"/>
          <w:b w:val="0"/>
          <w:i/>
          <w:color w:val="000000"/>
          <w:sz w:val="32"/>
        </w:rPr>
        <w:t xml:space="preserve">. </w:t>
      </w:r>
      <w:r>
        <w:rPr>
          <w:rFonts w:ascii="Times New Roman" w:hAnsi="Times New Roman"/>
          <w:b w:val="0"/>
          <w:i/>
          <w:color w:val="000000"/>
          <w:sz w:val="32"/>
        </w:rPr>
        <w:t>They look</w:t>
      </w:r>
      <w:r>
        <w:rPr>
          <w:rFonts w:ascii="Times New Roman" w:hAnsi="Times New Roman"/>
          <w:b w:val="0"/>
          <w:i/>
          <w:color w:val="000000"/>
          <w:sz w:val="32"/>
        </w:rPr>
        <w:t xml:space="preserve"> at </w:t>
      </w:r>
      <w:r>
        <w:rPr>
          <w:rFonts w:ascii="Times New Roman" w:hAnsi="Times New Roman"/>
          <w:b w:val="0"/>
          <w:i/>
          <w:color w:val="000000"/>
          <w:sz w:val="32"/>
        </w:rPr>
        <w:t xml:space="preserve">each other affectionately, </w:t>
      </w:r>
      <w:r>
        <w:rPr>
          <w:rFonts w:ascii="Times New Roman" w:hAnsi="Times New Roman"/>
          <w:b w:val="0"/>
          <w:i/>
          <w:color w:val="000000"/>
          <w:sz w:val="32"/>
        </w:rPr>
        <w:t>and</w:t>
      </w:r>
      <w:r>
        <w:rPr>
          <w:rFonts w:ascii="Times New Roman" w:hAnsi="Times New Roman"/>
          <w:b w:val="0"/>
          <w:i/>
          <w:color w:val="000000"/>
          <w:sz w:val="32"/>
        </w:rPr>
        <w:t>...</w:t>
      </w:r>
      <w:r>
        <w:rPr>
          <w:rFonts w:ascii="Times New Roman" w:hAnsi="Times New Roman"/>
          <w:b w:val="0"/>
          <w:i/>
          <w:color w:val="000000"/>
          <w:sz w:val="32"/>
        </w:rPr>
        <w:t>)</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Chaplin, illuminated by a soft spotlight. He begins with a playful tone:)</w:t>
      </w:r>
    </w:p>
    <w:p>
      <w:pPr>
        <w:pStyle w:val="Song"/>
        <w:ind w:left="0" w:right="0" w:firstLine="0"/>
        <w:jc w:val="left"/>
      </w:pPr>
      <w:r>
        <w:rPr>
          <w:rFonts w:ascii="Times New Roman" w:hAnsi="Times New Roman"/>
          <w:b w:val="0"/>
          <w:i w:val="0"/>
          <w:color w:val="000000"/>
          <w:sz w:val="32"/>
        </w:rPr>
        <w:t>My dear Redmond, there was a chap, Wearing a hat, he clacked and clapped.</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As Chaplin walks forward, Redmond joins him</w:t>
      </w:r>
      <w:r>
        <w:rPr>
          <w:rFonts w:ascii="Times New Roman" w:hAnsi="Times New Roman"/>
          <w:b w:val="0"/>
          <w:i/>
          <w:color w:val="000000"/>
          <w:sz w:val="32"/>
        </w:rPr>
        <w:t>.)</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Redmond aligns his walk with Chaplin's, and they sync rhythmically</w:t>
      </w:r>
      <w:r>
        <w:rPr>
          <w:rFonts w:ascii="Times New Roman" w:hAnsi="Times New Roman"/>
          <w:b w:val="0"/>
          <w:i/>
          <w:color w:val="000000"/>
          <w:sz w:val="32"/>
        </w:rPr>
        <w:t>.)</w:t>
      </w:r>
    </w:p>
    <w:p>
      <w:pPr>
        <w:pStyle w:val="Song"/>
        <w:ind w:left="0" w:right="0" w:firstLine="0"/>
        <w:jc w:val="left"/>
      </w:pPr>
      <w:r>
        <w:rPr>
          <w:rFonts w:ascii="Times New Roman" w:hAnsi="Times New Roman"/>
          <w:b w:val="0"/>
          <w:i w:val="0"/>
          <w:color w:val="000000"/>
          <w:sz w:val="32"/>
        </w:rPr>
        <w:t>His friend stepped in with a joyful grin, With a tip and a tap, they formed a band.</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Piazzoni joins in.</w:t>
      </w:r>
      <w:r>
        <w:rPr>
          <w:rFonts w:ascii="Times New Roman" w:hAnsi="Times New Roman"/>
          <w:b w:val="0"/>
          <w:i/>
          <w:color w:val="000000"/>
          <w:sz w:val="32"/>
        </w:rPr>
        <w:t xml:space="preserve"> </w:t>
      </w:r>
      <w:r>
        <w:rPr>
          <w:rFonts w:ascii="Times New Roman" w:hAnsi="Times New Roman"/>
          <w:b w:val="0"/>
          <w:i/>
          <w:color w:val="000000"/>
          <w:sz w:val="32"/>
        </w:rPr>
        <w:t>Together, they continue walking, symbolizing the march to the sea. CHAPLIN</w:t>
      </w:r>
      <w:r>
        <w:rPr>
          <w:rFonts w:ascii="Times New Roman" w:hAnsi="Times New Roman"/>
          <w:b w:val="0"/>
          <w:i/>
          <w:color w:val="000000"/>
          <w:sz w:val="32"/>
        </w:rPr>
        <w:t>,</w:t>
      </w:r>
      <w:r>
        <w:rPr>
          <w:rFonts w:ascii="Times New Roman" w:hAnsi="Times New Roman"/>
          <w:b w:val="0"/>
          <w:i/>
          <w:color w:val="000000"/>
          <w:sz w:val="32"/>
        </w:rPr>
        <w:t xml:space="preserve"> REDMOND</w:t>
      </w:r>
      <w:r>
        <w:rPr>
          <w:rFonts w:ascii="Times New Roman" w:hAnsi="Times New Roman"/>
          <w:b w:val="0"/>
          <w:i/>
          <w:color w:val="000000"/>
          <w:sz w:val="32"/>
        </w:rPr>
        <w:t xml:space="preserve"> &amp;</w:t>
      </w:r>
      <w:r>
        <w:rPr>
          <w:rFonts w:ascii="Times New Roman" w:hAnsi="Times New Roman"/>
          <w:b w:val="0"/>
          <w:i/>
          <w:color w:val="000000"/>
          <w:sz w:val="32"/>
        </w:rPr>
        <w:t xml:space="preserve"> </w:t>
      </w:r>
      <w:r>
        <w:rPr>
          <w:rFonts w:ascii="Times New Roman" w:hAnsi="Times New Roman"/>
          <w:b w:val="0"/>
          <w:i/>
          <w:color w:val="000000"/>
          <w:sz w:val="32"/>
        </w:rPr>
        <w:t xml:space="preserve">PIAZZONI </w:t>
      </w:r>
      <w:r>
        <w:rPr>
          <w:rFonts w:ascii="Times New Roman" w:hAnsi="Times New Roman"/>
          <w:b w:val="0"/>
          <w:i/>
          <w:color w:val="000000"/>
          <w:sz w:val="32"/>
        </w:rPr>
        <w:t>(in unison)</w:t>
      </w:r>
      <w:r>
        <w:rPr>
          <w:rFonts w:ascii="Times New Roman" w:hAnsi="Times New Roman"/>
          <w:b w:val="0"/>
          <w:i/>
          <w:color w:val="000000"/>
          <w:sz w:val="32"/>
        </w:rPr>
        <w:t>)</w:t>
      </w:r>
    </w:p>
    <w:p>
      <w:pPr>
        <w:pStyle w:val="Song"/>
        <w:ind w:left="0" w:right="0" w:firstLine="0"/>
        <w:jc w:val="left"/>
      </w:pPr>
      <w:r>
        <w:rPr>
          <w:rFonts w:ascii="Times New Roman" w:hAnsi="Times New Roman"/>
          <w:b w:val="0"/>
          <w:i w:val="0"/>
          <w:color w:val="000000"/>
          <w:sz w:val="32"/>
        </w:rPr>
        <w:t>They marched to sea to drown the hat, To crab's delight, a seahorse sat. The chap submerged to depths, to fate, While the floating hat emerged.</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As they reach the climax of their walk, Chaplin and Redmond turn towards the audience, signaling a shift to a more introspective mood. They sing in turn, exchanging lines in a reflective manner</w:t>
      </w:r>
      <w:r>
        <w:rPr>
          <w:rFonts w:ascii="Times New Roman" w:hAnsi="Times New Roman"/>
          <w:b w:val="0"/>
          <w:i/>
          <w:color w:val="000000"/>
          <w:sz w:val="32"/>
        </w:rPr>
        <w:t>.)</w:t>
      </w:r>
    </w:p>
    <w:p>
      <w:pPr>
        <w:pStyle w:val="Song"/>
        <w:ind w:left="0" w:right="0" w:firstLine="0"/>
        <w:jc w:val="left"/>
      </w:pPr>
      <w:r>
        <w:rPr>
          <w:rFonts w:ascii="Times New Roman" w:hAnsi="Times New Roman"/>
          <w:b w:val="0"/>
          <w:i w:val="0"/>
          <w:color w:val="000000"/>
          <w:sz w:val="32"/>
        </w:rPr>
        <w:t>CHAPLIN: What do you want</w:t>
      </w:r>
    </w:p>
    <w:p>
      <w:pPr>
        <w:pStyle w:val="Song"/>
        <w:ind w:left="0" w:right="0" w:firstLine="0"/>
        <w:jc w:val="left"/>
      </w:pPr>
      <w:r>
        <w:rPr>
          <w:rFonts w:ascii="Times New Roman" w:hAnsi="Times New Roman"/>
          <w:b w:val="0"/>
          <w:i w:val="0"/>
          <w:color w:val="000000"/>
          <w:sz w:val="32"/>
        </w:rPr>
        <w:t>REDMOND: a meaning for?</w:t>
      </w:r>
    </w:p>
    <w:p>
      <w:pPr>
        <w:pStyle w:val="Song"/>
        <w:ind w:left="0" w:right="0" w:firstLine="0"/>
        <w:jc w:val="left"/>
      </w:pPr>
      <w:r>
        <w:rPr>
          <w:rFonts w:ascii="Times New Roman" w:hAnsi="Times New Roman"/>
          <w:b w:val="0"/>
          <w:i w:val="0"/>
          <w:color w:val="000000"/>
          <w:sz w:val="32"/>
        </w:rPr>
        <w:t>CHAPLIN: You think too much</w:t>
      </w:r>
    </w:p>
    <w:p>
      <w:pPr>
        <w:pStyle w:val="Song"/>
        <w:ind w:left="0" w:right="0" w:firstLine="0"/>
        <w:jc w:val="left"/>
      </w:pPr>
      <w:r>
        <w:rPr>
          <w:rFonts w:ascii="Times New Roman" w:hAnsi="Times New Roman"/>
          <w:b w:val="0"/>
          <w:i w:val="0"/>
          <w:color w:val="000000"/>
          <w:sz w:val="32"/>
        </w:rPr>
        <w:t>REDMOND: so feel some more.</w:t>
      </w:r>
    </w:p>
    <w:p>
      <w:pPr>
        <w:pStyle w:val="Song"/>
        <w:ind w:left="0" w:right="0" w:firstLine="0"/>
        <w:jc w:val="left"/>
      </w:pPr>
      <w:r>
        <w:rPr>
          <w:rFonts w:ascii="Times New Roman" w:hAnsi="Times New Roman"/>
          <w:b w:val="0"/>
          <w:i w:val="0"/>
          <w:color w:val="000000"/>
          <w:sz w:val="32"/>
        </w:rPr>
        <w:t>CHAPLIN: Walk in the rain</w:t>
      </w:r>
    </w:p>
    <w:p>
      <w:pPr>
        <w:pStyle w:val="Song"/>
        <w:ind w:left="0" w:right="0" w:firstLine="0"/>
        <w:jc w:val="left"/>
      </w:pPr>
      <w:r>
        <w:rPr>
          <w:rFonts w:ascii="Times New Roman" w:hAnsi="Times New Roman"/>
          <w:b w:val="0"/>
          <w:i w:val="0"/>
          <w:color w:val="000000"/>
          <w:sz w:val="32"/>
        </w:rPr>
        <w:t>REDMOND: you can’t see tears,</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Finally, both join together, center stage, for the concluding lines, their voices merging as they offer a comforting resolution</w:t>
      </w:r>
      <w:r>
        <w:rPr>
          <w:rFonts w:ascii="Times New Roman" w:hAnsi="Times New Roman"/>
          <w:b w:val="0"/>
          <w:i/>
          <w:color w:val="000000"/>
          <w:sz w:val="32"/>
        </w:rPr>
        <w:t>.)</w:t>
      </w:r>
    </w:p>
    <w:p>
      <w:pPr>
        <w:pStyle w:val="Song"/>
        <w:ind w:left="0" w:right="0" w:firstLine="0"/>
        <w:jc w:val="left"/>
      </w:pPr>
      <w:r>
        <w:rPr>
          <w:rFonts w:ascii="Times New Roman" w:hAnsi="Times New Roman"/>
          <w:b w:val="0"/>
          <w:i w:val="0"/>
          <w:color w:val="000000"/>
          <w:sz w:val="32"/>
        </w:rPr>
        <w:t>CHAPLIN</w:t>
      </w:r>
      <w:r>
        <w:rPr>
          <w:rFonts w:ascii="Times New Roman" w:hAnsi="Times New Roman"/>
          <w:b w:val="0"/>
          <w:i w:val="0"/>
          <w:color w:val="000000"/>
          <w:sz w:val="32"/>
        </w:rPr>
        <w:t xml:space="preserve">, </w:t>
      </w:r>
      <w:r>
        <w:rPr>
          <w:rFonts w:ascii="Times New Roman" w:hAnsi="Times New Roman"/>
          <w:b w:val="0"/>
          <w:i w:val="0"/>
          <w:color w:val="000000"/>
          <w:sz w:val="32"/>
        </w:rPr>
        <w:t>REDMOND</w:t>
      </w:r>
      <w:r>
        <w:rPr>
          <w:rFonts w:ascii="Times New Roman" w:hAnsi="Times New Roman"/>
          <w:b w:val="0"/>
          <w:i w:val="0"/>
          <w:color w:val="000000"/>
          <w:sz w:val="32"/>
        </w:rPr>
        <w:t>, PIAZZONI</w:t>
      </w:r>
      <w:r>
        <w:rPr>
          <w:rFonts w:ascii="Times New Roman" w:hAnsi="Times New Roman"/>
          <w:b w:val="0"/>
          <w:i w:val="0"/>
          <w:color w:val="000000"/>
          <w:sz w:val="32"/>
        </w:rPr>
        <w:t>: Let all your worries disappear.</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Lights dim slowly as they hold the final note, before the curtain falls.)</w:t>
      </w:r>
    </w:p>
    <w:p>
      <w:pPr>
        <w:pStyle w:val="Transition"/>
        <w:ind w:left="0" w:right="0" w:firstLine="0"/>
      </w:pPr>
      <w:r>
        <w:rPr>
          <w:color w:val="000000"/>
          <w:sz w:val="32"/>
        </w:rPr>
        <w:t>END ACT ONE</w:t>
      </w:r>
    </w:p>
    <w:p>
      <w:pPr>
        <w:pStyle w:val="ActHeading"/>
        <w:ind w:left="0" w:right="0" w:firstLine="0"/>
      </w:pPr>
      <w:r>
        <w:rPr>
          <w:color w:val="000000"/>
          <w:sz w:val="32"/>
        </w:rPr>
        <w:t>ACT TWO</w:t>
      </w:r>
    </w:p>
    <w:p>
      <w:pPr>
        <w:pStyle w:val="StageDirection"/>
        <w:spacing w:before="60" w:after="100"/>
        <w:ind w:left="0" w:right="0" w:firstLine="0"/>
        <w:jc w:val="left"/>
      </w:pPr>
      <w:r>
        <w:rPr>
          <w:rFonts w:ascii="Times New Roman" w:hAnsi="Times New Roman"/>
          <w:b w:val="0"/>
          <w:i/>
          <w:color w:val="000000"/>
          <w:sz w:val="32"/>
        </w:rPr>
        <w:t xml:space="preserve">Chaplin’s “The Gold Rush’’ playing on the screen. The scene: “The Dance of the Oceania Rolls.’’ With three young women looking on in a cabin in </w:t>
      </w:r>
      <w:r>
        <w:rPr>
          <w:rFonts w:ascii="Times New Roman" w:hAnsi="Times New Roman"/>
          <w:b w:val="0"/>
          <w:i/>
          <w:color w:val="000000"/>
          <w:sz w:val="32"/>
        </w:rPr>
        <w:t>Alaska, Chaplin’s</w:t>
      </w:r>
      <w:r>
        <w:rPr>
          <w:rFonts w:ascii="Times New Roman" w:hAnsi="Times New Roman"/>
          <w:b w:val="0"/>
          <w:i/>
          <w:color w:val="000000"/>
          <w:sz w:val="32"/>
        </w:rPr>
        <w:t xml:space="preserve"> Tramp creates a little dance with </w:t>
      </w:r>
      <w:r>
        <w:rPr>
          <w:rFonts w:ascii="Times New Roman" w:hAnsi="Times New Roman"/>
          <w:b w:val="0"/>
          <w:i/>
          <w:color w:val="000000"/>
          <w:sz w:val="32"/>
        </w:rPr>
        <w:t>dinner rolls</w:t>
      </w:r>
      <w:r>
        <w:rPr>
          <w:rFonts w:ascii="Times New Roman" w:hAnsi="Times New Roman"/>
          <w:b w:val="0"/>
          <w:i/>
          <w:color w:val="000000"/>
          <w:sz w:val="32"/>
        </w:rPr>
        <w:t xml:space="preserve"> on the ends of forks, basically a reprise </w:t>
      </w:r>
      <w:r>
        <w:rPr>
          <w:rFonts w:ascii="Times New Roman" w:hAnsi="Times New Roman"/>
          <w:b w:val="0"/>
          <w:i/>
          <w:color w:val="000000"/>
          <w:sz w:val="32"/>
        </w:rPr>
        <w:t>of Redmond’s</w:t>
      </w:r>
      <w:r>
        <w:rPr>
          <w:rFonts w:ascii="Times New Roman" w:hAnsi="Times New Roman"/>
          <w:b w:val="0"/>
          <w:i/>
          <w:color w:val="000000"/>
          <w:sz w:val="32"/>
        </w:rPr>
        <w:t xml:space="preserve"> dance with the brushes and </w:t>
      </w:r>
      <w:r>
        <w:rPr>
          <w:rFonts w:ascii="Times New Roman" w:hAnsi="Times New Roman"/>
          <w:b w:val="0"/>
          <w:i/>
          <w:color w:val="000000"/>
          <w:sz w:val="32"/>
        </w:rPr>
        <w:t>sponges.</w:t>
      </w:r>
      <w:r>
        <w:rPr>
          <w:rFonts w:ascii="Times New Roman" w:hAnsi="Times New Roman"/>
          <w:b w:val="0"/>
          <w:i/>
          <w:color w:val="000000"/>
          <w:sz w:val="32"/>
        </w:rPr>
        <w:t xml:space="preserve"> </w:t>
      </w:r>
      <w:r>
        <w:rPr>
          <w:rFonts w:ascii="Times New Roman" w:hAnsi="Times New Roman"/>
          <w:b w:val="0"/>
          <w:i/>
          <w:color w:val="000000"/>
          <w:sz w:val="32"/>
        </w:rPr>
        <w:t>The women laugh and applaud.</w:t>
      </w:r>
      <w:r>
        <w:rPr>
          <w:rStyle w:val="CommentReference"/>
          <w:rFonts w:ascii="Times New Roman" w:hAnsi="Times New Roman"/>
          <w:i/>
          <w:color w:val="000000"/>
          <w:sz w:val="32"/>
        </w:rPr>
      </w:r>
      <w:r>
        <w:rPr>
          <w:rStyle w:val="CommentReference"/>
          <w:rFonts w:ascii="Times New Roman" w:hAnsi="Times New Roman"/>
          <w:i/>
          <w:color w:val="000000"/>
          <w:sz w:val="32"/>
        </w:rPr>
      </w:r>
    </w:p>
    <w:p>
      <w:pPr>
        <w:pStyle w:val="StageDirection"/>
        <w:spacing w:before="60" w:after="100"/>
        <w:ind w:left="0" w:right="0" w:firstLine="0"/>
        <w:jc w:val="left"/>
      </w:pPr>
      <w:r>
        <w:rPr>
          <w:rFonts w:ascii="Times New Roman" w:hAnsi="Times New Roman"/>
          <w:b w:val="0"/>
          <w:i/>
          <w:color w:val="000000"/>
          <w:sz w:val="32"/>
        </w:rPr>
        <w:t xml:space="preserve">Image fades out to reveal Chaplin’s silhouette against the screen. He comes forward in </w:t>
      </w:r>
      <w:r>
        <w:rPr>
          <w:rFonts w:ascii="Times New Roman" w:hAnsi="Times New Roman"/>
          <w:b w:val="0"/>
          <w:i/>
          <w:color w:val="000000"/>
          <w:sz w:val="32"/>
        </w:rPr>
        <w:t>hat, twirling</w:t>
      </w:r>
      <w:r>
        <w:rPr>
          <w:rFonts w:ascii="Times New Roman" w:hAnsi="Times New Roman"/>
          <w:b w:val="0"/>
          <w:i/>
          <w:color w:val="000000"/>
          <w:sz w:val="32"/>
        </w:rPr>
        <w:t xml:space="preserve"> cane, jaunty. He’s aged a bit; his eyes darker, gray streaks in his hair.</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Gottardo, </w:t>
      </w:r>
      <w:r>
        <w:rPr>
          <w:rFonts w:ascii="Times New Roman" w:hAnsi="Times New Roman"/>
          <w:b w:val="0"/>
          <w:i w:val="0"/>
          <w:color w:val="000000"/>
          <w:sz w:val="32"/>
        </w:rPr>
        <w:t>w</w:t>
      </w:r>
      <w:r>
        <w:rPr>
          <w:rFonts w:ascii="Times New Roman" w:hAnsi="Times New Roman"/>
          <w:b w:val="0"/>
          <w:i w:val="0"/>
          <w:color w:val="000000"/>
          <w:sz w:val="32"/>
        </w:rPr>
        <w:t>as just looking at one of my old films</w:t>
      </w:r>
      <w:r>
        <w:rPr>
          <w:rFonts w:ascii="Times New Roman" w:hAnsi="Times New Roman"/>
          <w:b w:val="0"/>
          <w:i w:val="0"/>
          <w:color w:val="000000"/>
          <w:sz w:val="32"/>
        </w:rPr>
        <w:t>. R</w:t>
      </w:r>
      <w:r>
        <w:rPr>
          <w:rFonts w:ascii="Times New Roman" w:hAnsi="Times New Roman"/>
          <w:b w:val="0"/>
          <w:i w:val="0"/>
          <w:color w:val="000000"/>
          <w:sz w:val="32"/>
        </w:rPr>
        <w:t xml:space="preserve">emembered you and Granville gave me the idea for “Dance of the Oceana Rolls.”  You </w:t>
      </w:r>
      <w:r>
        <w:rPr>
          <w:rFonts w:ascii="Times New Roman" w:hAnsi="Times New Roman"/>
          <w:b w:val="0"/>
          <w:i w:val="0"/>
          <w:color w:val="000000"/>
          <w:sz w:val="32"/>
        </w:rPr>
        <w:t>said</w:t>
      </w:r>
      <w:r>
        <w:rPr>
          <w:rFonts w:ascii="Times New Roman" w:hAnsi="Times New Roman"/>
          <w:b w:val="0"/>
          <w:i w:val="0"/>
          <w:color w:val="000000"/>
          <w:sz w:val="32"/>
        </w:rPr>
        <w:t xml:space="preserve"> he performed it for your daughter</w:t>
      </w:r>
      <w:r>
        <w:rPr>
          <w:rFonts w:ascii="Times New Roman" w:hAnsi="Times New Roman"/>
          <w:b w:val="0"/>
          <w:i w:val="0"/>
          <w:color w:val="000000"/>
          <w:sz w:val="32"/>
        </w:rPr>
        <w:t xml:space="preserve"> Mirielle at the dinner table. People love it. I owe you both so much.</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By the way, </w:t>
      </w:r>
      <w:r>
        <w:rPr>
          <w:rFonts w:ascii="Times New Roman" w:hAnsi="Times New Roman"/>
          <w:b w:val="0"/>
          <w:i w:val="0"/>
          <w:color w:val="000000"/>
          <w:sz w:val="32"/>
        </w:rPr>
        <w:t>Granville</w:t>
      </w:r>
      <w:r>
        <w:rPr>
          <w:rFonts w:ascii="Times New Roman" w:hAnsi="Times New Roman"/>
          <w:b w:val="0"/>
          <w:i w:val="0"/>
          <w:color w:val="000000"/>
          <w:sz w:val="32"/>
        </w:rPr>
        <w:t xml:space="preserve">’s </w:t>
      </w:r>
      <w:r>
        <w:rPr>
          <w:rFonts w:ascii="Times New Roman" w:hAnsi="Times New Roman"/>
          <w:b w:val="0"/>
          <w:i w:val="0"/>
          <w:color w:val="000000"/>
          <w:sz w:val="32"/>
        </w:rPr>
        <w:t>gotten</w:t>
      </w:r>
      <w:r>
        <w:rPr>
          <w:rFonts w:ascii="Times New Roman" w:hAnsi="Times New Roman"/>
          <w:b w:val="0"/>
          <w:i w:val="0"/>
          <w:color w:val="000000"/>
          <w:sz w:val="32"/>
        </w:rPr>
        <w:t xml:space="preserve"> it into his head he’s a star. </w:t>
      </w:r>
      <w:r>
        <w:rPr>
          <w:rFonts w:ascii="Times New Roman" w:hAnsi="Times New Roman"/>
          <w:b w:val="0"/>
          <w:i w:val="0"/>
          <w:color w:val="000000"/>
          <w:sz w:val="32"/>
        </w:rPr>
        <w:t>Re</w:t>
      </w:r>
      <w:r>
        <w:rPr>
          <w:rFonts w:ascii="Times New Roman" w:hAnsi="Times New Roman"/>
          <w:b w:val="0"/>
          <w:i w:val="0"/>
          <w:color w:val="000000"/>
          <w:sz w:val="32"/>
        </w:rPr>
        <w:t>cently had his hair styled</w:t>
      </w:r>
      <w:r>
        <w:rPr>
          <w:rFonts w:ascii="Times New Roman" w:hAnsi="Times New Roman"/>
          <w:b w:val="0"/>
          <w:i w:val="0"/>
          <w:color w:val="000000"/>
          <w:sz w:val="32"/>
        </w:rPr>
        <w:t xml:space="preserve"> — </w:t>
      </w:r>
      <w:r>
        <w:rPr>
          <w:rFonts w:ascii="Times New Roman" w:hAnsi="Times New Roman"/>
          <w:b w:val="0"/>
          <w:i w:val="0"/>
          <w:color w:val="000000"/>
          <w:sz w:val="32"/>
        </w:rPr>
        <w:t xml:space="preserve">head looks like a pillow... </w:t>
      </w:r>
      <w:r>
        <w:rPr>
          <w:rFonts w:ascii="Times New Roman" w:hAnsi="Times New Roman"/>
          <w:b w:val="0"/>
          <w:i w:val="0"/>
          <w:color w:val="000000"/>
          <w:sz w:val="32"/>
        </w:rPr>
        <w:t>I</w:t>
      </w:r>
      <w:r>
        <w:rPr>
          <w:rFonts w:ascii="Times New Roman" w:hAnsi="Times New Roman"/>
          <w:b w:val="0"/>
          <w:i w:val="0"/>
          <w:color w:val="000000"/>
          <w:sz w:val="32"/>
        </w:rPr>
        <w:t xml:space="preserve">n another new talking movie. Imagine if he could talk... </w:t>
      </w:r>
    </w:p>
    <w:p>
      <w:pPr>
        <w:pStyle w:val="StageDirection"/>
        <w:spacing w:before="60" w:after="100"/>
        <w:ind w:left="0" w:right="0" w:firstLine="0"/>
        <w:jc w:val="left"/>
      </w:pPr>
      <w:r>
        <w:rPr>
          <w:rFonts w:ascii="Times New Roman" w:hAnsi="Times New Roman"/>
          <w:b w:val="0"/>
          <w:i/>
          <w:color w:val="000000"/>
          <w:sz w:val="32"/>
        </w:rPr>
        <w:t xml:space="preserve">(Spot on Redmond entering, wearing a topcoat; he keeps his right arm under his </w:t>
      </w:r>
      <w:r>
        <w:rPr>
          <w:rFonts w:ascii="Times New Roman" w:hAnsi="Times New Roman"/>
          <w:b w:val="0"/>
          <w:i/>
          <w:color w:val="000000"/>
          <w:sz w:val="32"/>
        </w:rPr>
        <w:t>coat. He</w:t>
      </w:r>
      <w:r>
        <w:rPr>
          <w:rFonts w:ascii="Times New Roman" w:hAnsi="Times New Roman"/>
          <w:b w:val="0"/>
          <w:i/>
          <w:color w:val="000000"/>
          <w:sz w:val="32"/>
        </w:rPr>
        <w:t xml:space="preserve"> moves slowly. He wears an ascot </w:t>
      </w:r>
      <w:r>
        <w:rPr>
          <w:rFonts w:ascii="Times New Roman" w:hAnsi="Times New Roman"/>
          <w:b w:val="0"/>
          <w:i/>
          <w:color w:val="000000"/>
          <w:sz w:val="32"/>
        </w:rPr>
        <w:t>and sunglasses</w:t>
      </w:r>
      <w:r>
        <w:rPr>
          <w:rFonts w:ascii="Times New Roman" w:hAnsi="Times New Roman"/>
          <w:b w:val="0"/>
          <w:i/>
          <w:color w:val="000000"/>
          <w:sz w:val="32"/>
        </w:rPr>
        <w:t>. His hair</w:t>
      </w:r>
      <w:r>
        <w:rPr>
          <w:rFonts w:ascii="Times New Roman" w:hAnsi="Times New Roman"/>
          <w:b w:val="0"/>
          <w:i/>
          <w:color w:val="000000"/>
          <w:sz w:val="32"/>
        </w:rPr>
        <w:t>’s</w:t>
      </w:r>
      <w:r>
        <w:rPr>
          <w:rFonts w:ascii="Times New Roman" w:hAnsi="Times New Roman"/>
          <w:b w:val="0"/>
          <w:i/>
          <w:color w:val="000000"/>
          <w:sz w:val="32"/>
        </w:rPr>
        <w:t xml:space="preserve"> totally gray, and</w:t>
      </w:r>
      <w:r>
        <w:rPr>
          <w:rFonts w:ascii="Times New Roman" w:hAnsi="Times New Roman"/>
          <w:b w:val="0"/>
          <w:i/>
          <w:color w:val="000000"/>
          <w:sz w:val="32"/>
        </w:rPr>
        <w:t xml:space="preserve"> </w:t>
      </w:r>
      <w:r>
        <w:rPr>
          <w:rFonts w:ascii="Times New Roman" w:hAnsi="Times New Roman"/>
          <w:b w:val="0"/>
          <w:i/>
          <w:color w:val="000000"/>
          <w:sz w:val="32"/>
        </w:rPr>
        <w:t>he’</w:t>
      </w:r>
      <w:r>
        <w:rPr>
          <w:rFonts w:ascii="Times New Roman" w:hAnsi="Times New Roman"/>
          <w:b w:val="0"/>
          <w:i/>
          <w:color w:val="000000"/>
          <w:sz w:val="32"/>
        </w:rPr>
        <w:t>s gained weight.)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(Continuing letter)</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But I’m </w:t>
      </w:r>
      <w:r>
        <w:rPr>
          <w:rFonts w:ascii="Times New Roman" w:hAnsi="Times New Roman"/>
          <w:b w:val="0"/>
          <w:i w:val="0"/>
          <w:color w:val="000000"/>
          <w:sz w:val="32"/>
        </w:rPr>
        <w:t>being petty</w:t>
      </w:r>
      <w:r>
        <w:rPr>
          <w:rFonts w:ascii="Times New Roman" w:hAnsi="Times New Roman"/>
          <w:b w:val="0"/>
          <w:i w:val="0"/>
          <w:color w:val="000000"/>
          <w:sz w:val="32"/>
        </w:rPr>
        <w:t xml:space="preserve"> — he </w:t>
      </w:r>
      <w:r>
        <w:rPr>
          <w:rFonts w:ascii="Times New Roman" w:hAnsi="Times New Roman"/>
          <w:b w:val="0"/>
          <w:i w:val="0"/>
          <w:color w:val="000000"/>
          <w:sz w:val="32"/>
        </w:rPr>
        <w:t xml:space="preserve">deserves every success... </w:t>
      </w:r>
    </w:p>
    <w:p>
      <w:pPr>
        <w:pStyle w:val="StageDirection"/>
        <w:spacing w:before="60" w:after="100"/>
        <w:ind w:left="0" w:right="0" w:firstLine="0"/>
        <w:jc w:val="left"/>
      </w:pPr>
      <w:r>
        <w:rPr>
          <w:rFonts w:ascii="Times New Roman" w:hAnsi="Times New Roman"/>
          <w:b w:val="0"/>
          <w:i/>
          <w:color w:val="000000"/>
          <w:sz w:val="32"/>
        </w:rPr>
        <w:t>(He turns. They see each other. Chaplin starts, pulls off his mustache, sticks it in his pocket.)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Well, who’s this — Barrymore? </w:t>
      </w:r>
      <w:r>
        <w:rPr>
          <w:rFonts w:ascii="Times New Roman" w:hAnsi="Times New Roman"/>
          <w:b w:val="0"/>
          <w:i/>
          <w:color w:val="000000"/>
          <w:sz w:val="32"/>
        </w:rPr>
        <w:t>Mae West</w:t>
      </w:r>
      <w:r>
        <w:rPr>
          <w:rFonts w:ascii="Times New Roman" w:hAnsi="Times New Roman"/>
          <w:b w:val="0"/>
          <w:i w:val="0"/>
          <w:color w:val="000000"/>
          <w:sz w:val="32"/>
        </w:rPr>
        <w:t>...</w:t>
      </w:r>
      <w:r>
        <w:rPr>
          <w:rFonts w:ascii="Times New Roman" w:hAnsi="Times New Roman"/>
          <w:b w:val="0"/>
          <w:i w:val="0"/>
          <w:color w:val="000000"/>
          <w:sz w:val="32"/>
        </w:rPr>
        <w:t>?</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(Redmond forces a smile, poses to fit the latter.)</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(Signing sexily with his free left arm)</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Monsieur</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(Not biting)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Dark glasses? Now people will think you’re blind, too.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w:t>
      </w:r>
      <w:r>
        <w:rPr>
          <w:rFonts w:ascii="Times New Roman" w:hAnsi="Times New Roman"/>
          <w:b w:val="0"/>
          <w:i w:val="0"/>
          <w:color w:val="000000"/>
          <w:sz w:val="32"/>
        </w:rPr>
        <w:t>ouldn’t want to embarrass you, Charlie</w:t>
      </w:r>
      <w:r>
        <w:rPr>
          <w:rFonts w:ascii="Times New Roman" w:hAnsi="Times New Roman"/>
          <w:b w:val="0"/>
          <w:i w:val="0"/>
          <w:color w:val="000000"/>
          <w:sz w:val="32"/>
        </w:rPr>
        <w:t xml:space="preserve"> </w:t>
      </w:r>
      <w:r>
        <w:rPr>
          <w:rFonts w:ascii="Times New Roman" w:hAnsi="Times New Roman"/>
          <w:b w:val="0"/>
          <w:i w:val="0"/>
          <w:color w:val="000000"/>
          <w:sz w:val="32"/>
        </w:rPr>
        <w:t>...</w:t>
      </w:r>
      <w:r>
        <w:rPr>
          <w:rFonts w:ascii="Times New Roman" w:hAnsi="Times New Roman"/>
          <w:b w:val="0"/>
          <w:i w:val="0"/>
          <w:color w:val="000000"/>
          <w:sz w:val="32"/>
        </w:rPr>
      </w:r>
    </w:p>
    <w:p>
      <w:pPr>
        <w:pStyle w:val="StageDirection"/>
        <w:spacing w:before="60" w:after="100"/>
        <w:ind w:left="0" w:right="0" w:firstLine="0"/>
        <w:jc w:val="left"/>
      </w:pPr>
      <w:r>
        <w:rPr>
          <w:rFonts w:ascii="Times New Roman" w:hAnsi="Times New Roman"/>
          <w:b w:val="0"/>
          <w:i/>
          <w:color w:val="000000"/>
          <w:sz w:val="32"/>
        </w:rPr>
        <w:t>(Removes sunglasses, drops them into pocket.)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(Pause — trying again, pleasantly)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How</w:t>
      </w:r>
      <w:r>
        <w:rPr>
          <w:rFonts w:ascii="Times New Roman" w:hAnsi="Times New Roman"/>
          <w:b w:val="0"/>
          <w:i w:val="0"/>
          <w:color w:val="000000"/>
          <w:sz w:val="32"/>
        </w:rPr>
        <w:t>’</w:t>
      </w:r>
      <w:r>
        <w:rPr>
          <w:rFonts w:ascii="Times New Roman" w:hAnsi="Times New Roman"/>
          <w:b w:val="0"/>
          <w:i w:val="0"/>
          <w:color w:val="000000"/>
          <w:sz w:val="32"/>
        </w:rPr>
        <w:t xml:space="preserve">d the shooting go?...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(With a gesture)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Fine</w:t>
      </w:r>
      <w:r>
        <w:rPr>
          <w:rFonts w:ascii="Times New Roman" w:hAnsi="Times New Roman"/>
          <w:b w:val="0"/>
          <w:i w:val="0"/>
          <w:color w:val="000000"/>
          <w:sz w:val="32"/>
        </w:rPr>
        <w:t xml:space="preserve"> — e</w:t>
      </w:r>
      <w:r>
        <w:rPr>
          <w:rFonts w:ascii="Times New Roman" w:hAnsi="Times New Roman"/>
          <w:b w:val="0"/>
          <w:i w:val="0"/>
          <w:color w:val="000000"/>
          <w:sz w:val="32"/>
        </w:rPr>
        <w:t>veryone says hello.</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My</w:t>
      </w:r>
      <w:r>
        <w:rPr>
          <w:rFonts w:ascii="Times New Roman" w:hAnsi="Times New Roman"/>
          <w:b w:val="0"/>
          <w:i w:val="0"/>
          <w:color w:val="000000"/>
          <w:sz w:val="32"/>
        </w:rPr>
        <w:t xml:space="preserve">, </w:t>
      </w:r>
      <w:r>
        <w:rPr>
          <w:rFonts w:ascii="Times New Roman" w:hAnsi="Times New Roman"/>
          <w:b w:val="0"/>
          <w:i/>
          <w:color w:val="000000"/>
          <w:sz w:val="32"/>
        </w:rPr>
        <w:t>everyone says hello</w:t>
      </w:r>
      <w:r>
        <w:rPr>
          <w:rFonts w:ascii="Times New Roman" w:hAnsi="Times New Roman"/>
          <w:b w:val="0"/>
          <w:i w:val="0"/>
          <w:color w:val="000000"/>
          <w:sz w:val="32"/>
        </w:rPr>
        <w:t xml:space="preserve">. </w:t>
      </w:r>
      <w:r>
        <w:rPr>
          <w:rFonts w:ascii="Times New Roman" w:hAnsi="Times New Roman"/>
          <w:b w:val="0"/>
          <w:i w:val="0"/>
          <w:color w:val="000000"/>
          <w:sz w:val="32"/>
        </w:rPr>
        <w:t xml:space="preserve">Granville, </w:t>
      </w:r>
      <w:r>
        <w:rPr>
          <w:rFonts w:ascii="Times New Roman" w:hAnsi="Times New Roman"/>
          <w:b w:val="0"/>
          <w:i w:val="0"/>
          <w:color w:val="000000"/>
          <w:sz w:val="32"/>
        </w:rPr>
        <w:t>I hope</w:t>
      </w:r>
      <w:r>
        <w:rPr>
          <w:rFonts w:ascii="Times New Roman" w:hAnsi="Times New Roman"/>
          <w:b w:val="0"/>
          <w:i w:val="0"/>
          <w:color w:val="000000"/>
          <w:sz w:val="32"/>
        </w:rPr>
        <w:t xml:space="preserve"> </w:t>
      </w:r>
      <w:r>
        <w:rPr>
          <w:rFonts w:ascii="Times New Roman" w:hAnsi="Times New Roman"/>
          <w:b w:val="0"/>
          <w:i w:val="0"/>
          <w:color w:val="000000"/>
          <w:sz w:val="32"/>
        </w:rPr>
        <w:t>you’re not neglecting your real gift</w:t>
      </w:r>
      <w:r>
        <w:rPr>
          <w:rFonts w:ascii="Times New Roman" w:hAnsi="Times New Roman"/>
          <w:b w:val="0"/>
          <w:i w:val="0"/>
          <w:color w:val="000000"/>
          <w:sz w:val="32"/>
        </w:rPr>
        <w:t xml:space="preserve"> </w:t>
      </w:r>
      <w:r>
        <w:rPr>
          <w:rFonts w:ascii="Times New Roman" w:hAnsi="Times New Roman"/>
          <w:b w:val="0"/>
          <w:i w:val="0"/>
          <w:color w:val="000000"/>
          <w:sz w:val="32"/>
        </w:rPr>
        <w:t>to hobnob with film types. None of us</w:t>
      </w:r>
      <w:r>
        <w:rPr>
          <w:rFonts w:ascii="Times New Roman" w:hAnsi="Times New Roman"/>
          <w:b w:val="0"/>
          <w:i w:val="0"/>
          <w:color w:val="000000"/>
          <w:sz w:val="32"/>
        </w:rPr>
        <w:t xml:space="preserve"> is</w:t>
      </w:r>
      <w:r>
        <w:rPr>
          <w:rFonts w:ascii="Times New Roman" w:hAnsi="Times New Roman"/>
          <w:b w:val="0"/>
          <w:i w:val="0"/>
          <w:color w:val="000000"/>
          <w:sz w:val="32"/>
        </w:rPr>
        <w:t xml:space="preserve"> given limitless time, you know.</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Meaning?</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Maybe you’ve noticed... </w:t>
      </w:r>
      <w:r>
        <w:rPr>
          <w:rFonts w:ascii="Times New Roman" w:hAnsi="Times New Roman"/>
          <w:b w:val="0"/>
          <w:i w:val="0"/>
          <w:color w:val="000000"/>
          <w:sz w:val="32"/>
        </w:rPr>
        <w:t>odd</w:t>
      </w:r>
      <w:r>
        <w:rPr>
          <w:rFonts w:ascii="Times New Roman" w:hAnsi="Times New Roman"/>
          <w:b w:val="0"/>
          <w:i w:val="0"/>
          <w:color w:val="000000"/>
          <w:sz w:val="32"/>
        </w:rPr>
        <w:t xml:space="preserve"> </w:t>
      </w:r>
      <w:r>
        <w:rPr>
          <w:rFonts w:ascii="Times New Roman" w:hAnsi="Times New Roman"/>
          <w:b w:val="0"/>
          <w:i w:val="0"/>
          <w:color w:val="000000"/>
          <w:sz w:val="32"/>
        </w:rPr>
        <w:t xml:space="preserve">behavior </w:t>
      </w:r>
      <w:r>
        <w:rPr>
          <w:rFonts w:ascii="Times New Roman" w:hAnsi="Times New Roman"/>
          <w:b w:val="0"/>
          <w:i w:val="0"/>
          <w:color w:val="000000"/>
          <w:sz w:val="32"/>
        </w:rPr>
        <w:t xml:space="preserve">going </w:t>
      </w:r>
      <w:r>
        <w:rPr>
          <w:rFonts w:ascii="Times New Roman" w:hAnsi="Times New Roman"/>
          <w:b w:val="0"/>
          <w:i w:val="0"/>
          <w:color w:val="000000"/>
          <w:sz w:val="32"/>
        </w:rPr>
        <w:t xml:space="preserve">on </w:t>
      </w:r>
      <w:r>
        <w:rPr>
          <w:rFonts w:ascii="Times New Roman" w:hAnsi="Times New Roman"/>
          <w:b w:val="0"/>
          <w:i w:val="0"/>
          <w:color w:val="000000"/>
          <w:sz w:val="32"/>
        </w:rPr>
        <w:t xml:space="preserve">in </w:t>
      </w:r>
      <w:r>
        <w:rPr>
          <w:rFonts w:ascii="Times New Roman" w:hAnsi="Times New Roman"/>
          <w:b w:val="0"/>
          <w:i w:val="0"/>
          <w:color w:val="000000"/>
          <w:sz w:val="32"/>
        </w:rPr>
        <w:t>this town</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r>
        <w:rPr>
          <w:rFonts w:ascii="Times New Roman" w:hAnsi="Times New Roman"/>
          <w:b w:val="0"/>
          <w:i w:val="0"/>
          <w:color w:val="000000"/>
          <w:sz w:val="32"/>
        </w:rPr>
        <w:t>great</w:t>
      </w:r>
      <w:r>
        <w:rPr>
          <w:rFonts w:ascii="Times New Roman" w:hAnsi="Times New Roman"/>
          <w:b w:val="0"/>
          <w:i w:val="0"/>
          <w:color w:val="000000"/>
          <w:sz w:val="32"/>
        </w:rPr>
        <w:t xml:space="preserve"> novelists </w:t>
      </w:r>
      <w:r>
        <w:rPr>
          <w:rFonts w:ascii="Times New Roman" w:hAnsi="Times New Roman"/>
          <w:b w:val="0"/>
          <w:i w:val="0"/>
          <w:color w:val="000000"/>
          <w:sz w:val="32"/>
        </w:rPr>
        <w:t>turn into</w:t>
      </w:r>
      <w:r>
        <w:rPr>
          <w:rFonts w:ascii="Times New Roman" w:hAnsi="Times New Roman"/>
          <w:b w:val="0"/>
          <w:i w:val="0"/>
          <w:color w:val="000000"/>
          <w:sz w:val="32"/>
        </w:rPr>
        <w:t xml:space="preserve"> </w:t>
      </w:r>
      <w:r>
        <w:rPr>
          <w:rFonts w:ascii="Times New Roman" w:hAnsi="Times New Roman"/>
          <w:b w:val="0"/>
          <w:i w:val="0"/>
          <w:color w:val="000000"/>
          <w:sz w:val="32"/>
        </w:rPr>
        <w:t>mediocre</w:t>
      </w:r>
      <w:r>
        <w:rPr>
          <w:rFonts w:ascii="Times New Roman" w:hAnsi="Times New Roman"/>
          <w:b w:val="0"/>
          <w:i w:val="0"/>
          <w:color w:val="000000"/>
          <w:sz w:val="32"/>
        </w:rPr>
        <w:t xml:space="preserve"> screenwriters, talented actors sing badly</w:t>
      </w:r>
      <w:r>
        <w:rPr>
          <w:rFonts w:ascii="Times New Roman" w:hAnsi="Times New Roman"/>
          <w:b w:val="0"/>
          <w:i w:val="0"/>
          <w:color w:val="000000"/>
          <w:sz w:val="32"/>
        </w:rPr>
        <w:t xml:space="preserve"> </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 </w:t>
      </w:r>
      <w:r>
        <w:rPr>
          <w:rFonts w:ascii="Times New Roman" w:hAnsi="Times New Roman"/>
          <w:b w:val="0"/>
          <w:i w:val="0"/>
          <w:color w:val="000000"/>
          <w:sz w:val="32"/>
        </w:rPr>
        <w:t xml:space="preserve">and </w:t>
      </w:r>
      <w:r>
        <w:rPr>
          <w:rFonts w:ascii="Times New Roman" w:hAnsi="Times New Roman"/>
          <w:b w:val="0"/>
          <w:i w:val="0"/>
          <w:color w:val="000000"/>
          <w:sz w:val="32"/>
        </w:rPr>
        <w:t xml:space="preserve">word’s out </w:t>
      </w:r>
      <w:r>
        <w:rPr>
          <w:rFonts w:ascii="Times New Roman" w:hAnsi="Times New Roman"/>
          <w:b w:val="0"/>
          <w:i w:val="0"/>
          <w:color w:val="000000"/>
          <w:sz w:val="32"/>
        </w:rPr>
        <w:t xml:space="preserve">there’s </w:t>
      </w:r>
      <w:r>
        <w:rPr>
          <w:rFonts w:ascii="Times New Roman" w:hAnsi="Times New Roman"/>
          <w:b w:val="0"/>
          <w:i w:val="0"/>
          <w:color w:val="000000"/>
          <w:sz w:val="32"/>
        </w:rPr>
        <w:t xml:space="preserve">a </w:t>
      </w:r>
      <w:r>
        <w:rPr>
          <w:rFonts w:ascii="Times New Roman" w:hAnsi="Times New Roman"/>
          <w:b w:val="0"/>
          <w:i w:val="0"/>
          <w:color w:val="000000"/>
          <w:sz w:val="32"/>
        </w:rPr>
        <w:t>gifted</w:t>
      </w:r>
      <w:r>
        <w:rPr>
          <w:rFonts w:ascii="Times New Roman" w:hAnsi="Times New Roman"/>
          <w:b w:val="0"/>
          <w:i w:val="0"/>
          <w:color w:val="000000"/>
          <w:sz w:val="32"/>
        </w:rPr>
        <w:t xml:space="preserve"> artist w</w:t>
      </w:r>
      <w:r>
        <w:rPr>
          <w:rFonts w:ascii="Times New Roman" w:hAnsi="Times New Roman"/>
          <w:b w:val="0"/>
          <w:i w:val="0"/>
          <w:color w:val="000000"/>
          <w:sz w:val="32"/>
        </w:rPr>
        <w:t>ho’d</w:t>
      </w:r>
      <w:r>
        <w:rPr>
          <w:rFonts w:ascii="Times New Roman" w:hAnsi="Times New Roman"/>
          <w:b w:val="0"/>
          <w:i w:val="0"/>
          <w:color w:val="000000"/>
          <w:sz w:val="32"/>
        </w:rPr>
        <w:t xml:space="preserve"> rather be a</w:t>
      </w:r>
      <w:r>
        <w:rPr>
          <w:rFonts w:ascii="Times New Roman" w:hAnsi="Times New Roman"/>
          <w:b w:val="0"/>
          <w:i w:val="0"/>
          <w:color w:val="000000"/>
          <w:sz w:val="32"/>
        </w:rPr>
        <w:t xml:space="preserve"> struggling</w:t>
      </w:r>
      <w:r>
        <w:rPr>
          <w:rFonts w:ascii="Times New Roman" w:hAnsi="Times New Roman"/>
          <w:b w:val="0"/>
          <w:i w:val="0"/>
          <w:color w:val="000000"/>
          <w:sz w:val="32"/>
        </w:rPr>
        <w:t xml:space="preserve"> actor. </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b w:val="0"/>
          <w:i w:val="0"/>
          <w:color w:val="000000"/>
          <w:sz w:val="32"/>
        </w:rPr>
        <w:t xml:space="preserve"> What’s that? Your signing’s gotten sloppy, Charlie.</w:t>
      </w:r>
      <w:r>
        <w:rPr>
          <w:rStyle w:val="CommentReference"/>
          <w:color w:val="000000"/>
          <w:sz w:val="32"/>
        </w:rPr>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(Signing emphatically, with some anger)</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Oh, this is </w:t>
      </w:r>
      <w:r>
        <w:rPr>
          <w:rFonts w:ascii="Times New Roman" w:hAnsi="Times New Roman"/>
          <w:b w:val="0"/>
          <w:i w:val="0"/>
          <w:color w:val="000000"/>
          <w:sz w:val="32"/>
        </w:rPr>
        <w:t>l</w:t>
      </w:r>
      <w:r>
        <w:rPr>
          <w:rFonts w:ascii="Times New Roman" w:hAnsi="Times New Roman"/>
          <w:b w:val="0"/>
          <w:i w:val="0"/>
          <w:color w:val="000000"/>
          <w:sz w:val="32"/>
        </w:rPr>
        <w:t>ow of you, Granville. Did you pick it up from the talking-film people?</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The talking-film people say if you weren’t so stubborn you’d make films</w:t>
      </w:r>
      <w:r>
        <w:rPr>
          <w:rFonts w:ascii="Times New Roman" w:hAnsi="Times New Roman"/>
          <w:b w:val="0"/>
          <w:i w:val="0"/>
          <w:color w:val="000000"/>
          <w:sz w:val="32"/>
        </w:rPr>
        <w:t xml:space="preserve"> that talk</w:t>
      </w:r>
      <w:r>
        <w:rPr>
          <w:rFonts w:ascii="Times New Roman" w:hAnsi="Times New Roman"/>
          <w:b w:val="0"/>
          <w:i w:val="0"/>
          <w:color w:val="000000"/>
          <w:sz w:val="32"/>
        </w:rPr>
        <w:t xml:space="preserve">. </w:t>
      </w:r>
      <w:r>
        <w:rPr>
          <w:rFonts w:ascii="Times New Roman" w:hAnsi="Times New Roman"/>
          <w:b w:val="0"/>
          <w:i w:val="0"/>
          <w:color w:val="000000"/>
          <w:sz w:val="32"/>
        </w:rPr>
        <w:t>Some</w:t>
      </w:r>
      <w:r>
        <w:rPr>
          <w:rFonts w:ascii="Times New Roman" w:hAnsi="Times New Roman"/>
          <w:b w:val="0"/>
          <w:i w:val="0"/>
          <w:color w:val="000000"/>
          <w:sz w:val="32"/>
        </w:rPr>
        <w:t xml:space="preserve"> call you “The man who would not talk.’’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w:t>
      </w:r>
      <w:r>
        <w:rPr>
          <w:rFonts w:ascii="Times New Roman" w:hAnsi="Times New Roman"/>
          <w:b w:val="0"/>
          <w:i w:val="0"/>
          <w:color w:val="000000"/>
          <w:sz w:val="32"/>
        </w:rPr>
        <w:t>y friends who</w:t>
      </w:r>
      <w:r>
        <w:rPr>
          <w:rFonts w:ascii="Times New Roman" w:hAnsi="Times New Roman"/>
          <w:b w:val="0"/>
          <w:i w:val="0"/>
          <w:color w:val="000000"/>
          <w:sz w:val="32"/>
        </w:rPr>
        <w:t>’</w:t>
      </w:r>
      <w:r>
        <w:rPr>
          <w:rFonts w:ascii="Times New Roman" w:hAnsi="Times New Roman"/>
          <w:b w:val="0"/>
          <w:i w:val="0"/>
          <w:color w:val="000000"/>
          <w:sz w:val="32"/>
        </w:rPr>
        <w:t>ve experienced your obstinacy call you “The man who would not hear</w:t>
      </w:r>
      <w:r>
        <w:rPr>
          <w:rFonts w:ascii="Times New Roman" w:hAnsi="Times New Roman"/>
          <w:b w:val="0"/>
          <w:i w:val="0"/>
          <w:color w:val="000000"/>
          <w:sz w:val="32"/>
        </w:rPr>
        <w:t xml:space="preserve"> — </w:t>
      </w:r>
      <w:r>
        <w:rPr>
          <w:rFonts w:ascii="Times New Roman" w:hAnsi="Times New Roman"/>
          <w:b w:val="0"/>
          <w:i/>
          <w:color w:val="000000"/>
          <w:sz w:val="32"/>
        </w:rPr>
        <w:t>in every way possible</w:t>
      </w:r>
      <w:r>
        <w:rPr>
          <w:rFonts w:ascii="Times New Roman" w:hAnsi="Times New Roman"/>
          <w:b w:val="0"/>
          <w:i/>
          <w:color w:val="000000"/>
          <w:sz w:val="32"/>
        </w:rPr>
        <w:t>!</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I’m afraid y</w:t>
      </w:r>
      <w:r>
        <w:rPr>
          <w:rFonts w:ascii="Times New Roman" w:hAnsi="Times New Roman"/>
          <w:b w:val="0"/>
          <w:i w:val="0"/>
          <w:color w:val="000000"/>
          <w:sz w:val="32"/>
        </w:rPr>
        <w:t>o</w:t>
      </w:r>
      <w:r>
        <w:rPr>
          <w:rFonts w:ascii="Times New Roman" w:hAnsi="Times New Roman"/>
          <w:b w:val="0"/>
          <w:i w:val="0"/>
          <w:color w:val="000000"/>
          <w:sz w:val="32"/>
        </w:rPr>
        <w:t>u’ve lived too long in this silent make-believe world of yours.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w:t>
      </w:r>
      <w:r>
        <w:rPr>
          <w:rFonts w:ascii="Times New Roman" w:hAnsi="Times New Roman"/>
          <w:b w:val="0"/>
          <w:i w:val="0"/>
          <w:color w:val="000000"/>
          <w:sz w:val="32"/>
        </w:rPr>
        <w:t>hat about you?</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Mine’s </w:t>
      </w:r>
      <w:r>
        <w:rPr>
          <w:rFonts w:ascii="Times New Roman" w:hAnsi="Times New Roman"/>
          <w:b w:val="0"/>
          <w:i/>
          <w:color w:val="000000"/>
          <w:sz w:val="32"/>
        </w:rPr>
        <w:t>real</w:t>
      </w:r>
      <w:r>
        <w:rPr>
          <w:rFonts w:ascii="Times New Roman" w:hAnsi="Times New Roman"/>
          <w:b w:val="0"/>
          <w:i w:val="0"/>
          <w:color w:val="000000"/>
          <w:sz w:val="32"/>
        </w:rPr>
        <w:t xml:space="preserve">. </w:t>
      </w:r>
      <w:r>
        <w:rPr>
          <w:rFonts w:ascii="Times New Roman" w:hAnsi="Times New Roman"/>
          <w:b w:val="0"/>
          <w:i w:val="0"/>
          <w:color w:val="000000"/>
          <w:sz w:val="32"/>
        </w:rPr>
        <w:t>Besides, y</w:t>
      </w:r>
      <w:r>
        <w:rPr>
          <w:rFonts w:ascii="Times New Roman" w:hAnsi="Times New Roman"/>
          <w:b w:val="0"/>
          <w:i w:val="0"/>
          <w:color w:val="000000"/>
          <w:sz w:val="32"/>
        </w:rPr>
        <w:t>ou</w:t>
      </w:r>
      <w:r>
        <w:rPr>
          <w:rFonts w:ascii="Times New Roman" w:hAnsi="Times New Roman"/>
          <w:b w:val="0"/>
          <w:i w:val="0"/>
          <w:color w:val="000000"/>
          <w:sz w:val="32"/>
        </w:rPr>
        <w:t xml:space="preserve"> should</w:t>
      </w:r>
      <w:r>
        <w:rPr>
          <w:rFonts w:ascii="Times New Roman" w:hAnsi="Times New Roman"/>
          <w:b w:val="0"/>
          <w:i w:val="0"/>
          <w:color w:val="000000"/>
          <w:sz w:val="32"/>
        </w:rPr>
        <w:t>n’t</w:t>
      </w:r>
      <w:r>
        <w:rPr>
          <w:rFonts w:ascii="Times New Roman" w:hAnsi="Times New Roman"/>
          <w:b w:val="0"/>
          <w:i w:val="0"/>
          <w:color w:val="000000"/>
          <w:sz w:val="32"/>
        </w:rPr>
        <w:t xml:space="preserve"> want me to shrink from </w:t>
      </w:r>
      <w:r>
        <w:rPr>
          <w:rFonts w:ascii="Times New Roman" w:hAnsi="Times New Roman"/>
          <w:b w:val="0"/>
          <w:i w:val="0"/>
          <w:color w:val="000000"/>
          <w:sz w:val="32"/>
        </w:rPr>
        <w:t>the world</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It’s </w:t>
      </w:r>
      <w:r>
        <w:rPr>
          <w:rFonts w:ascii="Times New Roman" w:hAnsi="Times New Roman"/>
          <w:b w:val="0"/>
          <w:i/>
          <w:color w:val="000000"/>
          <w:sz w:val="32"/>
        </w:rPr>
        <w:t>you</w:t>
      </w:r>
      <w:r>
        <w:rPr>
          <w:rFonts w:ascii="Times New Roman" w:hAnsi="Times New Roman"/>
          <w:b w:val="0"/>
          <w:i w:val="0"/>
          <w:color w:val="000000"/>
          <w:sz w:val="32"/>
        </w:rPr>
        <w:t xml:space="preserve"> who shrinks from the world — while you hobnob with bad actors, </w:t>
      </w:r>
      <w:r>
        <w:rPr>
          <w:rFonts w:ascii="Times New Roman" w:hAnsi="Times New Roman"/>
          <w:b w:val="0"/>
          <w:i w:val="0"/>
          <w:color w:val="000000"/>
          <w:sz w:val="32"/>
        </w:rPr>
        <w:t xml:space="preserve">our </w:t>
      </w:r>
      <w:r>
        <w:rPr>
          <w:rFonts w:ascii="Times New Roman" w:hAnsi="Times New Roman"/>
          <w:b w:val="0"/>
          <w:i w:val="0"/>
          <w:color w:val="000000"/>
          <w:sz w:val="32"/>
        </w:rPr>
        <w:t xml:space="preserve">world </w:t>
      </w:r>
      <w:r>
        <w:rPr>
          <w:rFonts w:ascii="Times New Roman" w:hAnsi="Times New Roman"/>
          <w:b w:val="0"/>
          <w:i w:val="0"/>
          <w:color w:val="000000"/>
          <w:sz w:val="32"/>
        </w:rPr>
        <w:t>approaches doom</w:t>
      </w:r>
      <w:r>
        <w:rPr>
          <w:rFonts w:ascii="Times New Roman" w:hAnsi="Times New Roman"/>
          <w:b w:val="0"/>
          <w:i w:val="0"/>
          <w:color w:val="000000"/>
          <w:sz w:val="32"/>
        </w:rPr>
        <w:t>, or haven’t you noticed?</w:t>
      </w:r>
      <w:r>
        <w:rPr>
          <w:rFonts w:ascii="Times New Roman" w:hAnsi="Times New Roman"/>
          <w:b w:val="0"/>
          <w:i/>
          <w:color w:val="000000"/>
          <w:sz w:val="32"/>
        </w:rPr>
        <w:t xml:space="preserve"> </w:t>
      </w:r>
      <w:r>
        <w:rPr>
          <w:rFonts w:ascii="Times New Roman" w:hAnsi="Times New Roman"/>
          <w:b w:val="0"/>
          <w:i/>
          <w:color w:val="000000"/>
          <w:sz w:val="32"/>
        </w:rPr>
        <w:t>(Upset.)</w:t>
      </w:r>
      <w:r>
        <w:rPr>
          <w:rFonts w:ascii="Times New Roman" w:hAnsi="Times New Roman"/>
          <w:b w:val="0"/>
          <w:i/>
          <w:color w:val="000000"/>
          <w:sz w:val="32"/>
        </w:rPr>
        <w:t xml:space="preserve"> </w:t>
      </w:r>
      <w:r>
        <w:rPr>
          <w:rFonts w:ascii="Times New Roman" w:hAnsi="Times New Roman"/>
          <w:b w:val="0"/>
          <w:i w:val="0"/>
          <w:color w:val="000000"/>
          <w:sz w:val="32"/>
        </w:rPr>
        <w:t>You</w:t>
      </w:r>
      <w:r>
        <w:rPr>
          <w:rFonts w:ascii="Times New Roman" w:hAnsi="Times New Roman"/>
          <w:b w:val="0"/>
          <w:i w:val="0"/>
          <w:color w:val="000000"/>
          <w:sz w:val="32"/>
        </w:rPr>
        <w:t xml:space="preserve"> say my signing </w:t>
      </w:r>
      <w:r>
        <w:rPr>
          <w:rFonts w:ascii="Times New Roman" w:hAnsi="Times New Roman"/>
          <w:b w:val="0"/>
          <w:i w:val="0"/>
          <w:color w:val="000000"/>
          <w:sz w:val="32"/>
        </w:rPr>
        <w:t>needs wo</w:t>
      </w:r>
      <w:r>
        <w:rPr>
          <w:rFonts w:ascii="Times New Roman" w:hAnsi="Times New Roman"/>
          <w:b w:val="0"/>
          <w:i w:val="0"/>
          <w:color w:val="000000"/>
          <w:sz w:val="32"/>
        </w:rPr>
        <w:t>r</w:t>
      </w:r>
      <w:r>
        <w:rPr>
          <w:rFonts w:ascii="Times New Roman" w:hAnsi="Times New Roman"/>
          <w:b w:val="0"/>
          <w:i w:val="0"/>
          <w:color w:val="000000"/>
          <w:sz w:val="32"/>
        </w:rPr>
        <w:t>k</w:t>
      </w:r>
      <w:r>
        <w:rPr>
          <w:rFonts w:ascii="Times New Roman" w:hAnsi="Times New Roman"/>
          <w:b w:val="0"/>
          <w:i w:val="0"/>
          <w:color w:val="000000"/>
          <w:sz w:val="32"/>
        </w:rPr>
        <w:t xml:space="preserve"> — </w:t>
      </w:r>
      <w:r>
        <w:rPr>
          <w:rFonts w:ascii="Times New Roman" w:hAnsi="Times New Roman"/>
          <w:b w:val="0"/>
          <w:i w:val="0"/>
          <w:color w:val="000000"/>
          <w:sz w:val="32"/>
        </w:rPr>
        <w:t xml:space="preserve">tell me, </w:t>
      </w:r>
      <w:r>
        <w:rPr>
          <w:rFonts w:ascii="Times New Roman" w:hAnsi="Times New Roman"/>
          <w:b w:val="0"/>
          <w:i w:val="0"/>
          <w:color w:val="000000"/>
          <w:sz w:val="32"/>
        </w:rPr>
        <w:t>does American Sign Language have a meaning for this</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color w:val="000000"/>
          <w:sz w:val="32"/>
        </w:rPr>
        <w:t>(</w:t>
      </w:r>
      <w:r>
        <w:rPr>
          <w:rFonts w:ascii="Times New Roman" w:hAnsi="Times New Roman"/>
          <w:b w:val="0"/>
          <w:i/>
          <w:color w:val="000000"/>
          <w:sz w:val="32"/>
        </w:rPr>
        <w:t>S</w:t>
      </w:r>
      <w:r>
        <w:rPr>
          <w:rFonts w:ascii="Times New Roman" w:hAnsi="Times New Roman"/>
          <w:b w:val="0"/>
          <w:i/>
          <w:color w:val="000000"/>
          <w:sz w:val="32"/>
        </w:rPr>
        <w:t>hooting his right arm out.)</w:t>
      </w:r>
      <w:r>
        <w:rPr>
          <w:rFonts w:ascii="Times New Roman" w:hAnsi="Times New Roman"/>
          <w:b w:val="0"/>
          <w:i/>
          <w:color w:val="000000"/>
          <w:sz w:val="32"/>
        </w:rPr>
        <w:t xml:space="preserve"> </w:t>
      </w:r>
      <w:r>
        <w:rPr>
          <w:rFonts w:ascii="Times New Roman" w:hAnsi="Times New Roman"/>
          <w:b w:val="0"/>
          <w:i/>
          <w:color w:val="000000"/>
          <w:sz w:val="32"/>
        </w:rPr>
        <w:t>Heil!</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(Startled)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 xml:space="preserve">That’s </w:t>
      </w:r>
      <w:r>
        <w:rPr>
          <w:rFonts w:ascii="Times New Roman" w:hAnsi="Times New Roman"/>
          <w:b w:val="0"/>
          <w:i/>
          <w:color w:val="000000"/>
          <w:sz w:val="32"/>
        </w:rPr>
        <w:t>no</w:t>
      </w:r>
      <w:r>
        <w:rPr>
          <w:rFonts w:ascii="Times New Roman" w:hAnsi="Times New Roman"/>
          <w:b w:val="0"/>
          <w:i/>
          <w:color w:val="000000"/>
          <w:sz w:val="32"/>
        </w:rPr>
        <w:t xml:space="preserve"> sign</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w:t>
      </w:r>
      <w:r>
        <w:rPr>
          <w:rFonts w:ascii="Times New Roman" w:hAnsi="Times New Roman"/>
          <w:b w:val="0"/>
          <w:i w:val="0"/>
          <w:color w:val="000000"/>
          <w:sz w:val="32"/>
        </w:rPr>
        <w:t xml:space="preserve"> salute Germans use to honor a politician </w:t>
      </w:r>
      <w:r>
        <w:rPr>
          <w:rFonts w:ascii="Times New Roman" w:hAnsi="Times New Roman"/>
          <w:b w:val="0"/>
          <w:i w:val="0"/>
          <w:color w:val="000000"/>
          <w:sz w:val="32"/>
        </w:rPr>
        <w:t>named</w:t>
      </w:r>
      <w:r>
        <w:rPr>
          <w:rFonts w:ascii="Times New Roman" w:hAnsi="Times New Roman"/>
          <w:b w:val="0"/>
          <w:i w:val="0"/>
          <w:color w:val="000000"/>
          <w:sz w:val="32"/>
        </w:rPr>
        <w:t xml:space="preserve"> Adolf! It’s called... it’s spelled like this —</w:t>
      </w:r>
    </w:p>
    <w:p>
      <w:pPr>
        <w:pStyle w:val="StageDirection"/>
        <w:spacing w:before="60" w:after="100"/>
        <w:ind w:left="0" w:right="0" w:firstLine="0"/>
        <w:jc w:val="left"/>
      </w:pPr>
      <w:r>
        <w:rPr>
          <w:rFonts w:ascii="Times New Roman" w:hAnsi="Times New Roman"/>
          <w:b w:val="0"/>
          <w:i/>
          <w:color w:val="000000"/>
          <w:sz w:val="32"/>
        </w:rPr>
        <w:t>(Chaplin sign spells.)</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H - </w:t>
      </w:r>
      <w:r>
        <w:rPr>
          <w:rFonts w:ascii="Times New Roman" w:hAnsi="Times New Roman"/>
          <w:b w:val="0"/>
          <w:i w:val="0"/>
          <w:color w:val="000000"/>
          <w:sz w:val="32"/>
        </w:rPr>
        <w:t>e</w:t>
      </w:r>
      <w:r>
        <w:rPr>
          <w:rFonts w:ascii="Times New Roman" w:hAnsi="Times New Roman"/>
          <w:b w:val="0"/>
          <w:i w:val="0"/>
          <w:color w:val="000000"/>
          <w:sz w:val="32"/>
        </w:rPr>
        <w:t xml:space="preserve"> -... They yell “Hell’’?</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Now who’s being sloppy? </w:t>
      </w:r>
      <w:r>
        <w:rPr>
          <w:rFonts w:ascii="Times New Roman" w:hAnsi="Times New Roman"/>
          <w:b w:val="0"/>
          <w:i/>
          <w:color w:val="000000"/>
          <w:sz w:val="32"/>
        </w:rPr>
        <w:t xml:space="preserve">(Sign </w:t>
      </w:r>
      <w:r>
        <w:rPr>
          <w:rFonts w:ascii="Times New Roman" w:hAnsi="Times New Roman"/>
          <w:b w:val="0"/>
          <w:i/>
          <w:color w:val="000000"/>
          <w:sz w:val="32"/>
        </w:rPr>
        <w:t>spelling</w:t>
      </w:r>
      <w:r>
        <w:rPr>
          <w:rFonts w:ascii="Times New Roman" w:hAnsi="Times New Roman"/>
          <w:b w:val="0"/>
          <w:i/>
          <w:color w:val="000000"/>
          <w:sz w:val="32"/>
        </w:rPr>
        <w:t xml:space="preserve"> slower, more emphatically.)</w:t>
      </w:r>
      <w:r>
        <w:rPr>
          <w:rFonts w:ascii="Times New Roman" w:hAnsi="Times New Roman"/>
          <w:b w:val="0"/>
          <w:i/>
          <w:color w:val="000000"/>
          <w:sz w:val="32"/>
        </w:rPr>
        <w:t xml:space="preserve"> </w:t>
      </w:r>
      <w:r>
        <w:rPr>
          <w:rFonts w:ascii="Times New Roman" w:hAnsi="Times New Roman"/>
          <w:b w:val="0"/>
          <w:i w:val="0"/>
          <w:color w:val="000000"/>
          <w:sz w:val="32"/>
        </w:rPr>
        <w:t xml:space="preserve">H - e - i — </w:t>
      </w:r>
      <w:r>
        <w:rPr>
          <w:rFonts w:ascii="Times New Roman" w:hAnsi="Times New Roman"/>
          <w:b w:val="0"/>
          <w:i/>
          <w:color w:val="000000"/>
          <w:sz w:val="32"/>
        </w:rPr>
        <w:t>eye</w:t>
      </w:r>
      <w:r>
        <w:rPr>
          <w:rFonts w:ascii="Times New Roman" w:hAnsi="Times New Roman"/>
          <w:b w:val="0"/>
          <w:i w:val="0"/>
          <w:color w:val="000000"/>
          <w:sz w:val="32"/>
        </w:rPr>
        <w:t xml:space="preserve">— as in — </w:t>
      </w:r>
      <w:r>
        <w:rPr>
          <w:rFonts w:ascii="Times New Roman" w:hAnsi="Times New Roman"/>
          <w:b w:val="0"/>
          <w:i/>
          <w:color w:val="000000"/>
          <w:sz w:val="32"/>
        </w:rPr>
        <w:t>(Points to his eye.)</w:t>
      </w:r>
      <w:r>
        <w:rPr>
          <w:rFonts w:ascii="Times New Roman" w:hAnsi="Times New Roman"/>
          <w:b w:val="0"/>
          <w:i w:val="0"/>
          <w:color w:val="000000"/>
          <w:sz w:val="32"/>
        </w:rPr>
        <w:t xml:space="preserve">  — l. Heil!</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(Irritated by his manner)</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What</w:t>
      </w:r>
      <w:r>
        <w:rPr>
          <w:rFonts w:ascii="Times New Roman" w:hAnsi="Times New Roman"/>
          <w:b w:val="0"/>
          <w:i w:val="0"/>
          <w:color w:val="000000"/>
          <w:sz w:val="32"/>
        </w:rPr>
        <w:t>’</w:t>
      </w:r>
      <w:r>
        <w:rPr>
          <w:rFonts w:ascii="Times New Roman" w:hAnsi="Times New Roman"/>
          <w:b w:val="0"/>
          <w:i w:val="0"/>
          <w:color w:val="000000"/>
          <w:sz w:val="32"/>
        </w:rPr>
        <w:t xml:space="preserve">s it </w:t>
      </w:r>
      <w:r>
        <w:rPr>
          <w:rFonts w:ascii="Times New Roman" w:hAnsi="Times New Roman"/>
          <w:b w:val="0"/>
          <w:i w:val="0"/>
          <w:color w:val="000000"/>
          <w:sz w:val="32"/>
        </w:rPr>
        <w:t xml:space="preserve">mean? </w:t>
      </w:r>
      <w:r>
        <w:rPr>
          <w:rFonts w:ascii="Times New Roman" w:hAnsi="Times New Roman"/>
          <w:b w:val="0"/>
          <w:i w:val="0"/>
          <w:color w:val="000000"/>
          <w:sz w:val="32"/>
        </w:rPr>
        <w:t>I’ve never heard of — well, this person you just said.</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My very point!</w:t>
      </w:r>
      <w:r>
        <w:rPr>
          <w:rFonts w:ascii="Times New Roman" w:hAnsi="Times New Roman"/>
          <w:b w:val="0"/>
          <w:i w:val="0"/>
          <w:color w:val="000000"/>
          <w:sz w:val="32"/>
        </w:rPr>
        <w:t xml:space="preserve"> </w:t>
      </w:r>
      <w:r>
        <w:rPr>
          <w:rFonts w:ascii="Times New Roman" w:hAnsi="Times New Roman"/>
          <w:b w:val="0"/>
          <w:i/>
          <w:color w:val="000000"/>
          <w:sz w:val="32"/>
        </w:rPr>
        <w:t>(Subconsciously makes frustrated sign</w:t>
      </w:r>
      <w:r>
        <w:rPr>
          <w:rFonts w:ascii="Times New Roman" w:hAnsi="Times New Roman"/>
          <w:b w:val="0"/>
          <w:i/>
          <w:color w:val="000000"/>
          <w:sz w:val="32"/>
        </w:rPr>
        <w:t>.</w:t>
      </w:r>
      <w:r>
        <w:rPr>
          <w:rFonts w:ascii="Times New Roman" w:hAnsi="Times New Roman"/>
          <w:b w:val="0"/>
          <w:i/>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G</w:t>
      </w:r>
      <w:r>
        <w:rPr>
          <w:rFonts w:ascii="Times New Roman" w:hAnsi="Times New Roman"/>
          <w:b w:val="0"/>
          <w:i w:val="0"/>
          <w:color w:val="000000"/>
          <w:sz w:val="32"/>
        </w:rPr>
        <w:t xml:space="preserve">et your head out of the sand! </w:t>
      </w:r>
      <w:r>
        <w:rPr>
          <w:rFonts w:ascii="Times New Roman" w:hAnsi="Times New Roman"/>
          <w:b w:val="0"/>
          <w:i/>
          <w:color w:val="000000"/>
          <w:sz w:val="32"/>
        </w:rPr>
        <w:t>Adolf Hitler!</w:t>
      </w:r>
      <w:r>
        <w:rPr>
          <w:rFonts w:ascii="Times New Roman" w:hAnsi="Times New Roman"/>
          <w:b w:val="0"/>
          <w:i/>
          <w:color w:val="000000"/>
          <w:sz w:val="32"/>
        </w:rPr>
        <w:t xml:space="preserve"> </w:t>
      </w:r>
      <w:r>
        <w:rPr>
          <w:rFonts w:ascii="Times New Roman" w:hAnsi="Times New Roman"/>
          <w:b w:val="0"/>
          <w:i/>
          <w:color w:val="000000"/>
          <w:sz w:val="32"/>
        </w:rPr>
        <w:t>(Bitingly.)</w:t>
      </w:r>
      <w:r>
        <w:rPr>
          <w:rFonts w:ascii="Times New Roman" w:hAnsi="Times New Roman"/>
          <w:b w:val="0"/>
          <w:i/>
          <w:color w:val="000000"/>
          <w:sz w:val="32"/>
        </w:rPr>
        <w:t xml:space="preserve"> A painter!</w:t>
      </w:r>
      <w:r>
        <w:rPr>
          <w:rStyle w:val="CommentReference"/>
          <w:color w:val="000000"/>
          <w:sz w:val="32"/>
        </w:rPr>
      </w:r>
      <w:r>
        <w:rPr>
          <w:rFonts w:ascii="Times New Roman" w:hAnsi="Times New Roman"/>
          <w:color w:val="000000"/>
          <w:sz w:val="32"/>
        </w:rPr>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Oh — </w:t>
      </w:r>
      <w:r>
        <w:rPr>
          <w:rFonts w:ascii="Times New Roman" w:hAnsi="Times New Roman"/>
          <w:b w:val="0"/>
          <w:i/>
          <w:color w:val="000000"/>
          <w:sz w:val="32"/>
        </w:rPr>
        <w:t>him</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Him!</w:t>
      </w:r>
      <w:r>
        <w:rPr>
          <w:rFonts w:ascii="Times New Roman" w:hAnsi="Times New Roman"/>
          <w:b w:val="0"/>
          <w:i w:val="0"/>
          <w:color w:val="000000"/>
          <w:sz w:val="32"/>
        </w:rPr>
        <w:t xml:space="preserve">  Herr </w:t>
      </w:r>
      <w:r>
        <w:rPr>
          <w:rFonts w:ascii="Times New Roman" w:hAnsi="Times New Roman"/>
          <w:b w:val="0"/>
          <w:i/>
          <w:color w:val="000000"/>
          <w:sz w:val="32"/>
        </w:rPr>
        <w:t>Artiste</w:t>
      </w:r>
      <w:r>
        <w:rPr>
          <w:rFonts w:ascii="Times New Roman" w:hAnsi="Times New Roman"/>
          <w:b w:val="0"/>
          <w:i w:val="0"/>
          <w:color w:val="000000"/>
          <w:sz w:val="32"/>
        </w:rPr>
        <w:t xml:space="preserve">! </w:t>
      </w:r>
      <w:r>
        <w:rPr>
          <w:rFonts w:ascii="Times New Roman" w:hAnsi="Times New Roman"/>
          <w:b w:val="0"/>
          <w:i w:val="0"/>
          <w:color w:val="000000"/>
          <w:sz w:val="32"/>
        </w:rPr>
        <w:t>Specializes in d</w:t>
      </w:r>
      <w:r>
        <w:rPr>
          <w:rFonts w:ascii="Times New Roman" w:hAnsi="Times New Roman"/>
          <w:b w:val="0"/>
          <w:i w:val="0"/>
          <w:color w:val="000000"/>
          <w:sz w:val="32"/>
        </w:rPr>
        <w:t xml:space="preserve">ead paintings of </w:t>
      </w:r>
      <w:r>
        <w:rPr>
          <w:rFonts w:ascii="Times New Roman" w:hAnsi="Times New Roman"/>
          <w:b w:val="0"/>
          <w:i w:val="0"/>
          <w:color w:val="000000"/>
          <w:sz w:val="32"/>
        </w:rPr>
        <w:t xml:space="preserve">dead </w:t>
      </w:r>
      <w:r>
        <w:rPr>
          <w:rFonts w:ascii="Times New Roman" w:hAnsi="Times New Roman"/>
          <w:b w:val="0"/>
          <w:i w:val="0"/>
          <w:color w:val="000000"/>
          <w:sz w:val="32"/>
        </w:rPr>
        <w:t>buildings</w:t>
      </w:r>
      <w:r>
        <w:rPr>
          <w:rFonts w:ascii="Times New Roman" w:hAnsi="Times New Roman"/>
          <w:b w:val="0"/>
          <w:i w:val="0"/>
          <w:color w:val="000000"/>
          <w:sz w:val="32"/>
        </w:rPr>
        <w:t xml:space="preserve"> — </w:t>
      </w:r>
      <w:r>
        <w:rPr>
          <w:rFonts w:ascii="Times New Roman" w:hAnsi="Times New Roman"/>
          <w:b w:val="0"/>
          <w:i/>
          <w:color w:val="000000"/>
          <w:sz w:val="32"/>
        </w:rPr>
        <w:t>prophetic</w:t>
      </w:r>
      <w:r>
        <w:rPr>
          <w:rFonts w:ascii="Times New Roman" w:hAnsi="Times New Roman"/>
          <w:b w:val="0"/>
          <w:i/>
          <w:color w:val="000000"/>
          <w:sz w:val="32"/>
        </w:rPr>
        <w:t>!</w:t>
      </w:r>
      <w:r>
        <w:rPr>
          <w:rFonts w:ascii="Times New Roman" w:hAnsi="Times New Roman"/>
          <w:b w:val="0"/>
          <w:i w:val="0"/>
          <w:color w:val="000000"/>
          <w:sz w:val="32"/>
        </w:rPr>
        <w:t xml:space="preserve"> </w:t>
      </w:r>
      <w:r>
        <w:rPr>
          <w:rFonts w:ascii="Times New Roman" w:hAnsi="Times New Roman"/>
          <w:b w:val="0"/>
          <w:i/>
          <w:color w:val="000000"/>
          <w:sz w:val="32"/>
        </w:rPr>
        <w:t>F</w:t>
      </w:r>
      <w:r>
        <w:rPr>
          <w:rFonts w:ascii="Times New Roman" w:hAnsi="Times New Roman"/>
          <w:b w:val="0"/>
          <w:i/>
          <w:color w:val="000000"/>
          <w:sz w:val="32"/>
        </w:rPr>
        <w:t>an</w:t>
      </w:r>
      <w:r>
        <w:rPr>
          <w:rFonts w:ascii="Times New Roman" w:hAnsi="Times New Roman"/>
          <w:b w:val="0"/>
          <w:i/>
          <w:color w:val="000000"/>
          <w:sz w:val="32"/>
        </w:rPr>
        <w:t xml:space="preserve"> of </w:t>
      </w:r>
      <w:r>
        <w:rPr>
          <w:rFonts w:ascii="Times New Roman" w:hAnsi="Times New Roman"/>
          <w:b w:val="0"/>
          <w:i/>
          <w:color w:val="000000"/>
          <w:sz w:val="32"/>
        </w:rPr>
        <w:t>the Little Fellow!</w:t>
      </w:r>
      <w:r>
        <w:rPr>
          <w:rFonts w:ascii="Times New Roman" w:hAnsi="Times New Roman"/>
          <w:b w:val="0"/>
          <w:i w:val="0"/>
          <w:color w:val="000000"/>
          <w:sz w:val="32"/>
        </w:rPr>
        <w:t xml:space="preserve"> </w:t>
      </w:r>
      <w:r>
        <w:rPr>
          <w:rFonts w:ascii="Times New Roman" w:hAnsi="Times New Roman"/>
          <w:b w:val="0"/>
          <w:i/>
          <w:color w:val="000000"/>
          <w:sz w:val="32"/>
        </w:rPr>
        <w:t>G</w:t>
      </w:r>
      <w:r>
        <w:rPr>
          <w:rFonts w:ascii="Times New Roman" w:hAnsi="Times New Roman"/>
          <w:b w:val="0"/>
          <w:i/>
          <w:color w:val="000000"/>
          <w:sz w:val="32"/>
        </w:rPr>
        <w:t xml:space="preserve">rown a mustache </w:t>
      </w:r>
      <w:r>
        <w:rPr>
          <w:rFonts w:ascii="Times New Roman" w:hAnsi="Times New Roman"/>
          <w:b w:val="0"/>
          <w:i w:val="0"/>
          <w:color w:val="000000"/>
          <w:sz w:val="32"/>
        </w:rPr>
        <w:t xml:space="preserve">— </w:t>
      </w:r>
      <w:r>
        <w:rPr>
          <w:rFonts w:ascii="Times New Roman" w:hAnsi="Times New Roman"/>
          <w:b w:val="0"/>
          <w:i/>
          <w:color w:val="000000"/>
          <w:sz w:val="32"/>
        </w:rPr>
        <w:t>(Slaps his mustache on.)</w:t>
      </w:r>
      <w:r>
        <w:rPr>
          <w:rFonts w:ascii="Times New Roman" w:hAnsi="Times New Roman"/>
          <w:b w:val="0"/>
          <w:i/>
          <w:color w:val="000000"/>
          <w:sz w:val="32"/>
        </w:rPr>
        <w:t xml:space="preserve"> </w:t>
      </w:r>
      <w:r>
        <w:rPr>
          <w:rFonts w:ascii="Times New Roman" w:hAnsi="Times New Roman"/>
          <w:b w:val="0"/>
          <w:i/>
          <w:color w:val="000000"/>
          <w:sz w:val="32"/>
        </w:rPr>
        <w:t>— like mine!</w:t>
      </w:r>
      <w:r>
        <w:rPr>
          <w:rFonts w:ascii="Times New Roman" w:hAnsi="Times New Roman"/>
          <w:b w:val="0"/>
          <w:i/>
          <w:color w:val="000000"/>
          <w:sz w:val="32"/>
        </w:rPr>
        <w:t xml:space="preserve"> </w:t>
      </w:r>
      <w:r>
        <w:rPr>
          <w:rFonts w:ascii="Times New Roman" w:hAnsi="Times New Roman"/>
          <w:b w:val="0"/>
          <w:i/>
          <w:color w:val="000000"/>
          <w:sz w:val="32"/>
        </w:rPr>
        <w:t>(Looks front, shoulders thrown back; signing furiously.)</w:t>
      </w:r>
      <w:r>
        <w:rPr>
          <w:rFonts w:ascii="Times New Roman" w:hAnsi="Times New Roman"/>
          <w:b w:val="0"/>
          <w:i/>
          <w:color w:val="000000"/>
          <w:sz w:val="32"/>
        </w:rPr>
        <w:t xml:space="preserve">  </w:t>
      </w:r>
      <w:r>
        <w:rPr>
          <w:rFonts w:ascii="Times New Roman" w:hAnsi="Times New Roman"/>
          <w:b w:val="0"/>
          <w:i w:val="0"/>
          <w:color w:val="000000"/>
          <w:sz w:val="32"/>
        </w:rPr>
        <w:t>C</w:t>
      </w:r>
      <w:r>
        <w:rPr>
          <w:rFonts w:ascii="Times New Roman" w:hAnsi="Times New Roman"/>
          <w:b w:val="0"/>
          <w:i w:val="0"/>
          <w:color w:val="000000"/>
          <w:sz w:val="32"/>
        </w:rPr>
        <w:t xml:space="preserve">an’t be coincidence! </w:t>
      </w:r>
      <w:r>
        <w:rPr>
          <w:rFonts w:ascii="Times New Roman" w:hAnsi="Times New Roman"/>
          <w:b w:val="0"/>
          <w:i/>
          <w:color w:val="000000"/>
          <w:sz w:val="32"/>
        </w:rPr>
        <w:t>(Turns on his heel, strides back and forth, building up energy.)</w:t>
      </w:r>
      <w:r>
        <w:rPr>
          <w:rFonts w:ascii="Times New Roman" w:hAnsi="Times New Roman"/>
          <w:b w:val="0"/>
          <w:i w:val="0"/>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 xml:space="preserve">on’t think I’m flattered. </w:t>
      </w:r>
      <w:r>
        <w:rPr>
          <w:rFonts w:ascii="Times New Roman" w:hAnsi="Times New Roman"/>
          <w:b w:val="0"/>
          <w:i w:val="0"/>
          <w:color w:val="000000"/>
          <w:sz w:val="32"/>
        </w:rPr>
        <w:t>A</w:t>
      </w:r>
      <w:r>
        <w:rPr>
          <w:rFonts w:ascii="Times New Roman" w:hAnsi="Times New Roman"/>
          <w:b w:val="0"/>
          <w:i w:val="0"/>
          <w:color w:val="000000"/>
          <w:sz w:val="32"/>
        </w:rPr>
        <w:t xml:space="preserve"> </w:t>
      </w:r>
      <w:r>
        <w:rPr>
          <w:rFonts w:ascii="Times New Roman" w:hAnsi="Times New Roman"/>
          <w:b w:val="0"/>
          <w:i w:val="0"/>
          <w:color w:val="000000"/>
          <w:sz w:val="32"/>
        </w:rPr>
        <w:t>menace to the world</w:t>
      </w:r>
      <w:r>
        <w:rPr>
          <w:rFonts w:ascii="Times New Roman" w:hAnsi="Times New Roman"/>
          <w:b w:val="0"/>
          <w:i w:val="0"/>
          <w:color w:val="000000"/>
          <w:sz w:val="32"/>
        </w:rPr>
        <w:t xml:space="preserve"> — </w:t>
      </w:r>
      <w:r>
        <w:rPr>
          <w:rFonts w:ascii="Times New Roman" w:hAnsi="Times New Roman"/>
          <w:b w:val="0"/>
          <w:i w:val="0"/>
          <w:color w:val="000000"/>
          <w:sz w:val="32"/>
        </w:rPr>
        <w:t xml:space="preserve">has his eyes on </w:t>
      </w:r>
      <w:r>
        <w:rPr>
          <w:rFonts w:ascii="Times New Roman" w:hAnsi="Times New Roman"/>
          <w:b w:val="0"/>
          <w:i/>
          <w:color w:val="000000"/>
          <w:sz w:val="32"/>
        </w:rPr>
        <w:t>your</w:t>
      </w:r>
      <w:r>
        <w:rPr>
          <w:rFonts w:ascii="Times New Roman" w:hAnsi="Times New Roman"/>
          <w:b w:val="0"/>
          <w:i w:val="0"/>
          <w:color w:val="000000"/>
          <w:sz w:val="32"/>
        </w:rPr>
        <w:t xml:space="preserve"> France!</w:t>
      </w:r>
      <w:r>
        <w:rPr>
          <w:rFonts w:ascii="Times New Roman" w:hAnsi="Times New Roman"/>
          <w:b w:val="0"/>
          <w:i w:val="0"/>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 xml:space="preserve">estroy </w:t>
      </w:r>
      <w:r>
        <w:rPr>
          <w:rFonts w:ascii="Times New Roman" w:hAnsi="Times New Roman"/>
          <w:b w:val="0"/>
          <w:i w:val="0"/>
          <w:color w:val="000000"/>
          <w:sz w:val="32"/>
        </w:rPr>
        <w:t xml:space="preserve">its </w:t>
      </w:r>
      <w:r>
        <w:rPr>
          <w:rFonts w:ascii="Times New Roman" w:hAnsi="Times New Roman"/>
          <w:b w:val="0"/>
          <w:i w:val="0"/>
          <w:color w:val="000000"/>
          <w:sz w:val="32"/>
        </w:rPr>
        <w:t>art</w:t>
      </w:r>
      <w:r>
        <w:rPr>
          <w:rFonts w:ascii="Times New Roman" w:hAnsi="Times New Roman"/>
          <w:b w:val="0"/>
          <w:i w:val="0"/>
          <w:color w:val="000000"/>
          <w:sz w:val="32"/>
        </w:rPr>
        <w:t xml:space="preserve"> he calls</w:t>
      </w:r>
      <w:r>
        <w:rPr>
          <w:rFonts w:ascii="Times New Roman" w:hAnsi="Times New Roman"/>
          <w:b w:val="0"/>
          <w:i w:val="0"/>
          <w:color w:val="000000"/>
          <w:sz w:val="32"/>
        </w:rPr>
        <w:t xml:space="preserve"> decadent! But first, having ‘stolen’ my mustache, he’ll steal</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color w:val="000000"/>
          <w:sz w:val="32"/>
        </w:rPr>
        <w:t>(Coaxing.)</w:t>
      </w:r>
      <w:r>
        <w:rPr>
          <w:rFonts w:ascii="Times New Roman" w:hAnsi="Times New Roman"/>
          <w:b w:val="0"/>
          <w:i/>
          <w:color w:val="000000"/>
          <w:sz w:val="32"/>
        </w:rPr>
        <w:t xml:space="preserve"> </w:t>
      </w:r>
      <w:r>
        <w:rPr>
          <w:rFonts w:ascii="Times New Roman" w:hAnsi="Times New Roman"/>
          <w:b w:val="0"/>
          <w:i w:val="0"/>
          <w:color w:val="000000"/>
          <w:sz w:val="32"/>
        </w:rPr>
        <w:t>He’ll steal</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color w:val="000000"/>
          <w:sz w:val="32"/>
        </w:rPr>
        <w:t>He’ll steal</w:t>
      </w:r>
    </w:p>
    <w:p>
      <w:pPr>
        <w:pStyle w:val="Dialogue"/>
        <w:keepLines/>
        <w:spacing w:before="40" w:after="120" w:line="259" w:lineRule="auto"/>
        <w:ind w:left="0" w:right="0" w:firstLine="0"/>
        <w:jc w:val="left"/>
      </w:pPr>
      <w:r>
        <w:rPr>
          <w:rFonts w:ascii="Times New Roman" w:hAnsi="Times New Roman"/>
          <w:b w:val="0"/>
          <w:i w:val="0"/>
          <w:color w:val="000000"/>
          <w:sz w:val="32"/>
        </w:rPr>
        <w:t>my character and use it for nefarious deeds!</w:t>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Through the verses of this song, we witness Chaplin's realization that amidst his fame and fortune, a new contender has emerged — none other than Adolf Hitler himself, donning a mustache uncannily like Chaplin's own</w:t>
      </w:r>
      <w:r>
        <w:rPr>
          <w:rFonts w:ascii="Times New Roman" w:hAnsi="Times New Roman"/>
          <w:b w:val="0"/>
          <w:i/>
          <w:color w:val="000000"/>
          <w:sz w:val="32"/>
        </w:rPr>
        <w:t>.)</w:t>
      </w:r>
    </w:p>
    <w:p>
      <w:pPr>
        <w:pStyle w:val="Song"/>
        <w:ind w:left="0" w:right="0" w:firstLine="0"/>
        <w:jc w:val="left"/>
      </w:pPr>
      <w:r>
        <w:rPr>
          <w:rFonts w:ascii="Times New Roman" w:hAnsi="Times New Roman"/>
          <w:b w:val="0"/>
          <w:i w:val="0"/>
          <w:color w:val="000000"/>
          <w:sz w:val="32"/>
        </w:rPr>
        <w:t>Charm and grace, a derby hat,</w:t>
      </w:r>
      <w:r>
        <w:rPr>
          <w:rFonts w:ascii="Times New Roman" w:hAnsi="Times New Roman"/>
          <w:b w:val="0"/>
          <w:i w:val="0"/>
          <w:color w:val="000000"/>
          <w:sz w:val="32"/>
        </w:rPr>
        <w:br/>
        <w:t>A lady here, and such a chap,</w:t>
      </w:r>
      <w:r>
        <w:rPr>
          <w:rFonts w:ascii="Times New Roman" w:hAnsi="Times New Roman"/>
          <w:b w:val="0"/>
          <w:i w:val="0"/>
          <w:color w:val="000000"/>
          <w:sz w:val="32"/>
        </w:rPr>
        <w:br/>
        <w:t>No need for grand introduction,</w:t>
      </w:r>
      <w:r>
        <w:rPr>
          <w:rFonts w:ascii="Times New Roman" w:hAnsi="Times New Roman"/>
          <w:b w:val="0"/>
          <w:i w:val="0"/>
          <w:color w:val="000000"/>
          <w:sz w:val="32"/>
        </w:rPr>
        <w:br/>
        <w:t>It's obvious: Yes, it's me.</w:t>
      </w:r>
    </w:p>
    <w:p>
      <w:pPr>
        <w:pStyle w:val="Song"/>
        <w:ind w:left="0" w:right="0" w:firstLine="0"/>
        <w:jc w:val="left"/>
      </w:pPr>
      <w:r>
        <w:rPr>
          <w:rFonts w:ascii="Times New Roman" w:hAnsi="Times New Roman"/>
          <w:b w:val="0"/>
          <w:i w:val="0"/>
          <w:color w:val="000000"/>
          <w:sz w:val="32"/>
        </w:rPr>
        <w:t>A smile on the face like a lamp,</w:t>
      </w:r>
      <w:r>
        <w:rPr>
          <w:rFonts w:ascii="Times New Roman" w:hAnsi="Times New Roman"/>
          <w:b w:val="0"/>
          <w:i w:val="0"/>
          <w:color w:val="000000"/>
          <w:sz w:val="32"/>
        </w:rPr>
        <w:br/>
        <w:t>Shining through the world's darkness,</w:t>
      </w:r>
      <w:r>
        <w:rPr>
          <w:rFonts w:ascii="Times New Roman" w:hAnsi="Times New Roman"/>
          <w:b w:val="0"/>
          <w:i w:val="0"/>
          <w:color w:val="000000"/>
          <w:sz w:val="32"/>
        </w:rPr>
        <w:br/>
        <w:t>And shoes, worn shoes of a tramp,</w:t>
      </w:r>
      <w:r>
        <w:rPr>
          <w:rFonts w:ascii="Times New Roman" w:hAnsi="Times New Roman"/>
          <w:b w:val="0"/>
          <w:i w:val="0"/>
          <w:color w:val="000000"/>
          <w:sz w:val="32"/>
        </w:rPr>
        <w:br/>
        <w:t>And such an unassuming step,</w:t>
      </w:r>
      <w:r>
        <w:rPr>
          <w:rFonts w:ascii="Times New Roman" w:hAnsi="Times New Roman"/>
          <w:b w:val="0"/>
          <w:i w:val="0"/>
          <w:color w:val="000000"/>
          <w:sz w:val="32"/>
        </w:rPr>
        <w:br/>
        <w:t>And the mustache, luxury, my style,</w:t>
      </w:r>
      <w:r>
        <w:rPr>
          <w:rFonts w:ascii="Times New Roman" w:hAnsi="Times New Roman"/>
          <w:b w:val="0"/>
          <w:i w:val="0"/>
          <w:color w:val="000000"/>
          <w:sz w:val="32"/>
        </w:rPr>
        <w:br/>
        <w:t>I flaunt it, and everyone cheers.</w:t>
      </w:r>
    </w:p>
    <w:p>
      <w:pPr>
        <w:pStyle w:val="Song"/>
        <w:ind w:left="0" w:right="0" w:firstLine="0"/>
        <w:jc w:val="left"/>
      </w:pPr>
      <w:r>
        <w:rPr>
          <w:rFonts w:ascii="Times New Roman" w:hAnsi="Times New Roman"/>
          <w:b w:val="0"/>
          <w:i w:val="0"/>
          <w:color w:val="000000"/>
          <w:sz w:val="32"/>
        </w:rPr>
        <w:t>That mustache, oh, that mustache,</w:t>
      </w:r>
      <w:r>
        <w:rPr>
          <w:rFonts w:ascii="Times New Roman" w:hAnsi="Times New Roman"/>
          <w:b w:val="0"/>
          <w:i w:val="0"/>
          <w:color w:val="000000"/>
          <w:sz w:val="32"/>
        </w:rPr>
        <w:br/>
        <w:t>That gaze, that curl ... that shimmy,</w:t>
      </w:r>
      <w:r>
        <w:rPr>
          <w:rFonts w:ascii="Times New Roman" w:hAnsi="Times New Roman"/>
          <w:b w:val="0"/>
          <w:i w:val="0"/>
          <w:color w:val="000000"/>
          <w:sz w:val="32"/>
        </w:rPr>
        <w:br/>
        <w:t>And charm, and fear, and gesture,</w:t>
      </w:r>
      <w:r>
        <w:rPr>
          <w:rFonts w:ascii="Times New Roman" w:hAnsi="Times New Roman"/>
          <w:b w:val="0"/>
          <w:i w:val="0"/>
          <w:color w:val="000000"/>
          <w:sz w:val="32"/>
        </w:rPr>
        <w:br/>
        <w:t>And laughter — yes, it's me.</w:t>
      </w:r>
      <w:r>
        <w:rPr>
          <w:rFonts w:ascii="Times New Roman" w:hAnsi="Times New Roman"/>
          <w:b w:val="0"/>
          <w:i w:val="0"/>
          <w:color w:val="000000"/>
          <w:sz w:val="32"/>
        </w:rPr>
        <w:br/>
        <w:t>Oh gentlemen, oh ladies,</w:t>
      </w:r>
      <w:r>
        <w:rPr>
          <w:rFonts w:ascii="Times New Roman" w:hAnsi="Times New Roman"/>
          <w:b w:val="0"/>
          <w:i w:val="0"/>
          <w:color w:val="000000"/>
          <w:sz w:val="32"/>
        </w:rPr>
        <w:br/>
        <w:t>A laugh and smile ... it’s healthy</w:t>
      </w:r>
      <w:r>
        <w:rPr>
          <w:rFonts w:ascii="Times New Roman" w:hAnsi="Times New Roman"/>
          <w:b w:val="0"/>
          <w:i w:val="0"/>
          <w:color w:val="000000"/>
          <w:sz w:val="32"/>
        </w:rPr>
        <w:br/>
        <w:t>Granville, oh Granville, it's my sad, sad song.</w:t>
      </w:r>
    </w:p>
    <w:p>
      <w:pPr>
        <w:pStyle w:val="Song"/>
        <w:ind w:left="0" w:right="0" w:firstLine="0"/>
        <w:jc w:val="left"/>
      </w:pPr>
      <w:r>
        <w:rPr>
          <w:rFonts w:ascii="Times New Roman" w:hAnsi="Times New Roman"/>
          <w:b w:val="0"/>
          <w:i w:val="0"/>
          <w:color w:val="000000"/>
          <w:sz w:val="32"/>
        </w:rPr>
        <w:t>Remember, once it was a Saturday,</w:t>
      </w:r>
      <w:r>
        <w:rPr>
          <w:rFonts w:ascii="Times New Roman" w:hAnsi="Times New Roman"/>
          <w:b w:val="0"/>
          <w:i w:val="0"/>
          <w:color w:val="000000"/>
          <w:sz w:val="32"/>
        </w:rPr>
        <w:br/>
        <w:t>When you were sad, poor as a dog,</w:t>
      </w:r>
      <w:r>
        <w:rPr>
          <w:rFonts w:ascii="Times New Roman" w:hAnsi="Times New Roman"/>
          <w:b w:val="0"/>
          <w:i w:val="0"/>
          <w:color w:val="000000"/>
          <w:sz w:val="32"/>
        </w:rPr>
        <w:br/>
        <w:t>You were at the cinema for "The Gold Rush",</w:t>
      </w:r>
      <w:r>
        <w:rPr>
          <w:rFonts w:ascii="Times New Roman" w:hAnsi="Times New Roman"/>
          <w:b w:val="0"/>
          <w:i w:val="0"/>
          <w:color w:val="000000"/>
          <w:sz w:val="32"/>
        </w:rPr>
        <w:br/>
        <w:t>Yet you laughed until tears.</w:t>
      </w:r>
      <w:r>
        <w:rPr>
          <w:rFonts w:ascii="Times New Roman" w:hAnsi="Times New Roman"/>
          <w:b w:val="0"/>
          <w:i w:val="0"/>
          <w:color w:val="000000"/>
          <w:sz w:val="32"/>
        </w:rPr>
        <w:br/>
        <w:t>And madam remembers,</w:t>
      </w:r>
      <w:r>
        <w:rPr>
          <w:rFonts w:ascii="Times New Roman" w:hAnsi="Times New Roman"/>
          <w:b w:val="0"/>
          <w:i w:val="0"/>
          <w:color w:val="000000"/>
          <w:sz w:val="32"/>
        </w:rPr>
        <w:t xml:space="preserve"> </w:t>
      </w:r>
      <w:r>
        <w:rPr>
          <w:rFonts w:ascii="Times New Roman" w:hAnsi="Times New Roman"/>
          <w:b w:val="0"/>
          <w:i w:val="0"/>
          <w:color w:val="000000"/>
          <w:sz w:val="32"/>
        </w:rPr>
        <w:t>After her mourning for the first time,</w:t>
      </w:r>
      <w:r>
        <w:rPr>
          <w:rFonts w:ascii="Times New Roman" w:hAnsi="Times New Roman"/>
          <w:b w:val="0"/>
          <w:i w:val="0"/>
          <w:color w:val="000000"/>
          <w:sz w:val="32"/>
        </w:rPr>
        <w:br/>
        <w:t>When she came to my film at the cinema —</w:t>
      </w:r>
      <w:r>
        <w:rPr>
          <w:rFonts w:ascii="Times New Roman" w:hAnsi="Times New Roman"/>
          <w:b w:val="0"/>
          <w:i w:val="0"/>
          <w:color w:val="000000"/>
          <w:sz w:val="32"/>
        </w:rPr>
        <w:br/>
        <w:t>I saw your face in the dark,</w:t>
      </w:r>
      <w:r>
        <w:rPr>
          <w:rFonts w:ascii="Times New Roman" w:hAnsi="Times New Roman"/>
          <w:b w:val="0"/>
          <w:i w:val="0"/>
          <w:color w:val="000000"/>
          <w:sz w:val="32"/>
        </w:rPr>
        <w:br/>
        <w:t>I just did this ... and you</w:t>
      </w:r>
      <w:r>
        <w:rPr>
          <w:rFonts w:ascii="Times New Roman" w:hAnsi="Times New Roman"/>
          <w:b w:val="0"/>
          <w:i w:val="0"/>
          <w:color w:val="000000"/>
          <w:sz w:val="32"/>
        </w:rPr>
        <w:br/>
        <w:t>Began to laugh through your tears.</w:t>
      </w:r>
    </w:p>
    <w:p>
      <w:pPr>
        <w:pStyle w:val="Song"/>
        <w:ind w:left="0" w:right="0" w:firstLine="0"/>
        <w:jc w:val="left"/>
      </w:pPr>
      <w:r>
        <w:rPr>
          <w:rFonts w:ascii="Times New Roman" w:hAnsi="Times New Roman"/>
          <w:b w:val="0"/>
          <w:i w:val="0"/>
          <w:color w:val="000000"/>
          <w:sz w:val="32"/>
        </w:rPr>
        <w:t>That mustache, oh, that mustache,</w:t>
      </w:r>
      <w:r>
        <w:rPr>
          <w:rFonts w:ascii="Times New Roman" w:hAnsi="Times New Roman"/>
          <w:b w:val="0"/>
          <w:i w:val="0"/>
          <w:color w:val="000000"/>
          <w:sz w:val="32"/>
        </w:rPr>
        <w:br/>
        <w:t>That gaze, that curl ... that shimmy,</w:t>
      </w:r>
      <w:r>
        <w:rPr>
          <w:rFonts w:ascii="Times New Roman" w:hAnsi="Times New Roman"/>
          <w:b w:val="0"/>
          <w:i w:val="0"/>
          <w:color w:val="000000"/>
          <w:sz w:val="32"/>
        </w:rPr>
        <w:br/>
        <w:t>And charm, and fear, and gesture,</w:t>
      </w:r>
      <w:r>
        <w:rPr>
          <w:rFonts w:ascii="Times New Roman" w:hAnsi="Times New Roman"/>
          <w:b w:val="0"/>
          <w:i w:val="0"/>
          <w:color w:val="000000"/>
          <w:sz w:val="32"/>
        </w:rPr>
        <w:br/>
        <w:t>When a policeman chases me.</w:t>
      </w:r>
      <w:r>
        <w:rPr>
          <w:rFonts w:ascii="Times New Roman" w:hAnsi="Times New Roman"/>
          <w:b w:val="0"/>
          <w:i w:val="0"/>
          <w:color w:val="000000"/>
          <w:sz w:val="32"/>
        </w:rPr>
        <w:br/>
        <w:t>Oh gentlemen, oh ladies,</w:t>
      </w:r>
      <w:r>
        <w:rPr>
          <w:rFonts w:ascii="Times New Roman" w:hAnsi="Times New Roman"/>
          <w:b w:val="0"/>
          <w:i w:val="0"/>
          <w:color w:val="000000"/>
          <w:sz w:val="32"/>
        </w:rPr>
        <w:br/>
        <w:t>A laugh and smile ... it’s healthy.</w:t>
      </w:r>
      <w:r>
        <w:rPr>
          <w:rFonts w:ascii="Times New Roman" w:hAnsi="Times New Roman"/>
          <w:b w:val="0"/>
          <w:i w:val="0"/>
          <w:color w:val="000000"/>
          <w:sz w:val="32"/>
        </w:rPr>
        <w:br/>
        <w:t>Granville, oh Granville, it’s my sad, sad song.</w:t>
      </w:r>
    </w:p>
    <w:p>
      <w:pPr>
        <w:pStyle w:val="Song"/>
        <w:ind w:left="0" w:right="0" w:firstLine="0"/>
        <w:jc w:val="left"/>
      </w:pPr>
      <w:r>
        <w:rPr>
          <w:rFonts w:ascii="Times New Roman" w:hAnsi="Times New Roman"/>
          <w:b w:val="0"/>
          <w:i w:val="0"/>
          <w:color w:val="000000"/>
          <w:sz w:val="32"/>
        </w:rPr>
        <w:t>Competition is vigilant.</w:t>
      </w:r>
      <w:r>
        <w:rPr>
          <w:rFonts w:ascii="Times New Roman" w:hAnsi="Times New Roman"/>
          <w:b w:val="0"/>
          <w:i w:val="0"/>
          <w:color w:val="000000"/>
          <w:sz w:val="32"/>
        </w:rPr>
        <w:br/>
        <w:t>And to my modest throne,</w:t>
      </w:r>
      <w:r>
        <w:rPr>
          <w:rFonts w:ascii="Times New Roman" w:hAnsi="Times New Roman"/>
          <w:b w:val="0"/>
          <w:i w:val="0"/>
          <w:color w:val="000000"/>
          <w:sz w:val="32"/>
        </w:rPr>
        <w:br/>
        <w:t>A jealous competitor surfaced</w:t>
      </w:r>
      <w:r>
        <w:rPr>
          <w:rFonts w:ascii="Times New Roman" w:hAnsi="Times New Roman"/>
          <w:b w:val="0"/>
          <w:i w:val="0"/>
          <w:color w:val="000000"/>
          <w:sz w:val="32"/>
        </w:rPr>
        <w:br/>
        <w:t xml:space="preserve">A new candidate, </w:t>
      </w:r>
      <w:r>
        <w:rPr>
          <w:rFonts w:ascii="Times New Roman" w:hAnsi="Times New Roman"/>
          <w:b w:val="0"/>
          <w:i w:val="0"/>
          <w:color w:val="000000"/>
          <w:sz w:val="32"/>
        </w:rPr>
        <w:t>Sieg Heil.</w:t>
      </w:r>
    </w:p>
    <w:p>
      <w:pPr>
        <w:pStyle w:val="Song"/>
        <w:ind w:left="0" w:right="0" w:firstLine="0"/>
        <w:jc w:val="left"/>
      </w:pPr>
      <w:r>
        <w:rPr>
          <w:rFonts w:ascii="Times New Roman" w:hAnsi="Times New Roman"/>
          <w:b w:val="0"/>
          <w:i w:val="0"/>
          <w:color w:val="000000"/>
          <w:sz w:val="32"/>
        </w:rPr>
        <w:t>My silence he replaced with shouting,</w:t>
      </w:r>
      <w:r>
        <w:rPr>
          <w:rFonts w:ascii="Times New Roman" w:hAnsi="Times New Roman"/>
          <w:b w:val="0"/>
          <w:i w:val="0"/>
          <w:color w:val="000000"/>
          <w:sz w:val="32"/>
        </w:rPr>
        <w:br/>
        <w:t>He wants to turn my laughter into fear,</w:t>
      </w:r>
      <w:r>
        <w:rPr>
          <w:rFonts w:ascii="Times New Roman" w:hAnsi="Times New Roman"/>
          <w:b w:val="0"/>
          <w:i w:val="0"/>
          <w:color w:val="000000"/>
          <w:sz w:val="32"/>
        </w:rPr>
        <w:br/>
        <w:t>He appointed my derby hat a helmet,</w:t>
      </w:r>
      <w:r>
        <w:rPr>
          <w:rFonts w:ascii="Times New Roman" w:hAnsi="Times New Roman"/>
          <w:b w:val="0"/>
          <w:i w:val="0"/>
          <w:color w:val="000000"/>
          <w:sz w:val="32"/>
        </w:rPr>
        <w:br/>
        <w:t>The police are after him, oh...</w:t>
      </w:r>
    </w:p>
    <w:p>
      <w:pPr>
        <w:pStyle w:val="Song"/>
        <w:ind w:left="0" w:right="0" w:firstLine="0"/>
        <w:jc w:val="left"/>
      </w:pPr>
      <w:r>
        <w:rPr>
          <w:rFonts w:ascii="Times New Roman" w:hAnsi="Times New Roman"/>
          <w:b w:val="0"/>
          <w:i w:val="0"/>
          <w:color w:val="000000"/>
          <w:sz w:val="32"/>
        </w:rPr>
        <w:t>My mustache, my prop, my trick,</w:t>
      </w:r>
      <w:r>
        <w:rPr>
          <w:rFonts w:ascii="Times New Roman" w:hAnsi="Times New Roman"/>
          <w:b w:val="0"/>
          <w:i w:val="0"/>
          <w:color w:val="000000"/>
          <w:sz w:val="32"/>
        </w:rPr>
        <w:br/>
        <w:t>He took it, twirled it, and everyone cheered.</w:t>
      </w:r>
    </w:p>
    <w:p>
      <w:pPr>
        <w:pStyle w:val="Song"/>
        <w:ind w:left="0" w:right="0" w:firstLine="0"/>
        <w:jc w:val="left"/>
      </w:pPr>
      <w:r>
        <w:rPr>
          <w:rFonts w:ascii="Times New Roman" w:hAnsi="Times New Roman"/>
          <w:b w:val="0"/>
          <w:i w:val="0"/>
          <w:color w:val="000000"/>
          <w:sz w:val="32"/>
        </w:rPr>
        <w:t>That mustache, oh, that mustache,</w:t>
      </w:r>
      <w:r>
        <w:rPr>
          <w:rFonts w:ascii="Times New Roman" w:hAnsi="Times New Roman"/>
          <w:b w:val="0"/>
          <w:i w:val="0"/>
          <w:color w:val="000000"/>
          <w:sz w:val="32"/>
        </w:rPr>
        <w:br/>
        <w:t>That gaze, that curl ... that strut,</w:t>
      </w:r>
      <w:r>
        <w:rPr>
          <w:rFonts w:ascii="Times New Roman" w:hAnsi="Times New Roman"/>
          <w:b w:val="0"/>
          <w:i w:val="0"/>
          <w:color w:val="000000"/>
          <w:sz w:val="32"/>
        </w:rPr>
        <w:br/>
        <w:t>And charm, and fear, and gesture,</w:t>
      </w:r>
      <w:r>
        <w:rPr>
          <w:rFonts w:ascii="Times New Roman" w:hAnsi="Times New Roman"/>
          <w:b w:val="0"/>
          <w:i w:val="0"/>
          <w:color w:val="000000"/>
          <w:sz w:val="32"/>
        </w:rPr>
        <w:br/>
        <w:t>And laughter — yes, it's me.</w:t>
      </w:r>
    </w:p>
    <w:p>
      <w:pPr>
        <w:pStyle w:val="Song"/>
        <w:ind w:left="0" w:right="0" w:firstLine="0"/>
        <w:jc w:val="left"/>
      </w:pPr>
      <w:r>
        <w:rPr>
          <w:rFonts w:ascii="Times New Roman" w:hAnsi="Times New Roman"/>
          <w:b w:val="0"/>
          <w:i w:val="0"/>
          <w:color w:val="000000"/>
          <w:sz w:val="32"/>
        </w:rPr>
        <w:t>That shout above the crowd,</w:t>
      </w:r>
      <w:r>
        <w:rPr>
          <w:rFonts w:ascii="Times New Roman" w:hAnsi="Times New Roman"/>
          <w:b w:val="0"/>
          <w:i w:val="0"/>
          <w:color w:val="000000"/>
          <w:sz w:val="32"/>
        </w:rPr>
        <w:br/>
        <w:t>That blood, that anger... it’s healthy,</w:t>
      </w:r>
    </w:p>
    <w:p>
      <w:pPr>
        <w:pStyle w:val="Song"/>
        <w:ind w:left="0" w:right="0" w:firstLine="0"/>
        <w:jc w:val="left"/>
      </w:pPr>
      <w:r>
        <w:rPr>
          <w:rFonts w:ascii="Times New Roman" w:hAnsi="Times New Roman"/>
          <w:b w:val="0"/>
          <w:i w:val="0"/>
          <w:color w:val="000000"/>
          <w:sz w:val="32"/>
        </w:rPr>
        <w:t>Granville, oh Granville</w:t>
      </w:r>
      <w:r>
        <w:rPr>
          <w:rFonts w:ascii="Times New Roman" w:hAnsi="Times New Roman"/>
          <w:b w:val="0"/>
          <w:i w:val="0"/>
          <w:color w:val="000000"/>
          <w:sz w:val="32"/>
        </w:rPr>
        <w:br/>
        <w:t>it's a sad, sad song.</w:t>
      </w:r>
    </w:p>
    <w:p>
      <w:pPr>
        <w:pStyle w:val="Song"/>
        <w:ind w:left="0" w:right="0" w:firstLine="0"/>
        <w:jc w:val="left"/>
      </w:pPr>
      <w:r>
        <w:rPr>
          <w:rFonts w:ascii="Times New Roman" w:hAnsi="Times New Roman"/>
          <w:b w:val="0"/>
          <w:i w:val="0"/>
          <w:color w:val="000000"/>
          <w:sz w:val="32"/>
        </w:rPr>
        <w:t>That mustache, oh that mustache,</w:t>
      </w:r>
      <w:r>
        <w:rPr>
          <w:rFonts w:ascii="Times New Roman" w:hAnsi="Times New Roman"/>
          <w:b w:val="0"/>
          <w:i w:val="0"/>
          <w:color w:val="000000"/>
          <w:sz w:val="32"/>
        </w:rPr>
        <w:br/>
        <w:t>That gaze, that curl ... that strut,</w:t>
      </w:r>
      <w:r>
        <w:rPr>
          <w:rFonts w:ascii="Times New Roman" w:hAnsi="Times New Roman"/>
          <w:b w:val="0"/>
          <w:i w:val="0"/>
          <w:color w:val="000000"/>
          <w:sz w:val="32"/>
        </w:rPr>
        <w:br/>
        <w:t>Is it his or Chaplin's? —</w:t>
      </w:r>
      <w:r>
        <w:rPr>
          <w:rFonts w:ascii="Times New Roman" w:hAnsi="Times New Roman"/>
          <w:b w:val="0"/>
          <w:i w:val="0"/>
          <w:color w:val="000000"/>
          <w:sz w:val="32"/>
        </w:rPr>
        <w:br/>
        <w:t>Who gave more to the world?</w:t>
      </w:r>
      <w:r>
        <w:rPr>
          <w:rFonts w:ascii="Times New Roman" w:hAnsi="Times New Roman"/>
          <w:b w:val="0"/>
          <w:i w:val="0"/>
          <w:color w:val="000000"/>
          <w:sz w:val="32"/>
        </w:rPr>
        <w:br/>
      </w:r>
      <w:r>
        <w:rPr>
          <w:rFonts w:ascii="Times New Roman" w:hAnsi="Times New Roman"/>
          <w:b w:val="0"/>
          <w:i w:val="0"/>
          <w:color w:val="000000"/>
          <w:sz w:val="32"/>
        </w:rPr>
        <w:br/>
        <w:t>The world laughs at him,</w:t>
      </w:r>
      <w:r>
        <w:rPr>
          <w:rFonts w:ascii="Times New Roman" w:hAnsi="Times New Roman"/>
          <w:b w:val="0"/>
          <w:i w:val="0"/>
          <w:color w:val="000000"/>
          <w:sz w:val="32"/>
        </w:rPr>
        <w:br/>
        <w:t>Laughter is healthy... yes it’s healthy</w:t>
      </w:r>
      <w:r>
        <w:rPr>
          <w:rFonts w:ascii="Times New Roman" w:hAnsi="Times New Roman"/>
          <w:b w:val="0"/>
          <w:i w:val="0"/>
          <w:color w:val="000000"/>
          <w:sz w:val="32"/>
        </w:rPr>
        <w:br/>
        <w:t>Granville, oh Granville</w:t>
      </w:r>
      <w:r>
        <w:rPr>
          <w:rFonts w:ascii="Times New Roman" w:hAnsi="Times New Roman"/>
          <w:b w:val="0"/>
          <w:i w:val="0"/>
          <w:color w:val="000000"/>
          <w:sz w:val="32"/>
        </w:rPr>
        <w:br/>
        <w:t>it's my sad, sad song.</w:t>
      </w:r>
    </w:p>
    <w:p>
      <w:pPr>
        <w:pStyle w:val="StageDirection"/>
        <w:spacing w:before="60" w:after="100"/>
        <w:ind w:left="0" w:right="0" w:firstLine="0"/>
        <w:jc w:val="left"/>
      </w:pPr>
      <w:r>
        <w:rPr>
          <w:rFonts w:ascii="Times New Roman" w:hAnsi="Times New Roman"/>
          <w:b w:val="0"/>
          <w:i/>
          <w:color w:val="000000"/>
          <w:sz w:val="32"/>
        </w:rPr>
        <w:t>(Walking back and forth in front of Redmond</w:t>
      </w:r>
      <w:r>
        <w:rPr>
          <w:rFonts w:ascii="Times New Roman" w:hAnsi="Times New Roman"/>
          <w:b w:val="0"/>
          <w:i/>
          <w:color w:val="000000"/>
          <w:sz w:val="32"/>
        </w:rPr>
        <w:t>, music — fitting what he describes</w:t>
      </w:r>
      <w:r>
        <w:rPr>
          <w:rFonts w:ascii="Times New Roman" w:hAnsi="Times New Roman"/>
          <w:b w:val="0"/>
          <w:i/>
          <w:color w:val="000000"/>
          <w:sz w:val="32"/>
        </w:rPr>
        <w:t>.</w:t>
      </w:r>
      <w:r>
        <w:rPr>
          <w:rFonts w:ascii="Times New Roman" w:hAnsi="Times New Roman"/>
          <w:b w:val="0"/>
          <w:i/>
          <w:color w:val="000000"/>
          <w:sz w:val="32"/>
        </w:rPr>
        <w:t>)</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And </w:t>
      </w:r>
      <w:r>
        <w:rPr>
          <w:rFonts w:ascii="Times New Roman" w:hAnsi="Times New Roman"/>
          <w:b w:val="0"/>
          <w:i w:val="0"/>
          <w:color w:val="000000"/>
          <w:sz w:val="32"/>
        </w:rPr>
        <w:t xml:space="preserve">then, Granville, there’s </w:t>
      </w:r>
      <w:r>
        <w:rPr>
          <w:rFonts w:ascii="Times New Roman" w:hAnsi="Times New Roman"/>
          <w:b w:val="0"/>
          <w:i w:val="0"/>
          <w:color w:val="000000"/>
          <w:sz w:val="32"/>
        </w:rPr>
        <w:t>‘The Walk</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H</w:t>
      </w:r>
      <w:r>
        <w:rPr>
          <w:rFonts w:ascii="Times New Roman" w:hAnsi="Times New Roman"/>
          <w:b w:val="0"/>
          <w:i w:val="0"/>
          <w:color w:val="000000"/>
          <w:sz w:val="32"/>
        </w:rPr>
        <w:t>e’</w:t>
      </w:r>
      <w:r>
        <w:rPr>
          <w:rFonts w:ascii="Times New Roman" w:hAnsi="Times New Roman"/>
          <w:b w:val="0"/>
          <w:i w:val="0"/>
          <w:color w:val="000000"/>
          <w:sz w:val="32"/>
        </w:rPr>
        <w:t>ll</w:t>
      </w:r>
      <w:r>
        <w:rPr>
          <w:rFonts w:ascii="Times New Roman" w:hAnsi="Times New Roman"/>
          <w:b w:val="0"/>
          <w:i w:val="0"/>
          <w:color w:val="000000"/>
          <w:sz w:val="32"/>
        </w:rPr>
        <w:t xml:space="preserve"> steal! </w:t>
      </w:r>
      <w:r>
        <w:rPr>
          <w:rFonts w:ascii="Times New Roman" w:hAnsi="Times New Roman"/>
          <w:b w:val="0"/>
          <w:i/>
          <w:color w:val="000000"/>
          <w:sz w:val="32"/>
        </w:rPr>
        <w:t>o</w:t>
      </w:r>
      <w:r>
        <w:rPr>
          <w:rFonts w:ascii="Times New Roman" w:hAnsi="Times New Roman"/>
          <w:b w:val="0"/>
          <w:i/>
          <w:color w:val="000000"/>
          <w:sz w:val="32"/>
        </w:rPr>
        <w:t>ur</w:t>
      </w:r>
      <w:r>
        <w:rPr>
          <w:rFonts w:ascii="Times New Roman" w:hAnsi="Times New Roman"/>
          <w:b w:val="0"/>
          <w:i/>
          <w:color w:val="000000"/>
          <w:sz w:val="32"/>
        </w:rPr>
        <w:t xml:space="preserve"> </w:t>
      </w:r>
      <w:r>
        <w:rPr>
          <w:rFonts w:ascii="Times New Roman" w:hAnsi="Times New Roman"/>
          <w:b w:val="0"/>
          <w:i w:val="0"/>
          <w:color w:val="000000"/>
          <w:sz w:val="32"/>
        </w:rPr>
        <w:t>‘Walk.’</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(Incredulous)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What would he do with ‘</w:t>
      </w:r>
      <w:r>
        <w:rPr>
          <w:rFonts w:ascii="Times New Roman" w:hAnsi="Times New Roman"/>
          <w:b w:val="0"/>
          <w:i w:val="0"/>
          <w:color w:val="000000"/>
          <w:sz w:val="32"/>
        </w:rPr>
        <w:t>Our</w:t>
      </w:r>
      <w:r>
        <w:rPr>
          <w:rFonts w:ascii="Times New Roman" w:hAnsi="Times New Roman"/>
          <w:b w:val="0"/>
          <w:i w:val="0"/>
          <w:color w:val="000000"/>
          <w:sz w:val="32"/>
        </w:rPr>
        <w:t xml:space="preserve"> Walk’?</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Must</w:t>
      </w:r>
      <w:r>
        <w:rPr>
          <w:rFonts w:ascii="Times New Roman" w:hAnsi="Times New Roman"/>
          <w:b w:val="0"/>
          <w:i w:val="0"/>
          <w:color w:val="000000"/>
          <w:sz w:val="32"/>
        </w:rPr>
        <w:t xml:space="preserve"> </w:t>
      </w:r>
      <w:r>
        <w:rPr>
          <w:rFonts w:ascii="Times New Roman" w:hAnsi="Times New Roman"/>
          <w:b w:val="0"/>
          <w:i w:val="0"/>
          <w:color w:val="000000"/>
          <w:sz w:val="32"/>
        </w:rPr>
        <w:t xml:space="preserve">I draw </w:t>
      </w:r>
      <w:r>
        <w:rPr>
          <w:rFonts w:ascii="Times New Roman" w:hAnsi="Times New Roman"/>
          <w:b w:val="0"/>
          <w:i/>
          <w:color w:val="000000"/>
          <w:sz w:val="32"/>
        </w:rPr>
        <w:t>you</w:t>
      </w:r>
      <w:r>
        <w:rPr>
          <w:rFonts w:ascii="Times New Roman" w:hAnsi="Times New Roman"/>
          <w:b w:val="0"/>
          <w:i w:val="0"/>
          <w:color w:val="000000"/>
          <w:sz w:val="32"/>
        </w:rPr>
        <w:t xml:space="preserve">, </w:t>
      </w:r>
      <w:r>
        <w:rPr>
          <w:rFonts w:ascii="Times New Roman" w:hAnsi="Times New Roman"/>
          <w:b w:val="0"/>
          <w:i/>
          <w:color w:val="000000"/>
          <w:sz w:val="32"/>
        </w:rPr>
        <w:t>an artist</w:t>
      </w:r>
      <w:r>
        <w:rPr>
          <w:rFonts w:ascii="Times New Roman" w:hAnsi="Times New Roman"/>
          <w:b w:val="0"/>
          <w:i w:val="0"/>
          <w:color w:val="000000"/>
          <w:sz w:val="32"/>
        </w:rPr>
        <w:t xml:space="preserve">, a picture?... </w:t>
      </w:r>
      <w:r>
        <w:rPr>
          <w:rFonts w:ascii="Times New Roman" w:hAnsi="Times New Roman"/>
          <w:b w:val="0"/>
          <w:i/>
          <w:color w:val="000000"/>
          <w:sz w:val="32"/>
        </w:rPr>
        <w:t>Use it</w:t>
      </w:r>
      <w:r>
        <w:rPr>
          <w:rFonts w:ascii="Times New Roman" w:hAnsi="Times New Roman"/>
          <w:b w:val="0"/>
          <w:i/>
          <w:color w:val="000000"/>
          <w:sz w:val="32"/>
        </w:rPr>
        <w:t xml:space="preserve"> — </w:t>
      </w:r>
      <w:r>
        <w:rPr>
          <w:rFonts w:ascii="Times New Roman" w:hAnsi="Times New Roman"/>
          <w:b w:val="0"/>
          <w:i/>
          <w:color w:val="000000"/>
          <w:sz w:val="32"/>
        </w:rPr>
        <w:t xml:space="preserve">use it </w:t>
      </w:r>
      <w:r>
        <w:rPr>
          <w:rFonts w:ascii="Times New Roman" w:hAnsi="Times New Roman"/>
          <w:b w:val="0"/>
          <w:i/>
          <w:color w:val="000000"/>
          <w:sz w:val="32"/>
        </w:rPr>
        <w:t>for evil purposes</w:t>
      </w:r>
      <w:r>
        <w:rPr>
          <w:rFonts w:ascii="Times New Roman" w:hAnsi="Times New Roman"/>
          <w:b w:val="0"/>
          <w:i/>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The Walk’s</w:t>
      </w:r>
      <w:r>
        <w:rPr>
          <w:rFonts w:ascii="Times New Roman" w:hAnsi="Times New Roman"/>
          <w:b w:val="0"/>
          <w:i w:val="0"/>
          <w:color w:val="000000"/>
          <w:sz w:val="32"/>
        </w:rPr>
        <w:t>’</w:t>
      </w:r>
      <w:r>
        <w:rPr>
          <w:rFonts w:ascii="Times New Roman" w:hAnsi="Times New Roman"/>
          <w:b w:val="0"/>
          <w:i w:val="0"/>
          <w:color w:val="000000"/>
          <w:sz w:val="32"/>
        </w:rPr>
        <w:t xml:space="preserve"> riveting</w:t>
      </w:r>
      <w:r>
        <w:rPr>
          <w:rFonts w:ascii="Times New Roman" w:hAnsi="Times New Roman"/>
          <w:b w:val="0"/>
          <w:i w:val="0"/>
          <w:color w:val="000000"/>
          <w:sz w:val="32"/>
        </w:rPr>
        <w:t xml:space="preserve"> — mesmerizing! </w:t>
      </w:r>
    </w:p>
    <w:p>
      <w:pPr>
        <w:pStyle w:val="StageDirection"/>
        <w:spacing w:before="60" w:after="100"/>
        <w:ind w:left="0" w:right="0" w:firstLine="0"/>
        <w:jc w:val="left"/>
      </w:pPr>
      <w:r>
        <w:rPr>
          <w:rFonts w:ascii="Times New Roman" w:hAnsi="Times New Roman"/>
          <w:b w:val="0"/>
          <w:i/>
          <w:color w:val="000000"/>
          <w:sz w:val="32"/>
        </w:rPr>
        <w:t>(Turns his hat sideways on his head, does The Walk,’ giving the salute with one hand, indicates signing with the other — a kind of mad</w:t>
      </w:r>
      <w:r>
        <w:rPr>
          <w:rFonts w:ascii="Times New Roman" w:hAnsi="Times New Roman"/>
          <w:b w:val="0"/>
          <w:i/>
          <w:color w:val="000000"/>
          <w:sz w:val="32"/>
        </w:rPr>
        <w:t xml:space="preserve"> hallucinatory </w:t>
      </w:r>
      <w:r>
        <w:rPr>
          <w:rFonts w:ascii="Times New Roman" w:hAnsi="Times New Roman"/>
          <w:b w:val="0"/>
          <w:i/>
          <w:color w:val="000000"/>
          <w:sz w:val="32"/>
        </w:rPr>
        <w:t>inspiration has come over him.)</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 </w:t>
      </w:r>
      <w:r>
        <w:rPr>
          <w:rFonts w:ascii="Times New Roman" w:hAnsi="Times New Roman"/>
          <w:b w:val="0"/>
          <w:i w:val="0"/>
          <w:color w:val="000000"/>
          <w:sz w:val="32"/>
        </w:rPr>
        <w:t>P</w:t>
      </w:r>
      <w:r>
        <w:rPr>
          <w:rFonts w:ascii="Times New Roman" w:hAnsi="Times New Roman"/>
          <w:b w:val="0"/>
          <w:i w:val="0"/>
          <w:color w:val="000000"/>
          <w:sz w:val="32"/>
        </w:rPr>
        <w:t>lagiarists</w:t>
      </w:r>
      <w:r>
        <w:rPr>
          <w:rFonts w:ascii="Times New Roman" w:hAnsi="Times New Roman"/>
          <w:b w:val="0"/>
          <w:i w:val="0"/>
          <w:color w:val="000000"/>
          <w:sz w:val="32"/>
        </w:rPr>
        <w:t xml:space="preserve"> they are</w:t>
      </w:r>
      <w:r>
        <w:rPr>
          <w:rFonts w:ascii="Times New Roman" w:hAnsi="Times New Roman"/>
          <w:b w:val="0"/>
          <w:i w:val="0"/>
          <w:color w:val="000000"/>
          <w:sz w:val="32"/>
        </w:rPr>
        <w:t>, they’ll all be doin</w:t>
      </w:r>
      <w:r>
        <w:rPr>
          <w:rFonts w:ascii="Times New Roman" w:hAnsi="Times New Roman"/>
          <w:b w:val="0"/>
          <w:i w:val="0"/>
          <w:color w:val="000000"/>
          <w:sz w:val="32"/>
        </w:rPr>
        <w:t>g</w:t>
      </w:r>
      <w:r>
        <w:rPr>
          <w:rFonts w:ascii="Times New Roman" w:hAnsi="Times New Roman"/>
          <w:b w:val="0"/>
          <w:i w:val="0"/>
          <w:color w:val="000000"/>
          <w:sz w:val="32"/>
        </w:rPr>
        <w:t xml:space="preserve"> ‘The Walk’!</w:t>
      </w:r>
    </w:p>
    <w:p>
      <w:pPr>
        <w:pStyle w:val="StageDirection"/>
        <w:spacing w:before="60" w:after="100"/>
        <w:ind w:left="0" w:right="0" w:firstLine="0"/>
        <w:jc w:val="left"/>
      </w:pPr>
      <w:r>
        <w:rPr>
          <w:rFonts w:ascii="Times New Roman" w:hAnsi="Times New Roman"/>
          <w:b w:val="0"/>
          <w:i/>
          <w:color w:val="000000"/>
          <w:sz w:val="32"/>
        </w:rPr>
        <w:t>(He does a sideways goose step takeoff of</w:t>
      </w:r>
      <w:r>
        <w:rPr>
          <w:rFonts w:ascii="Times New Roman" w:hAnsi="Times New Roman"/>
          <w:b w:val="0"/>
          <w:i/>
          <w:color w:val="000000"/>
          <w:sz w:val="32"/>
        </w:rPr>
        <w:t xml:space="preserve"> ‘</w:t>
      </w:r>
      <w:r>
        <w:rPr>
          <w:rFonts w:ascii="Times New Roman" w:hAnsi="Times New Roman"/>
          <w:b w:val="0"/>
          <w:i/>
          <w:color w:val="000000"/>
          <w:sz w:val="32"/>
        </w:rPr>
        <w:t>The Walk,’ glancing over at Redmond as if he should join him)</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 </w:t>
      </w:r>
      <w:r>
        <w:rPr>
          <w:rFonts w:ascii="Times New Roman" w:hAnsi="Times New Roman"/>
          <w:b w:val="0"/>
          <w:i w:val="0"/>
          <w:color w:val="000000"/>
          <w:sz w:val="32"/>
        </w:rPr>
        <w:t>T</w:t>
      </w:r>
      <w:r>
        <w:rPr>
          <w:rFonts w:ascii="Times New Roman" w:hAnsi="Times New Roman"/>
          <w:b w:val="0"/>
          <w:i w:val="0"/>
          <w:color w:val="000000"/>
          <w:sz w:val="32"/>
        </w:rPr>
        <w:t xml:space="preserve">hey’ll claim it </w:t>
      </w:r>
      <w:r>
        <w:rPr>
          <w:rFonts w:ascii="Times New Roman" w:hAnsi="Times New Roman"/>
          <w:b w:val="0"/>
          <w:i w:val="0"/>
          <w:color w:val="000000"/>
          <w:sz w:val="32"/>
        </w:rPr>
        <w:t>for themselves</w:t>
      </w:r>
      <w:r>
        <w:rPr>
          <w:rFonts w:ascii="Times New Roman" w:hAnsi="Times New Roman"/>
          <w:b w:val="0"/>
          <w:i w:val="0"/>
          <w:color w:val="000000"/>
          <w:sz w:val="32"/>
        </w:rPr>
        <w:t xml:space="preserve">, call it something else!... </w:t>
      </w:r>
      <w:r>
        <w:rPr>
          <w:rFonts w:ascii="Times New Roman" w:hAnsi="Times New Roman"/>
          <w:b w:val="0"/>
          <w:i w:val="0"/>
          <w:color w:val="000000"/>
          <w:sz w:val="32"/>
        </w:rPr>
        <w:t>m</w:t>
      </w:r>
      <w:r>
        <w:rPr>
          <w:rFonts w:ascii="Times New Roman" w:hAnsi="Times New Roman"/>
          <w:b w:val="0"/>
          <w:i w:val="0"/>
          <w:color w:val="000000"/>
          <w:sz w:val="32"/>
        </w:rPr>
        <w:t>aybe</w:t>
      </w:r>
      <w:r>
        <w:rPr>
          <w:rFonts w:ascii="Times New Roman" w:hAnsi="Times New Roman"/>
          <w:b w:val="0"/>
          <w:i w:val="0"/>
          <w:color w:val="000000"/>
          <w:sz w:val="32"/>
        </w:rPr>
        <w:t xml:space="preserve"> ‘The </w:t>
      </w:r>
      <w:r>
        <w:rPr>
          <w:rFonts w:ascii="Times New Roman" w:hAnsi="Times New Roman"/>
          <w:b w:val="0"/>
          <w:i w:val="0"/>
          <w:color w:val="000000"/>
          <w:sz w:val="32"/>
        </w:rPr>
        <w:t>Hessian</w:t>
      </w:r>
      <w:r>
        <w:rPr>
          <w:rFonts w:ascii="Times New Roman" w:hAnsi="Times New Roman"/>
          <w:b w:val="0"/>
          <w:i w:val="0"/>
          <w:color w:val="000000"/>
          <w:sz w:val="32"/>
        </w:rPr>
        <w:t xml:space="preserve"> Hoedown’... </w:t>
      </w:r>
    </w:p>
    <w:p>
      <w:pPr>
        <w:pStyle w:val="StageDirection"/>
        <w:spacing w:before="60" w:after="100"/>
        <w:ind w:left="0" w:right="0" w:firstLine="0"/>
        <w:jc w:val="left"/>
      </w:pPr>
      <w:r>
        <w:rPr>
          <w:rFonts w:ascii="Times New Roman" w:hAnsi="Times New Roman"/>
          <w:b w:val="0"/>
          <w:i/>
          <w:color w:val="000000"/>
          <w:sz w:val="32"/>
        </w:rPr>
        <w:t xml:space="preserve">(To Western music he dances this — </w:t>
      </w:r>
      <w:r>
        <w:rPr>
          <w:rFonts w:ascii="Times New Roman" w:hAnsi="Times New Roman"/>
          <w:b w:val="0"/>
          <w:i/>
          <w:color w:val="000000"/>
          <w:sz w:val="32"/>
        </w:rPr>
        <w:t>thumbs in</w:t>
      </w:r>
      <w:r>
        <w:rPr>
          <w:rFonts w:ascii="Times New Roman" w:hAnsi="Times New Roman"/>
          <w:b w:val="0"/>
          <w:i/>
          <w:color w:val="000000"/>
          <w:sz w:val="32"/>
        </w:rPr>
        <w:t xml:space="preserve"> belt, facing out as he crosses the stage </w:t>
      </w:r>
      <w:r>
        <w:rPr>
          <w:rFonts w:ascii="Times New Roman" w:hAnsi="Times New Roman"/>
          <w:b w:val="0"/>
          <w:i/>
          <w:color w:val="000000"/>
          <w:sz w:val="32"/>
        </w:rPr>
        <w:t>twice, again</w:t>
      </w:r>
      <w:r>
        <w:rPr>
          <w:rFonts w:ascii="Times New Roman" w:hAnsi="Times New Roman"/>
          <w:b w:val="0"/>
          <w:i/>
          <w:color w:val="000000"/>
          <w:sz w:val="32"/>
        </w:rPr>
        <w:t xml:space="preserve"> looking over at Redmond.</w:t>
      </w:r>
      <w:r>
        <w:rPr>
          <w:rFonts w:ascii="Times New Roman" w:hAnsi="Times New Roman"/>
          <w:b w:val="0"/>
          <w:i/>
          <w:color w:val="000000"/>
          <w:sz w:val="32"/>
        </w:rPr>
        <w:t xml:space="preserve"> Proclaims, signing it — </w:t>
      </w:r>
      <w:r>
        <w:rPr>
          <w:rFonts w:ascii="Times New Roman" w:hAnsi="Times New Roman"/>
          <w:b w:val="0"/>
          <w:i/>
          <w:color w:val="000000"/>
          <w:sz w:val="32"/>
        </w:rPr>
        <w:t>)</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 </w:t>
      </w:r>
      <w:r>
        <w:rPr>
          <w:rFonts w:ascii="Times New Roman" w:hAnsi="Times New Roman"/>
          <w:b w:val="0"/>
          <w:i w:val="0"/>
          <w:color w:val="000000"/>
          <w:sz w:val="32"/>
        </w:rPr>
        <w:t>o</w:t>
      </w:r>
      <w:r>
        <w:rPr>
          <w:rFonts w:ascii="Times New Roman" w:hAnsi="Times New Roman"/>
          <w:b w:val="0"/>
          <w:i w:val="0"/>
          <w:color w:val="000000"/>
          <w:sz w:val="32"/>
        </w:rPr>
        <w:t>r ‘Gestapo Stomp’</w:t>
      </w:r>
      <w:r>
        <w:rPr>
          <w:rFonts w:ascii="Times New Roman" w:hAnsi="Times New Roman"/>
          <w:b w:val="0"/>
          <w:i w:val="0"/>
          <w:color w:val="000000"/>
          <w:sz w:val="32"/>
        </w:rPr>
        <w:t xml:space="preserve"> </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Ges - ta - po? </w:t>
      </w:r>
      <w:r>
        <w:rPr>
          <w:rFonts w:ascii="Times New Roman" w:hAnsi="Times New Roman"/>
          <w:b w:val="0"/>
          <w:i/>
          <w:color w:val="000000"/>
          <w:sz w:val="32"/>
        </w:rPr>
        <w:t>(</w:t>
      </w:r>
      <w:r>
        <w:rPr>
          <w:rFonts w:ascii="Times New Roman" w:hAnsi="Times New Roman"/>
          <w:b w:val="0"/>
          <w:i/>
          <w:color w:val="000000"/>
          <w:sz w:val="32"/>
        </w:rPr>
        <w:t>I</w:t>
      </w:r>
      <w:r>
        <w:rPr>
          <w:rFonts w:ascii="Times New Roman" w:hAnsi="Times New Roman"/>
          <w:b w:val="0"/>
          <w:i/>
          <w:color w:val="000000"/>
          <w:sz w:val="32"/>
        </w:rPr>
        <w:t>n desperation:)</w:t>
      </w:r>
      <w:r>
        <w:rPr>
          <w:rFonts w:ascii="Times New Roman" w:hAnsi="Times New Roman"/>
          <w:b w:val="0"/>
          <w:i w:val="0"/>
          <w:color w:val="000000"/>
          <w:sz w:val="32"/>
        </w:rPr>
        <w:t>...What</w:t>
      </w:r>
      <w:r>
        <w:rPr>
          <w:rFonts w:ascii="Times New Roman" w:hAnsi="Times New Roman"/>
          <w:b w:val="0"/>
          <w:i w:val="0"/>
          <w:color w:val="000000"/>
          <w:sz w:val="32"/>
        </w:rPr>
        <w:t xml:space="preserve"> is</w:t>
      </w:r>
      <w:r>
        <w:rPr>
          <w:rFonts w:ascii="Times New Roman" w:hAnsi="Times New Roman"/>
          <w:b w:val="0"/>
          <w:i w:val="0"/>
          <w:color w:val="000000"/>
          <w:sz w:val="32"/>
        </w:rPr>
        <w:t xml:space="preserve"> ges -ta - po?</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Something evil! </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H</w:t>
      </w:r>
      <w:r>
        <w:rPr>
          <w:rFonts w:ascii="Times New Roman" w:hAnsi="Times New Roman"/>
          <w:b w:val="0"/>
          <w:i/>
          <w:color w:val="000000"/>
          <w:sz w:val="32"/>
        </w:rPr>
        <w:t xml:space="preserve">e dances the </w:t>
      </w:r>
      <w:r>
        <w:rPr>
          <w:rFonts w:ascii="Times New Roman" w:hAnsi="Times New Roman"/>
          <w:b w:val="0"/>
          <w:i/>
          <w:color w:val="000000"/>
          <w:sz w:val="32"/>
        </w:rPr>
        <w:t>“</w:t>
      </w:r>
      <w:r>
        <w:rPr>
          <w:rFonts w:ascii="Times New Roman" w:hAnsi="Times New Roman"/>
          <w:b w:val="0"/>
          <w:i/>
          <w:color w:val="000000"/>
          <w:sz w:val="32"/>
        </w:rPr>
        <w:t>Gestapo Stomp</w:t>
      </w:r>
      <w:r>
        <w:rPr>
          <w:rFonts w:ascii="Times New Roman" w:hAnsi="Times New Roman"/>
          <w:b w:val="0"/>
          <w:i/>
          <w:color w:val="000000"/>
          <w:sz w:val="32"/>
        </w:rPr>
        <w:t xml:space="preserve">.” </w:t>
      </w:r>
      <w:r>
        <w:rPr>
          <w:rFonts w:ascii="Times New Roman" w:hAnsi="Times New Roman"/>
          <w:b w:val="0"/>
          <w:i/>
          <w:color w:val="000000"/>
          <w:sz w:val="32"/>
        </w:rPr>
        <w:t>crossing the stage, his steps heavy and rhythmic — dangerously looking back at Redmond as he goes off.)</w:t>
      </w:r>
    </w:p>
    <w:p>
      <w:pPr>
        <w:pStyle w:val="StageDirection"/>
        <w:spacing w:before="60" w:after="100"/>
        <w:ind w:left="0" w:right="0" w:firstLine="0"/>
        <w:jc w:val="left"/>
      </w:pPr>
      <w:r>
        <w:rPr>
          <w:rFonts w:ascii="Times New Roman" w:hAnsi="Times New Roman"/>
          <w:b w:val="0"/>
          <w:i/>
          <w:color w:val="000000"/>
          <w:sz w:val="32"/>
        </w:rPr>
        <w:t>(A crash.)</w:t>
      </w:r>
    </w:p>
    <w:p>
      <w:pPr>
        <w:pStyle w:val="StageDirection"/>
        <w:spacing w:before="60" w:after="100"/>
        <w:ind w:left="0" w:right="0" w:firstLine="0"/>
        <w:jc w:val="left"/>
      </w:pPr>
      <w:r>
        <w:rPr>
          <w:rFonts w:ascii="Times New Roman" w:hAnsi="Times New Roman"/>
          <w:b w:val="0"/>
          <w:i/>
          <w:color w:val="000000"/>
          <w:sz w:val="32"/>
        </w:rPr>
        <w:t>(Music stops.)</w:t>
      </w:r>
    </w:p>
    <w:p>
      <w:pPr>
        <w:pStyle w:val="StageDirection"/>
        <w:spacing w:before="60" w:after="100"/>
        <w:ind w:left="0" w:right="0" w:firstLine="0"/>
        <w:jc w:val="left"/>
      </w:pPr>
      <w:r>
        <w:rPr>
          <w:rFonts w:ascii="Times New Roman" w:hAnsi="Times New Roman"/>
          <w:b w:val="0"/>
          <w:i/>
          <w:color w:val="000000"/>
          <w:sz w:val="32"/>
        </w:rPr>
        <w:t>(Silence.)</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(A considered pause)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w:t>
      </w:r>
      <w:r>
        <w:rPr>
          <w:rFonts w:ascii="Times New Roman" w:hAnsi="Times New Roman"/>
          <w:b w:val="0"/>
          <w:i w:val="0"/>
          <w:color w:val="000000"/>
          <w:sz w:val="32"/>
        </w:rPr>
        <w:t xml:space="preserve">Gottardo, </w:t>
      </w:r>
      <w:r>
        <w:rPr>
          <w:rFonts w:ascii="Times New Roman" w:hAnsi="Times New Roman"/>
          <w:b w:val="0"/>
          <w:i w:val="0"/>
          <w:color w:val="000000"/>
          <w:sz w:val="32"/>
        </w:rPr>
        <w:t>Charlie</w:t>
      </w:r>
      <w:r>
        <w:rPr>
          <w:rFonts w:ascii="Times New Roman" w:hAnsi="Times New Roman"/>
          <w:b w:val="0"/>
          <w:i w:val="0"/>
          <w:color w:val="000000"/>
          <w:sz w:val="32"/>
        </w:rPr>
        <w:t>’s</w:t>
      </w:r>
      <w:r>
        <w:rPr>
          <w:rFonts w:ascii="Times New Roman" w:hAnsi="Times New Roman"/>
          <w:b w:val="0"/>
          <w:i w:val="0"/>
          <w:color w:val="000000"/>
          <w:sz w:val="32"/>
        </w:rPr>
        <w:t xml:space="preserve"> come up with a new dance. </w:t>
      </w:r>
      <w:r>
        <w:rPr>
          <w:rFonts w:ascii="Times New Roman" w:hAnsi="Times New Roman"/>
          <w:b w:val="0"/>
          <w:i w:val="0"/>
          <w:color w:val="000000"/>
          <w:sz w:val="32"/>
        </w:rPr>
        <w:t xml:space="preserve">Will </w:t>
      </w:r>
      <w:r>
        <w:rPr>
          <w:rFonts w:ascii="Times New Roman" w:hAnsi="Times New Roman"/>
          <w:b w:val="0"/>
          <w:i w:val="0"/>
          <w:color w:val="000000"/>
          <w:sz w:val="32"/>
        </w:rPr>
        <w:t>thrill</w:t>
      </w:r>
      <w:r>
        <w:rPr>
          <w:rFonts w:ascii="Times New Roman" w:hAnsi="Times New Roman"/>
          <w:b w:val="0"/>
          <w:i w:val="0"/>
          <w:color w:val="000000"/>
          <w:sz w:val="32"/>
        </w:rPr>
        <w:t xml:space="preserve"> </w:t>
      </w:r>
      <w:r>
        <w:rPr>
          <w:rFonts w:ascii="Times New Roman" w:hAnsi="Times New Roman"/>
          <w:b w:val="0"/>
          <w:i w:val="0"/>
          <w:color w:val="000000"/>
          <w:sz w:val="32"/>
        </w:rPr>
        <w:t>fans and anger dictators.</w:t>
      </w:r>
    </w:p>
    <w:p>
      <w:pPr>
        <w:pStyle w:val="StageDirection"/>
        <w:spacing w:before="60" w:after="100"/>
        <w:ind w:left="0" w:right="0" w:firstLine="0"/>
        <w:jc w:val="left"/>
      </w:pPr>
      <w:r>
        <w:rPr>
          <w:rFonts w:ascii="Times New Roman" w:hAnsi="Times New Roman"/>
          <w:b w:val="0"/>
          <w:i/>
          <w:color w:val="000000"/>
          <w:sz w:val="32"/>
        </w:rPr>
        <w:t xml:space="preserve">(Chaplin re-enters, hobbling on his </w:t>
      </w:r>
      <w:r>
        <w:rPr>
          <w:rFonts w:ascii="Times New Roman" w:hAnsi="Times New Roman"/>
          <w:b w:val="0"/>
          <w:i/>
          <w:color w:val="000000"/>
          <w:sz w:val="32"/>
        </w:rPr>
        <w:t>cane</w:t>
      </w:r>
      <w:r>
        <w:rPr>
          <w:rFonts w:ascii="Times New Roman" w:hAnsi="Times New Roman"/>
          <w:b w:val="0"/>
          <w:i/>
          <w:color w:val="000000"/>
          <w:sz w:val="32"/>
        </w:rPr>
        <w:t>.)</w:t>
      </w:r>
      <w:r>
        <w:rPr>
          <w:rFonts w:ascii="Times New Roman" w:hAnsi="Times New Roman"/>
          <w:b w:val="0"/>
          <w:i/>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w:t>
      </w:r>
      <w:r>
        <w:rPr>
          <w:rFonts w:ascii="Times New Roman" w:hAnsi="Times New Roman"/>
          <w:b w:val="0"/>
          <w:i w:val="0"/>
          <w:color w:val="000000"/>
          <w:sz w:val="32"/>
        </w:rPr>
        <w:t xml:space="preserve">hat </w:t>
      </w:r>
      <w:r>
        <w:rPr>
          <w:rFonts w:ascii="Times New Roman" w:hAnsi="Times New Roman"/>
          <w:b w:val="0"/>
          <w:i w:val="0"/>
          <w:color w:val="000000"/>
          <w:sz w:val="32"/>
        </w:rPr>
        <w:t xml:space="preserve">bastard </w:t>
      </w:r>
      <w:r>
        <w:rPr>
          <w:rFonts w:ascii="Times New Roman" w:hAnsi="Times New Roman"/>
          <w:b w:val="0"/>
          <w:i w:val="0"/>
          <w:color w:val="000000"/>
          <w:sz w:val="32"/>
        </w:rPr>
        <w:t>Adolf</w:t>
      </w:r>
      <w:r>
        <w:rPr>
          <w:rFonts w:ascii="Times New Roman" w:hAnsi="Times New Roman"/>
          <w:b w:val="0"/>
          <w:i w:val="0"/>
          <w:color w:val="000000"/>
          <w:sz w:val="32"/>
        </w:rPr>
        <w:t xml:space="preserve"> — </w:t>
      </w:r>
      <w:r>
        <w:rPr>
          <w:rFonts w:ascii="Times New Roman" w:hAnsi="Times New Roman"/>
          <w:b w:val="0"/>
          <w:i/>
          <w:color w:val="000000"/>
          <w:sz w:val="32"/>
        </w:rPr>
        <w:t>told you he</w:t>
      </w:r>
      <w:r>
        <w:rPr>
          <w:rFonts w:ascii="Times New Roman" w:hAnsi="Times New Roman"/>
          <w:b w:val="0"/>
          <w:i/>
          <w:color w:val="000000"/>
          <w:sz w:val="32"/>
        </w:rPr>
        <w:t>’s</w:t>
      </w:r>
      <w:r>
        <w:rPr>
          <w:rFonts w:ascii="Times New Roman" w:hAnsi="Times New Roman"/>
          <w:b w:val="0"/>
          <w:i/>
          <w:color w:val="000000"/>
          <w:sz w:val="32"/>
        </w:rPr>
        <w:t xml:space="preserve"> dangerous!</w:t>
      </w:r>
      <w:r>
        <w:rPr>
          <w:rFonts w:ascii="Times New Roman" w:hAnsi="Times New Roman"/>
          <w:b w:val="0"/>
          <w:i w:val="0"/>
          <w:color w:val="000000"/>
          <w:sz w:val="32"/>
        </w:rPr>
        <w:t xml:space="preserve"> </w:t>
      </w:r>
      <w:r>
        <w:rPr>
          <w:rFonts w:ascii="Times New Roman" w:hAnsi="Times New Roman"/>
          <w:b w:val="0"/>
          <w:i w:val="0"/>
          <w:color w:val="000000"/>
          <w:sz w:val="32"/>
        </w:rPr>
        <w:t>F</w:t>
      </w:r>
      <w:r>
        <w:rPr>
          <w:rFonts w:ascii="Times New Roman" w:hAnsi="Times New Roman"/>
          <w:b w:val="0"/>
          <w:i w:val="0"/>
          <w:color w:val="000000"/>
          <w:sz w:val="32"/>
        </w:rPr>
        <w:t>eel a new movi</w:t>
      </w:r>
      <w:r>
        <w:rPr>
          <w:rFonts w:ascii="Times New Roman" w:hAnsi="Times New Roman"/>
          <w:b w:val="0"/>
          <w:i w:val="0"/>
          <w:color w:val="000000"/>
          <w:sz w:val="32"/>
        </w:rPr>
        <w:t>ng picture</w:t>
      </w:r>
      <w:r>
        <w:rPr>
          <w:rFonts w:ascii="Times New Roman" w:hAnsi="Times New Roman"/>
          <w:b w:val="0"/>
          <w:i w:val="0"/>
          <w:color w:val="000000"/>
          <w:sz w:val="32"/>
        </w:rPr>
        <w:t xml:space="preserve"> coming on</w:t>
      </w:r>
      <w:r>
        <w:rPr>
          <w:rFonts w:ascii="Times New Roman" w:hAnsi="Times New Roman"/>
          <w:b w:val="0"/>
          <w:i w:val="0"/>
          <w:color w:val="000000"/>
          <w:sz w:val="32"/>
        </w:rPr>
        <w:t xml:space="preserve">, </w:t>
      </w:r>
      <w:r>
        <w:rPr>
          <w:rFonts w:ascii="Times New Roman" w:hAnsi="Times New Roman"/>
          <w:b w:val="0"/>
          <w:i/>
          <w:color w:val="000000"/>
          <w:sz w:val="32"/>
        </w:rPr>
        <w:t xml:space="preserve">The </w:t>
      </w:r>
      <w:r>
        <w:rPr>
          <w:rFonts w:ascii="Times New Roman" w:hAnsi="Times New Roman"/>
          <w:b w:val="0"/>
          <w:i/>
          <w:color w:val="000000"/>
          <w:sz w:val="32"/>
        </w:rPr>
        <w:t>G</w:t>
      </w:r>
      <w:r>
        <w:rPr>
          <w:rFonts w:ascii="Times New Roman" w:hAnsi="Times New Roman"/>
          <w:b w:val="0"/>
          <w:i/>
          <w:color w:val="000000"/>
          <w:sz w:val="32"/>
        </w:rPr>
        <w:t>reat</w:t>
      </w:r>
      <w:r>
        <w:rPr>
          <w:rFonts w:ascii="Times New Roman" w:hAnsi="Times New Roman"/>
          <w:b w:val="0"/>
          <w:i w:val="0"/>
          <w:color w:val="000000"/>
          <w:sz w:val="32"/>
        </w:rPr>
        <w:t xml:space="preserve"> </w:t>
      </w:r>
      <w:r>
        <w:rPr>
          <w:rFonts w:ascii="Times New Roman" w:hAnsi="Times New Roman"/>
          <w:b w:val="0"/>
          <w:i w:val="0"/>
          <w:color w:val="000000"/>
          <w:sz w:val="32"/>
        </w:rPr>
        <w:t>something</w:t>
      </w:r>
      <w:r>
        <w:rPr>
          <w:rFonts w:ascii="Times New Roman" w:hAnsi="Times New Roman"/>
          <w:b w:val="0"/>
          <w:i w:val="0"/>
          <w:color w:val="000000"/>
          <w:sz w:val="32"/>
        </w:rPr>
        <w:t xml:space="preserve"> or another</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color w:val="000000"/>
          <w:sz w:val="32"/>
        </w:rPr>
        <w:t>(Insecure, anxious.)</w:t>
      </w:r>
      <w:r>
        <w:rPr>
          <w:rFonts w:ascii="Times New Roman" w:hAnsi="Times New Roman"/>
          <w:b w:val="0"/>
          <w:i/>
          <w:color w:val="000000"/>
          <w:sz w:val="32"/>
        </w:rPr>
        <w:t xml:space="preserve">  </w:t>
      </w:r>
      <w:r>
        <w:rPr>
          <w:rFonts w:ascii="Times New Roman" w:hAnsi="Times New Roman"/>
          <w:b w:val="0"/>
          <w:i w:val="0"/>
          <w:color w:val="000000"/>
          <w:sz w:val="32"/>
        </w:rPr>
        <w:t>The Great</w:t>
      </w:r>
      <w:r>
        <w:rPr>
          <w:rFonts w:ascii="Times New Roman" w:hAnsi="Times New Roman"/>
          <w:b w:val="0"/>
          <w:i/>
          <w:color w:val="000000"/>
          <w:sz w:val="32"/>
        </w:rPr>
        <w:t xml:space="preserve"> </w:t>
      </w:r>
      <w:r>
        <w:rPr>
          <w:rFonts w:ascii="Times New Roman" w:hAnsi="Times New Roman"/>
          <w:b w:val="0"/>
          <w:i/>
          <w:color w:val="000000"/>
          <w:sz w:val="32"/>
        </w:rPr>
        <w:t>Despot</w:t>
      </w:r>
      <w:r>
        <w:rPr>
          <w:rFonts w:ascii="Times New Roman" w:hAnsi="Times New Roman"/>
          <w:b w:val="0"/>
          <w:i w:val="0"/>
          <w:color w:val="000000"/>
          <w:sz w:val="32"/>
        </w:rPr>
        <w:t xml:space="preserve"> maybe</w:t>
      </w:r>
      <w:r>
        <w:rPr>
          <w:rFonts w:ascii="Times New Roman" w:hAnsi="Times New Roman"/>
          <w:b w:val="0"/>
          <w:i w:val="0"/>
          <w:color w:val="000000"/>
          <w:sz w:val="32"/>
        </w:rPr>
        <w:t>?</w:t>
      </w:r>
      <w:r>
        <w:rPr>
          <w:rFonts w:ascii="Times New Roman" w:hAnsi="Times New Roman"/>
          <w:color w:val="000000"/>
          <w:sz w:val="32"/>
        </w:rPr>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Possibly.</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I may have to </w:t>
      </w:r>
      <w:r>
        <w:rPr>
          <w:rFonts w:ascii="Times New Roman" w:hAnsi="Times New Roman"/>
          <w:b w:val="0"/>
          <w:i w:val="0"/>
          <w:color w:val="000000"/>
          <w:sz w:val="32"/>
        </w:rPr>
        <w:t xml:space="preserve">finally </w:t>
      </w:r>
      <w:r>
        <w:rPr>
          <w:rFonts w:ascii="Times New Roman" w:hAnsi="Times New Roman"/>
          <w:b w:val="0"/>
          <w:i w:val="0"/>
          <w:color w:val="000000"/>
          <w:sz w:val="32"/>
        </w:rPr>
        <w:t xml:space="preserve">talk in </w:t>
      </w:r>
      <w:r>
        <w:rPr>
          <w:rFonts w:ascii="Times New Roman" w:hAnsi="Times New Roman"/>
          <w:b w:val="0"/>
          <w:i w:val="0"/>
          <w:color w:val="000000"/>
          <w:sz w:val="32"/>
        </w:rPr>
        <w:t>The Great Despot.</w:t>
      </w:r>
      <w:r>
        <w:rPr>
          <w:rFonts w:ascii="Times New Roman" w:hAnsi="Times New Roman"/>
          <w:b w:val="0"/>
          <w:i w:val="0"/>
          <w:color w:val="000000"/>
          <w:sz w:val="32"/>
        </w:rPr>
        <w:t xml:space="preserve"> </w:t>
      </w:r>
      <w:r>
        <w:rPr>
          <w:rFonts w:ascii="Times New Roman" w:hAnsi="Times New Roman"/>
          <w:b w:val="0"/>
          <w:i w:val="0"/>
          <w:color w:val="000000"/>
          <w:sz w:val="32"/>
        </w:rPr>
        <w:t>You don’t seem excited.</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Sorry. Worried about things.</w:t>
      </w:r>
      <w:r>
        <w:rPr>
          <w:rFonts w:ascii="Times New Roman" w:hAnsi="Times New Roman"/>
          <w:b w:val="0"/>
          <w:i w:val="0"/>
          <w:color w:val="000000"/>
          <w:sz w:val="32"/>
        </w:rPr>
        <w:t xml:space="preserve"> This, for one... </w:t>
      </w:r>
    </w:p>
    <w:p>
      <w:pPr>
        <w:pStyle w:val="StageDirection"/>
        <w:spacing w:before="60" w:after="100"/>
        <w:ind w:left="0" w:right="0" w:firstLine="0"/>
        <w:jc w:val="left"/>
      </w:pPr>
      <w:r>
        <w:rPr>
          <w:rFonts w:ascii="Times New Roman" w:hAnsi="Times New Roman"/>
          <w:b w:val="0"/>
          <w:i/>
          <w:color w:val="000000"/>
          <w:sz w:val="32"/>
        </w:rPr>
        <w:t>(Redmond slowly removes topcoat to reveal his right arm in a sling.)</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 evil salutes from me...</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(Moving closer, concerned)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How?</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w:t>
      </w:r>
      <w:r>
        <w:rPr>
          <w:rFonts w:ascii="Times New Roman" w:hAnsi="Times New Roman"/>
          <w:b w:val="0"/>
          <w:i w:val="0"/>
          <w:color w:val="000000"/>
          <w:sz w:val="32"/>
        </w:rPr>
        <w:t>hat you just did — w</w:t>
      </w:r>
      <w:r>
        <w:rPr>
          <w:rFonts w:ascii="Times New Roman" w:hAnsi="Times New Roman"/>
          <w:b w:val="0"/>
          <w:i w:val="0"/>
          <w:color w:val="000000"/>
          <w:sz w:val="32"/>
        </w:rPr>
        <w:t xml:space="preserve">alking.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O</w:t>
      </w:r>
      <w:r>
        <w:rPr>
          <w:rFonts w:ascii="Times New Roman" w:hAnsi="Times New Roman"/>
          <w:b w:val="0"/>
          <w:i w:val="0"/>
          <w:color w:val="000000"/>
          <w:sz w:val="32"/>
        </w:rPr>
        <w:t>ur walk</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No</w:t>
      </w:r>
      <w:r>
        <w:rPr>
          <w:rFonts w:ascii="Times New Roman" w:hAnsi="Times New Roman"/>
          <w:b w:val="0"/>
          <w:i w:val="0"/>
          <w:color w:val="000000"/>
          <w:sz w:val="32"/>
        </w:rPr>
        <w:t>rmal</w:t>
      </w:r>
      <w:r>
        <w:rPr>
          <w:rFonts w:ascii="Times New Roman" w:hAnsi="Times New Roman"/>
          <w:b w:val="0"/>
          <w:i w:val="0"/>
          <w:color w:val="000000"/>
          <w:sz w:val="32"/>
        </w:rPr>
        <w:t xml:space="preserve"> </w:t>
      </w:r>
      <w:r>
        <w:rPr>
          <w:rFonts w:ascii="Times New Roman" w:hAnsi="Times New Roman"/>
          <w:b w:val="0"/>
          <w:i w:val="0"/>
          <w:color w:val="000000"/>
          <w:sz w:val="32"/>
        </w:rPr>
        <w:t xml:space="preserve">human </w:t>
      </w:r>
      <w:r>
        <w:rPr>
          <w:rFonts w:ascii="Times New Roman" w:hAnsi="Times New Roman"/>
          <w:b w:val="0"/>
          <w:i w:val="0"/>
          <w:color w:val="000000"/>
          <w:sz w:val="32"/>
        </w:rPr>
        <w:t xml:space="preserve">walking. One foot in front of </w:t>
      </w:r>
      <w:r>
        <w:rPr>
          <w:rFonts w:ascii="Times New Roman" w:hAnsi="Times New Roman"/>
          <w:b w:val="0"/>
          <w:i w:val="0"/>
          <w:color w:val="000000"/>
          <w:sz w:val="32"/>
        </w:rPr>
        <w:t>the other</w:t>
      </w:r>
      <w:r>
        <w:rPr>
          <w:rFonts w:ascii="Times New Roman" w:hAnsi="Times New Roman"/>
          <w:b w:val="0"/>
          <w:i w:val="0"/>
          <w:color w:val="000000"/>
          <w:sz w:val="32"/>
        </w:rPr>
        <w:t xml:space="preserve">. </w:t>
      </w:r>
      <w:r>
        <w:rPr>
          <w:rFonts w:ascii="Times New Roman" w:hAnsi="Times New Roman"/>
          <w:b w:val="0"/>
          <w:i/>
          <w:color w:val="000000"/>
          <w:sz w:val="32"/>
        </w:rPr>
        <w:t>(Walking</w:t>
      </w:r>
      <w:r>
        <w:rPr>
          <w:rFonts w:ascii="Times New Roman" w:hAnsi="Times New Roman"/>
          <w:b w:val="0"/>
          <w:i/>
          <w:color w:val="000000"/>
          <w:sz w:val="32"/>
        </w:rPr>
        <w:t xml:space="preserve"> gingerly</w:t>
      </w:r>
      <w:r>
        <w:rPr>
          <w:rFonts w:ascii="Times New Roman" w:hAnsi="Times New Roman"/>
          <w:b w:val="0"/>
          <w:i/>
          <w:color w:val="000000"/>
          <w:sz w:val="32"/>
        </w:rPr>
        <w:t>.)</w:t>
      </w:r>
      <w:r>
        <w:rPr>
          <w:rFonts w:ascii="Times New Roman" w:hAnsi="Times New Roman"/>
          <w:b w:val="0"/>
          <w:i/>
          <w:color w:val="000000"/>
          <w:sz w:val="32"/>
        </w:rPr>
        <w:t xml:space="preserve"> </w:t>
      </w:r>
      <w:r>
        <w:rPr>
          <w:rFonts w:ascii="Times New Roman" w:hAnsi="Times New Roman"/>
          <w:b w:val="0"/>
          <w:i w:val="0"/>
          <w:color w:val="000000"/>
          <w:sz w:val="32"/>
        </w:rPr>
        <w:t>Like this</w:t>
      </w:r>
      <w:r>
        <w:rPr>
          <w:rFonts w:ascii="Times New Roman" w:hAnsi="Times New Roman"/>
          <w:b w:val="0"/>
          <w:i w:val="0"/>
          <w:color w:val="000000"/>
          <w:sz w:val="32"/>
        </w:rPr>
        <w:t xml:space="preserve"> — </w:t>
      </w:r>
      <w:r>
        <w:rPr>
          <w:rFonts w:ascii="Times New Roman" w:hAnsi="Times New Roman"/>
          <w:b w:val="0"/>
          <w:i/>
          <w:color w:val="000000"/>
          <w:sz w:val="32"/>
        </w:rPr>
        <w:t>r</w:t>
      </w:r>
      <w:r>
        <w:rPr>
          <w:rFonts w:ascii="Times New Roman" w:hAnsi="Times New Roman"/>
          <w:b w:val="0"/>
          <w:i/>
          <w:color w:val="000000"/>
          <w:sz w:val="32"/>
        </w:rPr>
        <w:t>emember?</w:t>
      </w:r>
      <w:r>
        <w:rPr>
          <w:rFonts w:ascii="Times New Roman" w:hAnsi="Times New Roman"/>
          <w:b w:val="0"/>
          <w:i w:val="0"/>
          <w:color w:val="000000"/>
          <w:sz w:val="32"/>
        </w:rPr>
        <w:t xml:space="preserve"> It was raining.</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(Relieved)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S</w:t>
      </w:r>
      <w:r>
        <w:rPr>
          <w:rFonts w:ascii="Times New Roman" w:hAnsi="Times New Roman"/>
          <w:b w:val="0"/>
          <w:i w:val="0"/>
          <w:color w:val="000000"/>
          <w:sz w:val="32"/>
        </w:rPr>
        <w:t>imply</w:t>
      </w:r>
      <w:r>
        <w:rPr>
          <w:rFonts w:ascii="Times New Roman" w:hAnsi="Times New Roman"/>
          <w:b w:val="0"/>
          <w:i w:val="0"/>
          <w:color w:val="000000"/>
          <w:sz w:val="32"/>
        </w:rPr>
        <w:t xml:space="preserve"> walking</w:t>
      </w:r>
      <w:r>
        <w:rPr>
          <w:rFonts w:ascii="Times New Roman" w:hAnsi="Times New Roman"/>
          <w:b w:val="0"/>
          <w:i w:val="0"/>
          <w:color w:val="000000"/>
          <w:sz w:val="32"/>
        </w:rPr>
        <w:t>’s</w:t>
      </w:r>
      <w:r>
        <w:rPr>
          <w:rFonts w:ascii="Times New Roman" w:hAnsi="Times New Roman"/>
          <w:b w:val="0"/>
          <w:i w:val="0"/>
          <w:color w:val="000000"/>
          <w:sz w:val="32"/>
        </w:rPr>
        <w:t xml:space="preserve"> dangerous. </w:t>
      </w:r>
      <w:r>
        <w:rPr>
          <w:rFonts w:ascii="Times New Roman" w:hAnsi="Times New Roman"/>
          <w:b w:val="0"/>
          <w:i w:val="0"/>
          <w:color w:val="000000"/>
          <w:sz w:val="32"/>
        </w:rPr>
        <w:t>L</w:t>
      </w:r>
      <w:r>
        <w:rPr>
          <w:rFonts w:ascii="Times New Roman" w:hAnsi="Times New Roman"/>
          <w:b w:val="0"/>
          <w:i w:val="0"/>
          <w:color w:val="000000"/>
          <w:sz w:val="32"/>
        </w:rPr>
        <w:t>acks character</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n</w:t>
      </w:r>
      <w:r>
        <w:rPr>
          <w:rFonts w:ascii="Times New Roman" w:hAnsi="Times New Roman"/>
          <w:b w:val="0"/>
          <w:i w:val="0"/>
          <w:color w:val="000000"/>
          <w:sz w:val="32"/>
        </w:rPr>
        <w:t>o</w:t>
      </w:r>
      <w:r>
        <w:rPr>
          <w:rFonts w:ascii="Times New Roman" w:hAnsi="Times New Roman"/>
          <w:b w:val="0"/>
          <w:i w:val="0"/>
          <w:color w:val="000000"/>
          <w:sz w:val="32"/>
        </w:rPr>
        <w:t xml:space="preserve"> rhythm</w:t>
      </w:r>
      <w:r>
        <w:rPr>
          <w:rFonts w:ascii="Times New Roman" w:hAnsi="Times New Roman"/>
          <w:b w:val="0"/>
          <w:i w:val="0"/>
          <w:color w:val="000000"/>
          <w:sz w:val="32"/>
        </w:rPr>
        <w:t xml:space="preserve">. </w:t>
      </w:r>
      <w:r>
        <w:rPr>
          <w:rFonts w:ascii="Times New Roman" w:hAnsi="Times New Roman"/>
          <w:b w:val="0"/>
          <w:i w:val="0"/>
          <w:color w:val="000000"/>
          <w:sz w:val="32"/>
        </w:rPr>
        <w:t>Most a</w:t>
      </w:r>
      <w:r>
        <w:rPr>
          <w:rFonts w:ascii="Times New Roman" w:hAnsi="Times New Roman"/>
          <w:b w:val="0"/>
          <w:i w:val="0"/>
          <w:color w:val="000000"/>
          <w:sz w:val="32"/>
        </w:rPr>
        <w:t xml:space="preserve">ccidents happen when people </w:t>
      </w:r>
      <w:r>
        <w:rPr>
          <w:rFonts w:ascii="Times New Roman" w:hAnsi="Times New Roman"/>
          <w:b w:val="0"/>
          <w:i w:val="0"/>
          <w:color w:val="000000"/>
          <w:sz w:val="32"/>
        </w:rPr>
        <w:t>walk</w:t>
      </w:r>
      <w:r>
        <w:rPr>
          <w:rFonts w:ascii="Times New Roman" w:hAnsi="Times New Roman"/>
          <w:b w:val="0"/>
          <w:i w:val="0"/>
          <w:color w:val="000000"/>
          <w:sz w:val="32"/>
        </w:rPr>
        <w:t xml:space="preserve"> normally. </w:t>
      </w:r>
      <w:r>
        <w:rPr>
          <w:rFonts w:ascii="Times New Roman" w:hAnsi="Times New Roman"/>
          <w:b w:val="0"/>
          <w:i/>
          <w:color w:val="000000"/>
          <w:sz w:val="32"/>
        </w:rPr>
        <w:t>(Removes mustache, puts it in his pocket:)</w:t>
      </w:r>
      <w:r>
        <w:rPr>
          <w:rFonts w:ascii="Times New Roman" w:hAnsi="Times New Roman"/>
          <w:b w:val="0"/>
          <w:i/>
          <w:color w:val="000000"/>
          <w:sz w:val="32"/>
        </w:rPr>
        <w:t xml:space="preserve"> </w:t>
      </w:r>
      <w:r>
        <w:rPr>
          <w:rFonts w:ascii="Times New Roman" w:hAnsi="Times New Roman"/>
          <w:b w:val="0"/>
          <w:i w:val="0"/>
          <w:color w:val="000000"/>
          <w:sz w:val="32"/>
        </w:rPr>
        <w:t>You’ll seldom see me doing it.</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(Thinks of something, smiles, almost childlike)</w:t>
      </w:r>
      <w:r>
        <w:rPr>
          <w:rFonts w:ascii="Times New Roman" w:hAnsi="Times New Roman"/>
          <w:b w:val="0"/>
          <w:color w:val="000000"/>
          <w:sz w:val="32"/>
        </w:rPr>
        <w:t>:</w:t>
      </w:r>
      <w:r>
        <w:rPr>
          <w:rFonts w:ascii="Times New Roman" w:hAnsi="Times New Roman"/>
          <w:i w:val="0"/>
          <w:color w:val="000000"/>
          <w:sz w:val="32"/>
        </w:rPr>
        <w:t xml:space="preserve"> </w:t>
      </w:r>
      <w:r>
        <w:rPr>
          <w:rFonts w:ascii="Times New Roman" w:hAnsi="Times New Roman"/>
          <w:b w:val="0"/>
          <w:i w:val="0"/>
          <w:color w:val="000000"/>
          <w:sz w:val="32"/>
        </w:rPr>
        <w:t>B</w:t>
      </w:r>
      <w:r>
        <w:rPr>
          <w:rFonts w:ascii="Times New Roman" w:hAnsi="Times New Roman"/>
          <w:b w:val="0"/>
          <w:i w:val="0"/>
          <w:color w:val="000000"/>
          <w:sz w:val="32"/>
        </w:rPr>
        <w:t>ut Charlie, b</w:t>
      </w:r>
      <w:r>
        <w:rPr>
          <w:rFonts w:ascii="Times New Roman" w:hAnsi="Times New Roman"/>
          <w:b w:val="0"/>
          <w:i w:val="0"/>
          <w:color w:val="000000"/>
          <w:sz w:val="32"/>
        </w:rPr>
        <w:t xml:space="preserve">efore it happened, </w:t>
      </w:r>
      <w:r>
        <w:rPr>
          <w:rFonts w:ascii="Times New Roman" w:hAnsi="Times New Roman"/>
          <w:b w:val="0"/>
          <w:i w:val="0"/>
          <w:color w:val="000000"/>
          <w:sz w:val="32"/>
        </w:rPr>
        <w:t xml:space="preserve">before the rain, </w:t>
      </w:r>
      <w:r>
        <w:rPr>
          <w:rFonts w:ascii="Times New Roman" w:hAnsi="Times New Roman"/>
          <w:b w:val="0"/>
          <w:i w:val="0"/>
          <w:color w:val="000000"/>
          <w:sz w:val="32"/>
        </w:rPr>
        <w:t>on</w:t>
      </w:r>
      <w:r>
        <w:rPr>
          <w:rFonts w:ascii="Times New Roman" w:hAnsi="Times New Roman"/>
          <w:b w:val="0"/>
          <w:i w:val="0"/>
          <w:color w:val="000000"/>
          <w:sz w:val="32"/>
        </w:rPr>
        <w:t xml:space="preserve"> </w:t>
      </w:r>
      <w:r>
        <w:rPr>
          <w:rFonts w:ascii="Times New Roman" w:hAnsi="Times New Roman"/>
          <w:b w:val="0"/>
          <w:i w:val="0"/>
          <w:color w:val="000000"/>
          <w:sz w:val="32"/>
        </w:rPr>
        <w:t xml:space="preserve">the beach I saw </w:t>
      </w:r>
      <w:r>
        <w:rPr>
          <w:rFonts w:ascii="Times New Roman" w:hAnsi="Times New Roman"/>
          <w:b w:val="0"/>
          <w:i w:val="0"/>
          <w:color w:val="000000"/>
          <w:sz w:val="32"/>
        </w:rPr>
        <w:t>t</w:t>
      </w:r>
      <w:r>
        <w:rPr>
          <w:rFonts w:ascii="Times New Roman" w:hAnsi="Times New Roman"/>
          <w:b w:val="0"/>
          <w:i w:val="0"/>
          <w:color w:val="000000"/>
          <w:sz w:val="32"/>
        </w:rPr>
        <w:t>his woman...</w:t>
      </w:r>
      <w:r>
        <w:rPr>
          <w:rFonts w:ascii="Times New Roman" w:hAnsi="Times New Roman"/>
          <w:b w:val="0"/>
          <w:i w:val="0"/>
          <w:color w:val="000000"/>
          <w:sz w:val="32"/>
        </w:rPr>
        <w:t xml:space="preserve"> </w:t>
      </w:r>
      <w:r>
        <w:rPr>
          <w:rFonts w:ascii="Times New Roman" w:hAnsi="Times New Roman"/>
          <w:b w:val="0"/>
          <w:i w:val="0"/>
          <w:color w:val="000000"/>
          <w:sz w:val="32"/>
        </w:rPr>
        <w:t xml:space="preserve">and these little girls... </w:t>
      </w:r>
      <w:r>
        <w:rPr>
          <w:rFonts w:ascii="Times New Roman" w:hAnsi="Times New Roman"/>
          <w:b w:val="0"/>
          <w:i w:val="0"/>
          <w:color w:val="000000"/>
          <w:sz w:val="32"/>
        </w:rPr>
        <w:t>stays</w:t>
      </w:r>
      <w:r>
        <w:rPr>
          <w:rFonts w:ascii="Times New Roman" w:hAnsi="Times New Roman"/>
          <w:b w:val="0"/>
          <w:i w:val="0"/>
          <w:color w:val="000000"/>
          <w:sz w:val="32"/>
        </w:rPr>
        <w:t xml:space="preserve"> in my head</w:t>
      </w:r>
      <w:r>
        <w:rPr>
          <w:rFonts w:ascii="Times New Roman" w:hAnsi="Times New Roman"/>
          <w:b w:val="0"/>
          <w:i w:val="0"/>
          <w:color w:val="000000"/>
          <w:sz w:val="32"/>
        </w:rPr>
        <w:t xml:space="preserve">... </w:t>
      </w:r>
      <w:r>
        <w:rPr>
          <w:rFonts w:ascii="Times New Roman" w:hAnsi="Times New Roman"/>
          <w:b w:val="0"/>
          <w:i w:val="0"/>
          <w:color w:val="000000"/>
          <w:sz w:val="32"/>
        </w:rPr>
        <w:t>can I show you?</w:t>
      </w:r>
      <w:r>
        <w:rPr>
          <w:rFonts w:ascii="Times New Roman" w:hAnsi="Times New Roman"/>
          <w:b w:val="0"/>
          <w:i w:val="0"/>
          <w:color w:val="000000"/>
          <w:sz w:val="32"/>
        </w:rPr>
        <w:t xml:space="preserve"> Paint her for you?</w:t>
      </w:r>
    </w:p>
    <w:p>
      <w:pPr>
        <w:pStyle w:val="StageDirection"/>
        <w:spacing w:before="60" w:after="100"/>
        <w:ind w:left="0" w:right="0" w:firstLine="0"/>
        <w:jc w:val="left"/>
      </w:pPr>
      <w:r>
        <w:rPr>
          <w:rFonts w:ascii="Times New Roman" w:hAnsi="Times New Roman"/>
          <w:b w:val="0"/>
          <w:i/>
          <w:color w:val="000000"/>
          <w:sz w:val="32"/>
        </w:rPr>
        <w:t xml:space="preserve">(Redmond </w:t>
      </w:r>
      <w:r>
        <w:rPr>
          <w:rFonts w:ascii="Times New Roman" w:hAnsi="Times New Roman"/>
          <w:b w:val="0"/>
          <w:i/>
          <w:color w:val="000000"/>
          <w:sz w:val="32"/>
        </w:rPr>
        <w:t xml:space="preserve">gingerly </w:t>
      </w:r>
      <w:r>
        <w:rPr>
          <w:rFonts w:ascii="Times New Roman" w:hAnsi="Times New Roman"/>
          <w:b w:val="0"/>
          <w:i/>
          <w:color w:val="000000"/>
          <w:sz w:val="32"/>
        </w:rPr>
        <w:t xml:space="preserve">sets palette out, takes brush in his left hand, sits </w:t>
      </w:r>
      <w:r>
        <w:rPr>
          <w:rFonts w:ascii="Times New Roman" w:hAnsi="Times New Roman"/>
          <w:b w:val="0"/>
          <w:i/>
          <w:color w:val="000000"/>
          <w:sz w:val="32"/>
        </w:rPr>
        <w:t xml:space="preserve">carefully </w:t>
      </w:r>
      <w:r>
        <w:rPr>
          <w:rFonts w:ascii="Times New Roman" w:hAnsi="Times New Roman"/>
          <w:b w:val="0"/>
          <w:i/>
          <w:color w:val="000000"/>
          <w:sz w:val="32"/>
        </w:rPr>
        <w:t xml:space="preserve">at easel, begins to paint. The image slowly begins to take shape on the screen. </w:t>
      </w:r>
      <w:r>
        <w:rPr>
          <w:rFonts w:ascii="Times New Roman" w:hAnsi="Times New Roman"/>
          <w:b w:val="0"/>
          <w:i/>
          <w:color w:val="000000"/>
          <w:sz w:val="32"/>
        </w:rPr>
        <w:t>A</w:t>
      </w:r>
      <w:r>
        <w:rPr>
          <w:rFonts w:ascii="Times New Roman" w:hAnsi="Times New Roman"/>
          <w:b w:val="0"/>
          <w:i/>
          <w:color w:val="000000"/>
          <w:sz w:val="32"/>
        </w:rPr>
        <w:t xml:space="preserve"> beach, beach tent, arresting figures.)</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Gottardo, Granville took a fall </w:t>
      </w:r>
      <w:r>
        <w:rPr>
          <w:rFonts w:ascii="Times New Roman" w:hAnsi="Times New Roman"/>
          <w:b w:val="0"/>
          <w:i w:val="0"/>
          <w:color w:val="000000"/>
          <w:sz w:val="32"/>
        </w:rPr>
        <w:t>on wet</w:t>
      </w:r>
      <w:r>
        <w:rPr>
          <w:rFonts w:ascii="Times New Roman" w:hAnsi="Times New Roman"/>
          <w:b w:val="0"/>
          <w:i w:val="0"/>
          <w:color w:val="000000"/>
          <w:sz w:val="32"/>
        </w:rPr>
        <w:t xml:space="preserve"> pavement</w:t>
      </w:r>
      <w:r>
        <w:rPr>
          <w:rFonts w:ascii="Times New Roman" w:hAnsi="Times New Roman"/>
          <w:b w:val="0"/>
          <w:i w:val="0"/>
          <w:color w:val="000000"/>
          <w:sz w:val="32"/>
        </w:rPr>
        <w:t>. B</w:t>
      </w:r>
      <w:r>
        <w:rPr>
          <w:rFonts w:ascii="Times New Roman" w:hAnsi="Times New Roman"/>
          <w:b w:val="0"/>
          <w:i w:val="0"/>
          <w:color w:val="000000"/>
          <w:sz w:val="32"/>
        </w:rPr>
        <w:t xml:space="preserve">roke his arm — </w:t>
      </w:r>
      <w:r>
        <w:rPr>
          <w:rFonts w:ascii="Times New Roman" w:hAnsi="Times New Roman"/>
          <w:b w:val="0"/>
          <w:i w:val="0"/>
          <w:color w:val="000000"/>
          <w:sz w:val="32"/>
        </w:rPr>
        <w:t>his</w:t>
      </w:r>
      <w:r>
        <w:rPr>
          <w:rFonts w:ascii="Times New Roman" w:hAnsi="Times New Roman"/>
          <w:b w:val="0"/>
          <w:i w:val="0"/>
          <w:color w:val="000000"/>
          <w:sz w:val="32"/>
        </w:rPr>
        <w:t xml:space="preserve"> non-painting arm</w:t>
      </w:r>
      <w:r>
        <w:rPr>
          <w:rFonts w:ascii="Times New Roman" w:hAnsi="Times New Roman"/>
          <w:b w:val="0"/>
          <w:i w:val="0"/>
          <w:color w:val="000000"/>
          <w:sz w:val="32"/>
        </w:rPr>
        <w:t xml:space="preserve">. </w:t>
      </w:r>
      <w:r>
        <w:rPr>
          <w:rFonts w:ascii="Times New Roman" w:hAnsi="Times New Roman"/>
          <w:b w:val="0"/>
          <w:i w:val="0"/>
          <w:color w:val="000000"/>
          <w:sz w:val="32"/>
        </w:rPr>
        <w:t xml:space="preserve">We’re not used to rain </w:t>
      </w:r>
      <w:r>
        <w:rPr>
          <w:rFonts w:ascii="Times New Roman" w:hAnsi="Times New Roman"/>
          <w:b w:val="0"/>
          <w:i w:val="0"/>
          <w:color w:val="000000"/>
          <w:sz w:val="32"/>
        </w:rPr>
        <w:t>in Los Angeles</w:t>
      </w:r>
      <w:r>
        <w:rPr>
          <w:rFonts w:ascii="Times New Roman" w:hAnsi="Times New Roman"/>
          <w:b w:val="0"/>
          <w:i w:val="0"/>
          <w:color w:val="000000"/>
          <w:sz w:val="32"/>
        </w:rPr>
        <w:t xml:space="preserve"> </w:t>
      </w:r>
      <w:r>
        <w:rPr>
          <w:rFonts w:ascii="Times New Roman" w:hAnsi="Times New Roman"/>
          <w:b w:val="0"/>
          <w:i w:val="0"/>
          <w:color w:val="000000"/>
          <w:sz w:val="32"/>
        </w:rPr>
        <w:t xml:space="preserve">like </w:t>
      </w:r>
      <w:r>
        <w:rPr>
          <w:rFonts w:ascii="Times New Roman" w:hAnsi="Times New Roman"/>
          <w:b w:val="0"/>
          <w:i w:val="0"/>
          <w:color w:val="000000"/>
          <w:sz w:val="32"/>
        </w:rPr>
        <w:t>you San Francisco</w:t>
      </w:r>
      <w:r>
        <w:rPr>
          <w:rFonts w:ascii="Times New Roman" w:hAnsi="Times New Roman"/>
          <w:b w:val="0"/>
          <w:i w:val="0"/>
          <w:color w:val="000000"/>
          <w:sz w:val="32"/>
        </w:rPr>
        <w:t xml:space="preserve"> people</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C</w:t>
      </w:r>
      <w:r>
        <w:rPr>
          <w:rFonts w:ascii="Times New Roman" w:hAnsi="Times New Roman"/>
          <w:b w:val="0"/>
          <w:i w:val="0"/>
          <w:color w:val="000000"/>
          <w:sz w:val="32"/>
        </w:rPr>
        <w:t>lumsy in it</w:t>
      </w:r>
      <w:r>
        <w:rPr>
          <w:rFonts w:ascii="Times New Roman" w:hAnsi="Times New Roman"/>
          <w:b w:val="0"/>
          <w:i w:val="0"/>
          <w:color w:val="000000"/>
          <w:sz w:val="32"/>
        </w:rPr>
        <w:t xml:space="preserve">. </w:t>
      </w:r>
      <w:r>
        <w:rPr>
          <w:rStyle w:val="CommentReference"/>
          <w:color w:val="000000"/>
          <w:sz w:val="32"/>
        </w:rPr>
      </w:r>
    </w:p>
    <w:p>
      <w:pPr>
        <w:pStyle w:val="StageDirection"/>
        <w:spacing w:before="60" w:after="100"/>
        <w:ind w:left="0" w:right="0" w:firstLine="0"/>
        <w:jc w:val="left"/>
      </w:pPr>
      <w:r>
        <w:rPr>
          <w:rFonts w:ascii="Times New Roman" w:hAnsi="Times New Roman"/>
          <w:b w:val="0"/>
          <w:i/>
          <w:color w:val="000000"/>
          <w:sz w:val="32"/>
        </w:rPr>
        <w:t xml:space="preserve">(On screen, beach scene begins to </w:t>
      </w:r>
      <w:r>
        <w:rPr>
          <w:rFonts w:ascii="Times New Roman" w:hAnsi="Times New Roman"/>
          <w:b w:val="0"/>
          <w:i/>
          <w:color w:val="000000"/>
          <w:sz w:val="32"/>
        </w:rPr>
        <w:t>form</w:t>
      </w:r>
      <w:r>
        <w:rPr>
          <w:rFonts w:ascii="Times New Roman" w:hAnsi="Times New Roman"/>
          <w:b w:val="0"/>
          <w:i/>
          <w:color w:val="000000"/>
          <w:sz w:val="32"/>
        </w:rPr>
        <w:t>; Chaplin</w:t>
      </w:r>
      <w:r>
        <w:rPr>
          <w:rFonts w:ascii="Times New Roman" w:hAnsi="Times New Roman"/>
          <w:b w:val="0"/>
          <w:i/>
          <w:color w:val="000000"/>
          <w:sz w:val="32"/>
        </w:rPr>
        <w:t xml:space="preserve"> stares at it.)</w:t>
      </w:r>
    </w:p>
    <w:p>
      <w:pPr>
        <w:pStyle w:val="Dialogue"/>
        <w:keepLines/>
        <w:spacing w:before="40" w:after="120" w:line="259" w:lineRule="auto"/>
        <w:ind w:left="0" w:right="0" w:firstLine="0"/>
        <w:jc w:val="left"/>
      </w:pPr>
      <w:r>
        <w:rPr>
          <w:rFonts w:ascii="Times New Roman" w:hAnsi="Times New Roman"/>
          <w:b w:val="0"/>
          <w:i w:val="0"/>
          <w:color w:val="000000"/>
          <w:sz w:val="32"/>
        </w:rPr>
        <w:t>S</w:t>
      </w:r>
      <w:r>
        <w:rPr>
          <w:rFonts w:ascii="Times New Roman" w:hAnsi="Times New Roman"/>
          <w:b w:val="0"/>
          <w:i w:val="0"/>
          <w:color w:val="000000"/>
          <w:sz w:val="32"/>
        </w:rPr>
        <w:t xml:space="preserve">till, </w:t>
      </w:r>
      <w:r>
        <w:rPr>
          <w:rFonts w:ascii="Times New Roman" w:hAnsi="Times New Roman"/>
          <w:b w:val="0"/>
          <w:i w:val="0"/>
          <w:color w:val="000000"/>
          <w:sz w:val="32"/>
        </w:rPr>
        <w:t>have to hand it to him, no matter what</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color w:val="000000"/>
          <w:sz w:val="32"/>
        </w:rPr>
        <w:t xml:space="preserve">he </w:t>
      </w:r>
      <w:r>
        <w:rPr>
          <w:rFonts w:ascii="Times New Roman" w:hAnsi="Times New Roman"/>
          <w:b w:val="0"/>
          <w:i/>
          <w:color w:val="000000"/>
          <w:sz w:val="32"/>
        </w:rPr>
        <w:t>paints</w:t>
      </w:r>
      <w:r>
        <w:rPr>
          <w:rFonts w:ascii="Times New Roman" w:hAnsi="Times New Roman"/>
          <w:b w:val="0"/>
          <w:i/>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A</w:t>
      </w:r>
      <w:r>
        <w:rPr>
          <w:rFonts w:ascii="Times New Roman" w:hAnsi="Times New Roman"/>
          <w:b w:val="0"/>
          <w:i/>
          <w:color w:val="000000"/>
          <w:sz w:val="32"/>
        </w:rPr>
        <w:t xml:space="preserve"> woman with a</w:t>
      </w:r>
      <w:r>
        <w:rPr>
          <w:rFonts w:ascii="Times New Roman" w:hAnsi="Times New Roman"/>
          <w:b w:val="0"/>
          <w:i/>
          <w:color w:val="000000"/>
          <w:sz w:val="32"/>
        </w:rPr>
        <w:t xml:space="preserve"> </w:t>
      </w:r>
      <w:r>
        <w:rPr>
          <w:rFonts w:ascii="Times New Roman" w:hAnsi="Times New Roman"/>
          <w:b w:val="0"/>
          <w:i/>
          <w:color w:val="000000"/>
          <w:sz w:val="32"/>
        </w:rPr>
        <w:t xml:space="preserve">parasol walking toward the </w:t>
      </w:r>
      <w:r>
        <w:rPr>
          <w:rFonts w:ascii="Times New Roman" w:hAnsi="Times New Roman"/>
          <w:b w:val="0"/>
          <w:i/>
          <w:color w:val="000000"/>
          <w:sz w:val="32"/>
        </w:rPr>
        <w:t>viewer, wearing</w:t>
      </w:r>
      <w:r>
        <w:rPr>
          <w:rFonts w:ascii="Times New Roman" w:hAnsi="Times New Roman"/>
          <w:b w:val="0"/>
          <w:i/>
          <w:color w:val="000000"/>
          <w:sz w:val="32"/>
        </w:rPr>
        <w:t xml:space="preserve"> a sleeveless blouse, a </w:t>
      </w:r>
      <w:r>
        <w:rPr>
          <w:rFonts w:ascii="Times New Roman" w:hAnsi="Times New Roman"/>
          <w:b w:val="0"/>
          <w:i/>
          <w:color w:val="000000"/>
          <w:sz w:val="32"/>
        </w:rPr>
        <w:t xml:space="preserve">wispy </w:t>
      </w:r>
      <w:r>
        <w:rPr>
          <w:rFonts w:ascii="Times New Roman" w:hAnsi="Times New Roman"/>
          <w:b w:val="0"/>
          <w:i/>
          <w:color w:val="000000"/>
          <w:sz w:val="32"/>
        </w:rPr>
        <w:t xml:space="preserve">skirt, </w:t>
      </w:r>
      <w:r>
        <w:rPr>
          <w:rFonts w:ascii="Times New Roman" w:hAnsi="Times New Roman"/>
          <w:b w:val="0"/>
          <w:i/>
          <w:color w:val="000000"/>
          <w:sz w:val="32"/>
        </w:rPr>
        <w:t>s</w:t>
      </w:r>
      <w:r>
        <w:rPr>
          <w:rFonts w:ascii="Times New Roman" w:hAnsi="Times New Roman"/>
          <w:b w:val="0"/>
          <w:i/>
          <w:color w:val="000000"/>
          <w:sz w:val="32"/>
        </w:rPr>
        <w:t xml:space="preserve">everal little girls </w:t>
      </w:r>
      <w:r>
        <w:rPr>
          <w:rFonts w:ascii="Times New Roman" w:hAnsi="Times New Roman"/>
          <w:b w:val="0"/>
          <w:i/>
          <w:color w:val="000000"/>
          <w:sz w:val="32"/>
        </w:rPr>
        <w:t xml:space="preserve">intently </w:t>
      </w:r>
      <w:r>
        <w:rPr>
          <w:rFonts w:ascii="Times New Roman" w:hAnsi="Times New Roman"/>
          <w:b w:val="0"/>
          <w:i/>
          <w:color w:val="000000"/>
          <w:sz w:val="32"/>
        </w:rPr>
        <w:t>watching the woman pass</w:t>
      </w:r>
      <w:r>
        <w:rPr>
          <w:rFonts w:ascii="Times New Roman" w:hAnsi="Times New Roman"/>
          <w:b w:val="0"/>
          <w:i/>
          <w:color w:val="000000"/>
          <w:sz w:val="32"/>
        </w:rPr>
        <w:t>, people under beach umbrellas</w:t>
      </w:r>
      <w:r>
        <w:rPr>
          <w:rFonts w:ascii="Times New Roman" w:hAnsi="Times New Roman"/>
          <w:b w:val="0"/>
          <w:i/>
          <w:color w:val="000000"/>
          <w:sz w:val="32"/>
        </w:rPr>
        <w:t xml:space="preserve">. </w:t>
      </w:r>
      <w:r>
        <w:rPr>
          <w:rFonts w:ascii="Times New Roman" w:hAnsi="Times New Roman"/>
          <w:b w:val="0"/>
          <w:i/>
          <w:color w:val="000000"/>
          <w:sz w:val="32"/>
        </w:rPr>
        <w:t>Chaplin takes a few steps toward the image. Redmond stops painting.)</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 </w:t>
      </w:r>
      <w:r>
        <w:rPr>
          <w:rFonts w:ascii="Times New Roman" w:hAnsi="Times New Roman"/>
          <w:b w:val="0"/>
          <w:i w:val="0"/>
          <w:color w:val="000000"/>
          <w:sz w:val="32"/>
        </w:rPr>
        <w:t>r</w:t>
      </w:r>
      <w:r>
        <w:rPr>
          <w:rFonts w:ascii="Times New Roman" w:hAnsi="Times New Roman"/>
          <w:b w:val="0"/>
          <w:i w:val="0"/>
          <w:color w:val="000000"/>
          <w:sz w:val="32"/>
        </w:rPr>
        <w:t xml:space="preserve">ecently experiencing numbness </w:t>
      </w:r>
      <w:r>
        <w:rPr>
          <w:rFonts w:ascii="Times New Roman" w:hAnsi="Times New Roman"/>
          <w:b w:val="0"/>
          <w:i w:val="0"/>
          <w:color w:val="000000"/>
          <w:sz w:val="32"/>
        </w:rPr>
        <w:t xml:space="preserve">in his </w:t>
      </w:r>
      <w:r>
        <w:rPr>
          <w:rFonts w:ascii="Times New Roman" w:hAnsi="Times New Roman"/>
          <w:b w:val="0"/>
          <w:i w:val="0"/>
          <w:color w:val="000000"/>
          <w:sz w:val="32"/>
        </w:rPr>
        <w:t xml:space="preserve">painting hand, </w:t>
      </w:r>
      <w:r>
        <w:rPr>
          <w:rFonts w:ascii="Times New Roman" w:hAnsi="Times New Roman"/>
          <w:b w:val="0"/>
          <w:i w:val="0"/>
          <w:color w:val="000000"/>
          <w:sz w:val="32"/>
        </w:rPr>
        <w:t>circulation problem</w:t>
      </w:r>
      <w:r>
        <w:rPr>
          <w:rFonts w:ascii="Times New Roman" w:hAnsi="Times New Roman"/>
          <w:b w:val="0"/>
          <w:i w:val="0"/>
          <w:color w:val="000000"/>
          <w:sz w:val="32"/>
        </w:rPr>
        <w:t>, p</w:t>
      </w:r>
      <w:r>
        <w:rPr>
          <w:rFonts w:ascii="Times New Roman" w:hAnsi="Times New Roman"/>
          <w:b w:val="0"/>
          <w:i w:val="0"/>
          <w:color w:val="000000"/>
          <w:sz w:val="32"/>
        </w:rPr>
        <w:t>aints through the pain...</w:t>
      </w:r>
      <w:r>
        <w:rPr>
          <w:rStyle w:val="CommentReference"/>
          <w:color w:val="000000"/>
          <w:sz w:val="32"/>
        </w:rPr>
      </w:r>
    </w:p>
    <w:p>
      <w:pPr>
        <w:pStyle w:val="StageDirection"/>
        <w:spacing w:before="60" w:after="100"/>
        <w:ind w:left="0" w:right="0" w:firstLine="0"/>
        <w:jc w:val="left"/>
      </w:pPr>
      <w:r>
        <w:rPr>
          <w:rFonts w:ascii="Times New Roman" w:hAnsi="Times New Roman"/>
          <w:b w:val="0"/>
          <w:i/>
          <w:color w:val="000000"/>
          <w:sz w:val="32"/>
        </w:rPr>
        <w:t xml:space="preserve"> </w:t>
      </w:r>
      <w:r>
        <w:rPr>
          <w:rFonts w:ascii="Times New Roman" w:hAnsi="Times New Roman"/>
          <w:b w:val="0"/>
          <w:i/>
          <w:color w:val="000000"/>
          <w:sz w:val="32"/>
        </w:rPr>
        <w:t xml:space="preserve">(Redmond tries </w:t>
      </w:r>
      <w:r>
        <w:rPr>
          <w:rFonts w:ascii="Times New Roman" w:hAnsi="Times New Roman"/>
          <w:b w:val="0"/>
          <w:i/>
          <w:color w:val="000000"/>
          <w:sz w:val="32"/>
        </w:rPr>
        <w:t>again,</w:t>
      </w:r>
      <w:r>
        <w:rPr>
          <w:rFonts w:ascii="Times New Roman" w:hAnsi="Times New Roman"/>
          <w:b w:val="0"/>
          <w:i/>
          <w:color w:val="000000"/>
          <w:sz w:val="32"/>
        </w:rPr>
        <w:t xml:space="preserve"> </w:t>
      </w:r>
      <w:r>
        <w:rPr>
          <w:rFonts w:ascii="Times New Roman" w:hAnsi="Times New Roman"/>
          <w:b w:val="0"/>
          <w:i/>
          <w:color w:val="000000"/>
          <w:sz w:val="32"/>
        </w:rPr>
        <w:t xml:space="preserve">in pain </w:t>
      </w:r>
      <w:r>
        <w:rPr>
          <w:rFonts w:ascii="Times New Roman" w:hAnsi="Times New Roman"/>
          <w:b w:val="0"/>
          <w:i/>
          <w:color w:val="000000"/>
          <w:sz w:val="32"/>
        </w:rPr>
        <w:t>sets brush down</w:t>
      </w:r>
      <w:r>
        <w:rPr>
          <w:rFonts w:ascii="Times New Roman" w:hAnsi="Times New Roman"/>
          <w:b w:val="0"/>
          <w:i/>
          <w:color w:val="000000"/>
          <w:sz w:val="32"/>
        </w:rPr>
        <w:t>.)</w:t>
      </w:r>
    </w:p>
    <w:p>
      <w:pPr>
        <w:pStyle w:val="Dialogue"/>
        <w:keepLines/>
        <w:spacing w:before="40" w:after="120" w:line="259" w:lineRule="auto"/>
        <w:ind w:left="0" w:right="0" w:firstLine="0"/>
        <w:jc w:val="left"/>
      </w:pPr>
      <w:r>
        <w:rPr>
          <w:rFonts w:ascii="Times New Roman" w:hAnsi="Times New Roman"/>
          <w:b w:val="0"/>
          <w:i w:val="0"/>
          <w:color w:val="000000"/>
          <w:sz w:val="32"/>
        </w:rPr>
        <w:t>... or did</w:t>
      </w:r>
      <w:r>
        <w:rPr>
          <w:rFonts w:ascii="Times New Roman" w:hAnsi="Times New Roman"/>
          <w:b w:val="0"/>
          <w:i w:val="0"/>
          <w:color w:val="000000"/>
          <w:sz w:val="32"/>
        </w:rPr>
        <w:t xml:space="preserve">... </w:t>
      </w:r>
      <w:r>
        <w:rPr>
          <w:rFonts w:ascii="Times New Roman" w:hAnsi="Times New Roman"/>
          <w:b w:val="0"/>
          <w:i w:val="0"/>
          <w:color w:val="000000"/>
          <w:sz w:val="32"/>
        </w:rPr>
        <w:t xml:space="preserve">worse now... </w:t>
      </w:r>
      <w:r>
        <w:rPr>
          <w:rFonts w:ascii="Times New Roman" w:hAnsi="Times New Roman"/>
          <w:b w:val="0"/>
          <w:i w:val="0"/>
          <w:color w:val="000000"/>
          <w:sz w:val="32"/>
        </w:rPr>
        <w:t>d</w:t>
      </w:r>
      <w:r>
        <w:rPr>
          <w:rFonts w:ascii="Times New Roman" w:hAnsi="Times New Roman"/>
          <w:b w:val="0"/>
          <w:i w:val="0"/>
          <w:color w:val="000000"/>
          <w:sz w:val="32"/>
        </w:rPr>
        <w:t xml:space="preserve">octors </w:t>
      </w:r>
      <w:r>
        <w:rPr>
          <w:rFonts w:ascii="Times New Roman" w:hAnsi="Times New Roman"/>
          <w:b w:val="0"/>
          <w:i w:val="0"/>
          <w:color w:val="000000"/>
          <w:sz w:val="32"/>
        </w:rPr>
        <w:t>not sure</w:t>
      </w:r>
      <w:r>
        <w:rPr>
          <w:rFonts w:ascii="Times New Roman" w:hAnsi="Times New Roman"/>
          <w:b w:val="0"/>
          <w:i w:val="0"/>
          <w:color w:val="000000"/>
          <w:sz w:val="32"/>
        </w:rPr>
        <w:t xml:space="preserve"> how to treat it... Granville</w:t>
      </w:r>
      <w:r>
        <w:rPr>
          <w:rFonts w:ascii="Times New Roman" w:hAnsi="Times New Roman"/>
          <w:b w:val="0"/>
          <w:i w:val="0"/>
          <w:color w:val="000000"/>
          <w:sz w:val="32"/>
        </w:rPr>
        <w:t>’s</w:t>
      </w:r>
      <w:r>
        <w:rPr>
          <w:rFonts w:ascii="Times New Roman" w:hAnsi="Times New Roman"/>
          <w:b w:val="0"/>
          <w:i w:val="0"/>
          <w:color w:val="000000"/>
          <w:sz w:val="32"/>
        </w:rPr>
        <w:t xml:space="preserve"> joyfulness </w:t>
      </w:r>
      <w:r>
        <w:rPr>
          <w:rFonts w:ascii="Times New Roman" w:hAnsi="Times New Roman"/>
          <w:b w:val="0"/>
          <w:i w:val="0"/>
          <w:color w:val="000000"/>
          <w:sz w:val="32"/>
        </w:rPr>
        <w:t>when painting</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 xml:space="preserve"> </w:t>
      </w:r>
      <w:r>
        <w:rPr>
          <w:rFonts w:ascii="Times New Roman" w:hAnsi="Times New Roman"/>
          <w:b w:val="0"/>
          <w:i/>
          <w:color w:val="000000"/>
          <w:sz w:val="32"/>
        </w:rPr>
        <w:t>(Redmond furiously hurl brush</w:t>
      </w:r>
      <w:r>
        <w:rPr>
          <w:rFonts w:ascii="Times New Roman" w:hAnsi="Times New Roman"/>
          <w:b w:val="0"/>
          <w:i/>
          <w:color w:val="000000"/>
          <w:sz w:val="32"/>
        </w:rPr>
        <w:t>, hurting his hand doing it</w:t>
      </w:r>
      <w:r>
        <w:rPr>
          <w:rFonts w:ascii="Times New Roman" w:hAnsi="Times New Roman"/>
          <w:b w:val="0"/>
          <w:i/>
          <w:color w:val="000000"/>
          <w:sz w:val="32"/>
        </w:rPr>
        <w:t>.)</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 </w:t>
      </w:r>
      <w:r>
        <w:rPr>
          <w:rFonts w:ascii="Times New Roman" w:hAnsi="Times New Roman"/>
          <w:b w:val="0"/>
          <w:i w:val="0"/>
          <w:color w:val="000000"/>
          <w:sz w:val="32"/>
        </w:rPr>
        <w:t>disappearing</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 xml:space="preserve">(Redmond gets up, </w:t>
      </w:r>
      <w:r>
        <w:rPr>
          <w:rFonts w:ascii="Times New Roman" w:hAnsi="Times New Roman"/>
          <w:b w:val="0"/>
          <w:i/>
          <w:color w:val="000000"/>
          <w:sz w:val="32"/>
        </w:rPr>
        <w:t xml:space="preserve">carefully </w:t>
      </w:r>
      <w:r>
        <w:rPr>
          <w:rFonts w:ascii="Times New Roman" w:hAnsi="Times New Roman"/>
          <w:b w:val="0"/>
          <w:i/>
          <w:color w:val="000000"/>
          <w:sz w:val="32"/>
        </w:rPr>
        <w:t xml:space="preserve">picks up his </w:t>
      </w:r>
      <w:r>
        <w:rPr>
          <w:rFonts w:ascii="Times New Roman" w:hAnsi="Times New Roman"/>
          <w:b w:val="0"/>
          <w:i/>
          <w:color w:val="000000"/>
          <w:sz w:val="32"/>
        </w:rPr>
        <w:t>coat, leaves</w:t>
      </w:r>
      <w:r>
        <w:rPr>
          <w:rFonts w:ascii="Times New Roman" w:hAnsi="Times New Roman"/>
          <w:b w:val="0"/>
          <w:i/>
          <w:color w:val="000000"/>
          <w:sz w:val="32"/>
        </w:rPr>
        <w:t>.</w:t>
      </w:r>
      <w:r>
        <w:rPr>
          <w:rFonts w:ascii="Times New Roman" w:hAnsi="Times New Roman"/>
          <w:b w:val="0"/>
          <w:i/>
          <w:color w:val="000000"/>
          <w:sz w:val="32"/>
        </w:rPr>
        <w:t xml:space="preserve"> Lighting change.)</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(Pause)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w:t>
      </w:r>
      <w:r>
        <w:rPr>
          <w:rFonts w:ascii="Times New Roman" w:hAnsi="Times New Roman"/>
          <w:b w:val="0"/>
          <w:i w:val="0"/>
          <w:color w:val="000000"/>
          <w:sz w:val="32"/>
        </w:rPr>
        <w:t xml:space="preserve">aven’t seen him for </w:t>
      </w:r>
      <w:r>
        <w:rPr>
          <w:rFonts w:ascii="Times New Roman" w:hAnsi="Times New Roman"/>
          <w:b w:val="0"/>
          <w:i w:val="0"/>
          <w:color w:val="000000"/>
          <w:sz w:val="32"/>
        </w:rPr>
        <w:t>days</w:t>
      </w:r>
      <w:r>
        <w:rPr>
          <w:rFonts w:ascii="Times New Roman" w:hAnsi="Times New Roman"/>
          <w:b w:val="0"/>
          <w:i w:val="0"/>
          <w:color w:val="000000"/>
          <w:sz w:val="32"/>
        </w:rPr>
        <w:t xml:space="preserve">... </w:t>
      </w:r>
      <w:r>
        <w:rPr>
          <w:rFonts w:ascii="Times New Roman" w:hAnsi="Times New Roman"/>
          <w:b w:val="0"/>
          <w:i w:val="0"/>
          <w:color w:val="000000"/>
          <w:sz w:val="32"/>
        </w:rPr>
        <w:t>C</w:t>
      </w:r>
      <w:r>
        <w:rPr>
          <w:rFonts w:ascii="Times New Roman" w:hAnsi="Times New Roman"/>
          <w:b w:val="0"/>
          <w:i w:val="0"/>
          <w:color w:val="000000"/>
          <w:sz w:val="32"/>
        </w:rPr>
        <w:t xml:space="preserve">ome into his studio when </w:t>
      </w:r>
      <w:r>
        <w:rPr>
          <w:rFonts w:ascii="Times New Roman" w:hAnsi="Times New Roman"/>
          <w:b w:val="0"/>
          <w:i w:val="0"/>
          <w:color w:val="000000"/>
          <w:sz w:val="32"/>
        </w:rPr>
        <w:t>not</w:t>
      </w:r>
      <w:r>
        <w:rPr>
          <w:rFonts w:ascii="Times New Roman" w:hAnsi="Times New Roman"/>
          <w:b w:val="0"/>
          <w:i w:val="0"/>
          <w:color w:val="000000"/>
          <w:sz w:val="32"/>
        </w:rPr>
        <w:t xml:space="preserve"> filming — no Granville... </w:t>
      </w:r>
      <w:r>
        <w:rPr>
          <w:rFonts w:ascii="Times New Roman" w:hAnsi="Times New Roman"/>
          <w:b w:val="0"/>
          <w:i w:val="0"/>
          <w:color w:val="000000"/>
          <w:sz w:val="32"/>
        </w:rPr>
        <w:t>N</w:t>
      </w:r>
      <w:r>
        <w:rPr>
          <w:rFonts w:ascii="Times New Roman" w:hAnsi="Times New Roman"/>
          <w:b w:val="0"/>
          <w:i w:val="0"/>
          <w:color w:val="000000"/>
          <w:sz w:val="32"/>
        </w:rPr>
        <w:t>o one to sign to!</w:t>
      </w:r>
      <w:r>
        <w:rPr>
          <w:rFonts w:ascii="Times New Roman" w:hAnsi="Times New Roman"/>
          <w:b w:val="0"/>
          <w:i w:val="0"/>
          <w:color w:val="000000"/>
          <w:sz w:val="32"/>
        </w:rPr>
        <w:t xml:space="preserve"> </w:t>
      </w:r>
      <w:r>
        <w:rPr>
          <w:rFonts w:ascii="Times New Roman" w:hAnsi="Times New Roman"/>
          <w:b w:val="0"/>
          <w:i/>
          <w:color w:val="000000"/>
          <w:sz w:val="32"/>
        </w:rPr>
        <w:t>(Paces, moving his fingers to suit the following.)</w:t>
      </w:r>
      <w:r>
        <w:rPr>
          <w:rFonts w:ascii="Times New Roman" w:hAnsi="Times New Roman"/>
          <w:b w:val="0"/>
          <w:i/>
          <w:color w:val="000000"/>
          <w:sz w:val="32"/>
        </w:rPr>
        <w:t xml:space="preserve"> </w:t>
      </w:r>
      <w:r>
        <w:rPr>
          <w:rFonts w:ascii="Times New Roman" w:hAnsi="Times New Roman"/>
          <w:b w:val="0"/>
          <w:i w:val="0"/>
          <w:color w:val="000000"/>
          <w:sz w:val="32"/>
        </w:rPr>
        <w:t>Gottardo</w:t>
      </w:r>
      <w:r>
        <w:rPr>
          <w:rFonts w:ascii="Times New Roman" w:hAnsi="Times New Roman"/>
          <w:b w:val="0"/>
          <w:i/>
          <w:color w:val="000000"/>
          <w:sz w:val="32"/>
        </w:rPr>
        <w:t xml:space="preserve">, </w:t>
      </w:r>
      <w:r>
        <w:rPr>
          <w:rFonts w:ascii="Times New Roman" w:hAnsi="Times New Roman"/>
          <w:b w:val="0"/>
          <w:i w:val="0"/>
          <w:color w:val="000000"/>
          <w:sz w:val="32"/>
        </w:rPr>
        <w:t>it’s</w:t>
      </w:r>
      <w:r>
        <w:rPr>
          <w:rFonts w:ascii="Times New Roman" w:hAnsi="Times New Roman"/>
          <w:b w:val="0"/>
          <w:i w:val="0"/>
          <w:color w:val="000000"/>
          <w:sz w:val="32"/>
        </w:rPr>
        <w:t xml:space="preserve"> nothing to </w:t>
      </w:r>
      <w:r>
        <w:rPr>
          <w:rFonts w:ascii="Times New Roman" w:hAnsi="Times New Roman"/>
          <w:b w:val="0"/>
          <w:i/>
          <w:color w:val="000000"/>
          <w:sz w:val="32"/>
        </w:rPr>
        <w:t>talk</w:t>
      </w:r>
      <w:r>
        <w:rPr>
          <w:rFonts w:ascii="Times New Roman" w:hAnsi="Times New Roman"/>
          <w:b w:val="0"/>
          <w:i w:val="0"/>
          <w:color w:val="000000"/>
          <w:sz w:val="32"/>
        </w:rPr>
        <w:t xml:space="preserve"> to yourself, </w:t>
      </w:r>
      <w:r>
        <w:rPr>
          <w:rFonts w:ascii="Times New Roman" w:hAnsi="Times New Roman"/>
          <w:b w:val="0"/>
          <w:i/>
          <w:color w:val="000000"/>
          <w:sz w:val="32"/>
        </w:rPr>
        <w:t>but to sign to yourself</w:t>
      </w:r>
      <w:r>
        <w:rPr>
          <w:rFonts w:ascii="Times New Roman" w:hAnsi="Times New Roman"/>
          <w:b w:val="0"/>
          <w:i/>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Wills his fingers to stop moving</w:t>
      </w:r>
      <w:r>
        <w:rPr>
          <w:rFonts w:ascii="Times New Roman" w:hAnsi="Times New Roman"/>
          <w:b w:val="0"/>
          <w:i/>
          <w:color w:val="000000"/>
          <w:sz w:val="32"/>
        </w:rPr>
        <w:t>;</w:t>
      </w:r>
      <w:r>
        <w:rPr>
          <w:rFonts w:ascii="Times New Roman" w:hAnsi="Times New Roman"/>
          <w:b w:val="0"/>
          <w:i/>
          <w:color w:val="000000"/>
          <w:sz w:val="32"/>
        </w:rPr>
        <w:t xml:space="preserve"> successful</w:t>
      </w:r>
      <w:r>
        <w:rPr>
          <w:rFonts w:ascii="Times New Roman" w:hAnsi="Times New Roman"/>
          <w:b w:val="0"/>
          <w:i/>
          <w:color w:val="000000"/>
          <w:sz w:val="32"/>
        </w:rPr>
        <w:t xml:space="preserve"> after a struggle</w:t>
      </w:r>
      <w:r>
        <w:rPr>
          <w:rFonts w:ascii="Times New Roman" w:hAnsi="Times New Roman"/>
          <w:b w:val="0"/>
          <w:i/>
          <w:color w:val="000000"/>
          <w:sz w:val="32"/>
        </w:rPr>
        <w:t>, a</w:t>
      </w:r>
      <w:r>
        <w:rPr>
          <w:rFonts w:ascii="Times New Roman" w:hAnsi="Times New Roman"/>
          <w:b w:val="0"/>
          <w:i/>
          <w:color w:val="000000"/>
          <w:sz w:val="32"/>
        </w:rPr>
        <w:t xml:space="preserve">pproaches image of </w:t>
      </w:r>
      <w:r>
        <w:rPr>
          <w:rFonts w:ascii="Times New Roman" w:hAnsi="Times New Roman"/>
          <w:b w:val="0"/>
          <w:i/>
          <w:color w:val="000000"/>
          <w:sz w:val="32"/>
        </w:rPr>
        <w:t xml:space="preserve">the </w:t>
      </w:r>
      <w:r>
        <w:rPr>
          <w:rFonts w:ascii="Times New Roman" w:hAnsi="Times New Roman"/>
          <w:b w:val="0"/>
          <w:i/>
          <w:color w:val="000000"/>
          <w:sz w:val="32"/>
        </w:rPr>
        <w:t>Redmond painting — stares, taken by it.)</w:t>
      </w:r>
    </w:p>
    <w:p>
      <w:pPr>
        <w:pStyle w:val="Dialogue"/>
        <w:keepLines/>
        <w:spacing w:before="40" w:after="120" w:line="259" w:lineRule="auto"/>
        <w:ind w:left="0" w:right="0" w:firstLine="0"/>
        <w:jc w:val="left"/>
      </w:pPr>
      <w:r>
        <w:rPr>
          <w:rFonts w:ascii="Times New Roman" w:hAnsi="Times New Roman"/>
          <w:b w:val="0"/>
          <w:i w:val="0"/>
          <w:color w:val="000000"/>
          <w:sz w:val="32"/>
        </w:rPr>
        <w:t>He l</w:t>
      </w:r>
      <w:r>
        <w:rPr>
          <w:rFonts w:ascii="Times New Roman" w:hAnsi="Times New Roman"/>
          <w:b w:val="0"/>
          <w:i w:val="0"/>
          <w:color w:val="000000"/>
          <w:sz w:val="32"/>
        </w:rPr>
        <w:t>eft a</w:t>
      </w:r>
      <w:r>
        <w:rPr>
          <w:rFonts w:ascii="Times New Roman" w:hAnsi="Times New Roman"/>
          <w:b w:val="0"/>
          <w:i w:val="0"/>
          <w:color w:val="000000"/>
          <w:sz w:val="32"/>
        </w:rPr>
        <w:t>n unfinished</w:t>
      </w:r>
      <w:r>
        <w:rPr>
          <w:rFonts w:ascii="Times New Roman" w:hAnsi="Times New Roman"/>
          <w:b w:val="0"/>
          <w:i w:val="0"/>
          <w:color w:val="000000"/>
          <w:sz w:val="32"/>
        </w:rPr>
        <w:t xml:space="preserve"> painting</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r>
        <w:rPr>
          <w:rFonts w:ascii="Times New Roman" w:hAnsi="Times New Roman"/>
          <w:b w:val="0"/>
          <w:i w:val="0"/>
          <w:color w:val="000000"/>
          <w:sz w:val="32"/>
        </w:rPr>
        <w:t xml:space="preserve">woman on a beach.  </w:t>
      </w:r>
      <w:r>
        <w:rPr>
          <w:rFonts w:ascii="Times New Roman" w:hAnsi="Times New Roman"/>
          <w:b w:val="0"/>
          <w:i w:val="0"/>
          <w:color w:val="000000"/>
          <w:sz w:val="32"/>
        </w:rPr>
        <w:t>Rare</w:t>
      </w:r>
      <w:r>
        <w:rPr>
          <w:rFonts w:ascii="Times New Roman" w:hAnsi="Times New Roman"/>
          <w:b w:val="0"/>
          <w:i w:val="0"/>
          <w:color w:val="000000"/>
          <w:sz w:val="32"/>
        </w:rPr>
        <w:t xml:space="preserve"> him </w:t>
      </w:r>
      <w:r>
        <w:rPr>
          <w:rFonts w:ascii="Times New Roman" w:hAnsi="Times New Roman"/>
          <w:b w:val="0"/>
          <w:i w:val="0"/>
          <w:color w:val="000000"/>
          <w:sz w:val="32"/>
        </w:rPr>
        <w:t>doing</w:t>
      </w:r>
      <w:r>
        <w:rPr>
          <w:rFonts w:ascii="Times New Roman" w:hAnsi="Times New Roman"/>
          <w:b w:val="0"/>
          <w:i w:val="0"/>
          <w:color w:val="000000"/>
          <w:sz w:val="32"/>
        </w:rPr>
        <w:t xml:space="preserve"> people, as you know. </w:t>
      </w:r>
      <w:r>
        <w:rPr>
          <w:rFonts w:ascii="Times New Roman" w:hAnsi="Times New Roman"/>
          <w:b w:val="0"/>
          <w:i/>
          <w:color w:val="000000"/>
          <w:sz w:val="32"/>
        </w:rPr>
        <w:t>(Sig</w:t>
      </w:r>
      <w:r>
        <w:rPr>
          <w:rFonts w:ascii="Times New Roman" w:hAnsi="Times New Roman"/>
          <w:b w:val="0"/>
          <w:i/>
          <w:color w:val="000000"/>
          <w:sz w:val="32"/>
        </w:rPr>
        <w:t>h</w:t>
      </w:r>
      <w:r>
        <w:rPr>
          <w:rFonts w:ascii="Times New Roman" w:hAnsi="Times New Roman"/>
          <w:b w:val="0"/>
          <w:i/>
          <w:color w:val="000000"/>
          <w:sz w:val="32"/>
        </w:rPr>
        <w:t>s.)</w:t>
      </w:r>
      <w:r>
        <w:rPr>
          <w:rFonts w:ascii="Times New Roman" w:hAnsi="Times New Roman"/>
          <w:b w:val="0"/>
          <w:i w:val="0"/>
          <w:color w:val="000000"/>
          <w:sz w:val="32"/>
        </w:rPr>
        <w:t xml:space="preserve"> </w:t>
      </w:r>
      <w:r>
        <w:rPr>
          <w:rFonts w:ascii="Times New Roman" w:hAnsi="Times New Roman"/>
          <w:b w:val="0"/>
          <w:i w:val="0"/>
          <w:color w:val="000000"/>
          <w:sz w:val="32"/>
        </w:rPr>
        <w:t>W</w:t>
      </w:r>
      <w:r>
        <w:rPr>
          <w:rFonts w:ascii="Times New Roman" w:hAnsi="Times New Roman"/>
          <w:b w:val="0"/>
          <w:i w:val="0"/>
          <w:color w:val="000000"/>
          <w:sz w:val="32"/>
        </w:rPr>
        <w:t xml:space="preserve">alks with </w:t>
      </w:r>
      <w:r>
        <w:rPr>
          <w:rFonts w:ascii="Times New Roman" w:hAnsi="Times New Roman"/>
          <w:b w:val="0"/>
          <w:i w:val="0"/>
          <w:color w:val="000000"/>
          <w:sz w:val="32"/>
        </w:rPr>
        <w:t xml:space="preserve">a kind of </w:t>
      </w:r>
      <w:r>
        <w:rPr>
          <w:rFonts w:ascii="Times New Roman" w:hAnsi="Times New Roman"/>
          <w:b w:val="0"/>
          <w:i w:val="0"/>
          <w:color w:val="000000"/>
          <w:sz w:val="32"/>
        </w:rPr>
        <w:t>elegance</w:t>
      </w:r>
      <w:r>
        <w:rPr>
          <w:rFonts w:ascii="Times New Roman" w:hAnsi="Times New Roman"/>
          <w:b w:val="0"/>
          <w:i w:val="0"/>
          <w:color w:val="000000"/>
          <w:sz w:val="32"/>
        </w:rPr>
        <w:t xml:space="preserve"> i</w:t>
      </w:r>
      <w:r>
        <w:rPr>
          <w:rFonts w:ascii="Times New Roman" w:hAnsi="Times New Roman"/>
          <w:b w:val="0"/>
          <w:i w:val="0"/>
          <w:color w:val="000000"/>
          <w:sz w:val="32"/>
        </w:rPr>
        <w:t>n a world of her own</w:t>
      </w:r>
      <w:r>
        <w:rPr>
          <w:rFonts w:ascii="Times New Roman" w:hAnsi="Times New Roman"/>
          <w:b w:val="0"/>
          <w:i w:val="0"/>
          <w:color w:val="000000"/>
          <w:sz w:val="32"/>
        </w:rPr>
        <w:t>... quite</w:t>
      </w:r>
      <w:r>
        <w:rPr>
          <w:rFonts w:ascii="Times New Roman" w:hAnsi="Times New Roman"/>
          <w:b w:val="0"/>
          <w:i w:val="0"/>
          <w:color w:val="000000"/>
          <w:sz w:val="32"/>
        </w:rPr>
        <w:t xml:space="preserve"> </w:t>
      </w:r>
      <w:r>
        <w:rPr>
          <w:rFonts w:ascii="Times New Roman" w:hAnsi="Times New Roman"/>
          <w:b w:val="0"/>
          <w:i w:val="0"/>
          <w:color w:val="000000"/>
          <w:sz w:val="32"/>
        </w:rPr>
        <w:t xml:space="preserve">... quite </w:t>
      </w:r>
      <w:r>
        <w:rPr>
          <w:rFonts w:ascii="Times New Roman" w:hAnsi="Times New Roman"/>
          <w:b w:val="0"/>
          <w:i w:val="0"/>
          <w:color w:val="000000"/>
          <w:sz w:val="32"/>
        </w:rPr>
        <w:t>lovely.</w:t>
      </w:r>
    </w:p>
    <w:p>
      <w:pPr>
        <w:pStyle w:val="StageDirection"/>
        <w:spacing w:before="60" w:after="100"/>
        <w:ind w:left="0" w:right="0" w:firstLine="0"/>
        <w:jc w:val="left"/>
      </w:pPr>
      <w:r>
        <w:rPr>
          <w:rFonts w:ascii="Times New Roman" w:hAnsi="Times New Roman"/>
          <w:b w:val="0"/>
          <w:i/>
          <w:color w:val="000000"/>
          <w:sz w:val="32"/>
        </w:rPr>
        <w:t>(Sits, puts elbows on knees, chin on hands, stares at image, sighs.)</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I wonder if </w:t>
      </w:r>
      <w:r>
        <w:rPr>
          <w:rFonts w:ascii="Times New Roman" w:hAnsi="Times New Roman"/>
          <w:b w:val="0"/>
          <w:i w:val="0"/>
          <w:color w:val="000000"/>
          <w:sz w:val="32"/>
        </w:rPr>
        <w:t xml:space="preserve">he’ll </w:t>
      </w:r>
      <w:r>
        <w:rPr>
          <w:rFonts w:ascii="Times New Roman" w:hAnsi="Times New Roman"/>
          <w:b w:val="0"/>
          <w:i w:val="0"/>
          <w:color w:val="000000"/>
          <w:sz w:val="32"/>
        </w:rPr>
        <w:t xml:space="preserve">finish... don’t know I want him to... fallen </w:t>
      </w:r>
      <w:r>
        <w:rPr>
          <w:rFonts w:ascii="Times New Roman" w:hAnsi="Times New Roman"/>
          <w:b w:val="0"/>
          <w:i w:val="0"/>
          <w:color w:val="000000"/>
          <w:sz w:val="32"/>
        </w:rPr>
        <w:t>for</w:t>
      </w:r>
      <w:r>
        <w:rPr>
          <w:rFonts w:ascii="Times New Roman" w:hAnsi="Times New Roman"/>
          <w:b w:val="0"/>
          <w:i w:val="0"/>
          <w:color w:val="000000"/>
          <w:sz w:val="32"/>
        </w:rPr>
        <w:t xml:space="preserve"> her </w:t>
      </w:r>
      <w:r>
        <w:rPr>
          <w:rFonts w:ascii="Times New Roman" w:hAnsi="Times New Roman"/>
          <w:b w:val="0"/>
          <w:i w:val="0"/>
          <w:color w:val="000000"/>
          <w:sz w:val="32"/>
        </w:rPr>
        <w:t>as</w:t>
      </w:r>
      <w:r>
        <w:rPr>
          <w:rFonts w:ascii="Times New Roman" w:hAnsi="Times New Roman"/>
          <w:b w:val="0"/>
          <w:i w:val="0"/>
          <w:color w:val="000000"/>
          <w:sz w:val="32"/>
        </w:rPr>
        <w:t xml:space="preserve"> is... lovely... unafraid... sure of herself...</w:t>
      </w:r>
    </w:p>
    <w:p>
      <w:pPr>
        <w:pStyle w:val="CharacterCue"/>
        <w:keepLines/>
        <w:spacing w:before="40" w:after="120" w:line="259" w:lineRule="auto"/>
        <w:ind w:left="0" w:right="0" w:firstLine="0"/>
        <w:jc w:val="left"/>
      </w:pPr>
      <w:r>
        <w:rPr>
          <w:rFonts w:ascii="Arial" w:hAnsi="Arial"/>
          <w:b/>
          <w:color w:val="000000"/>
          <w:sz w:val="32"/>
        </w:rPr>
        <w:t>REDMOND’S VOICE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Dear Charlie... </w:t>
      </w:r>
    </w:p>
    <w:p>
      <w:pPr>
        <w:pStyle w:val="StageDirection"/>
        <w:spacing w:before="60" w:after="100"/>
        <w:ind w:left="0" w:right="0" w:firstLine="0"/>
        <w:jc w:val="left"/>
      </w:pPr>
      <w:r>
        <w:rPr>
          <w:rFonts w:ascii="Times New Roman" w:hAnsi="Times New Roman"/>
          <w:b w:val="0"/>
          <w:i/>
          <w:color w:val="000000"/>
          <w:sz w:val="32"/>
        </w:rPr>
        <w:t>(Chaplin sits straight, alert.)</w:t>
      </w:r>
    </w:p>
    <w:p>
      <w:pPr>
        <w:pStyle w:val="Dialogue"/>
        <w:keepLines/>
        <w:spacing w:before="40" w:after="120" w:line="259" w:lineRule="auto"/>
        <w:ind w:left="0" w:right="0" w:firstLine="0"/>
        <w:jc w:val="left"/>
      </w:pPr>
      <w:r>
        <w:rPr>
          <w:rFonts w:ascii="Times New Roman" w:hAnsi="Times New Roman"/>
          <w:b w:val="0"/>
          <w:i w:val="0"/>
          <w:color w:val="000000"/>
          <w:sz w:val="32"/>
        </w:rPr>
        <w:t>D</w:t>
      </w:r>
      <w:r>
        <w:rPr>
          <w:rFonts w:ascii="Times New Roman" w:hAnsi="Times New Roman"/>
          <w:b w:val="0"/>
          <w:i w:val="0"/>
          <w:color w:val="000000"/>
          <w:sz w:val="32"/>
        </w:rPr>
        <w:t xml:space="preserve">on’t know when I’ll </w:t>
      </w:r>
      <w:r>
        <w:rPr>
          <w:rFonts w:ascii="Times New Roman" w:hAnsi="Times New Roman"/>
          <w:b w:val="0"/>
          <w:i w:val="0"/>
          <w:color w:val="000000"/>
          <w:sz w:val="32"/>
        </w:rPr>
        <w:t>be</w:t>
      </w:r>
      <w:r>
        <w:rPr>
          <w:rFonts w:ascii="Times New Roman" w:hAnsi="Times New Roman"/>
          <w:b w:val="0"/>
          <w:i w:val="0"/>
          <w:color w:val="000000"/>
          <w:sz w:val="32"/>
        </w:rPr>
        <w:t xml:space="preserve"> back</w:t>
      </w:r>
      <w:r>
        <w:rPr>
          <w:rFonts w:ascii="Times New Roman" w:hAnsi="Times New Roman"/>
          <w:b w:val="0"/>
          <w:i w:val="0"/>
          <w:color w:val="000000"/>
          <w:sz w:val="32"/>
        </w:rPr>
        <w:t xml:space="preserve">. </w:t>
      </w:r>
      <w:r>
        <w:rPr>
          <w:rFonts w:ascii="Times New Roman" w:hAnsi="Times New Roman"/>
          <w:b w:val="0"/>
          <w:i w:val="0"/>
          <w:color w:val="000000"/>
          <w:sz w:val="32"/>
        </w:rPr>
        <w:t>The circulation thing</w:t>
      </w:r>
      <w:r>
        <w:rPr>
          <w:rFonts w:ascii="Times New Roman" w:hAnsi="Times New Roman"/>
          <w:b w:val="0"/>
          <w:i w:val="0"/>
          <w:color w:val="000000"/>
          <w:sz w:val="32"/>
        </w:rPr>
        <w:t xml:space="preserve">, painting arm poorly, broken arm better </w:t>
      </w:r>
      <w:r>
        <w:rPr>
          <w:rFonts w:ascii="Times New Roman" w:hAnsi="Times New Roman"/>
          <w:b w:val="0"/>
          <w:i w:val="0"/>
          <w:color w:val="000000"/>
          <w:sz w:val="32"/>
        </w:rPr>
        <w:t xml:space="preserve">... </w:t>
      </w:r>
      <w:r>
        <w:rPr>
          <w:rFonts w:ascii="Times New Roman" w:hAnsi="Times New Roman"/>
          <w:b w:val="0"/>
          <w:i w:val="0"/>
          <w:color w:val="000000"/>
          <w:sz w:val="32"/>
        </w:rPr>
        <w:t xml:space="preserve">still, </w:t>
      </w:r>
      <w:r>
        <w:rPr>
          <w:rFonts w:ascii="Times New Roman" w:hAnsi="Times New Roman"/>
          <w:b w:val="0"/>
          <w:i w:val="0"/>
          <w:color w:val="000000"/>
          <w:sz w:val="32"/>
        </w:rPr>
        <w:t xml:space="preserve">Venus De Milo... </w:t>
      </w:r>
      <w:r>
        <w:rPr>
          <w:rFonts w:ascii="Times New Roman" w:hAnsi="Times New Roman"/>
          <w:b w:val="0"/>
          <w:i/>
          <w:color w:val="000000"/>
          <w:sz w:val="32"/>
        </w:rPr>
        <w:t>(Pause</w:t>
      </w:r>
      <w:r>
        <w:rPr>
          <w:rFonts w:ascii="Times New Roman" w:hAnsi="Times New Roman"/>
          <w:b w:val="0"/>
          <w:i/>
          <w:color w:val="000000"/>
          <w:sz w:val="32"/>
        </w:rPr>
        <w:t>, shyly</w:t>
      </w:r>
      <w:r>
        <w:rPr>
          <w:rFonts w:ascii="Times New Roman" w:hAnsi="Times New Roman"/>
          <w:b w:val="0"/>
          <w:i/>
          <w:color w:val="000000"/>
          <w:sz w:val="32"/>
        </w:rPr>
        <w:t>.)</w:t>
      </w:r>
      <w:r>
        <w:rPr>
          <w:rFonts w:ascii="Times New Roman" w:hAnsi="Times New Roman"/>
          <w:b w:val="0"/>
          <w:i/>
          <w:color w:val="000000"/>
          <w:sz w:val="32"/>
        </w:rPr>
        <w:t xml:space="preserve"> </w:t>
      </w:r>
      <w:r>
        <w:rPr>
          <w:rFonts w:ascii="Times New Roman" w:hAnsi="Times New Roman"/>
          <w:b w:val="0"/>
          <w:i w:val="0"/>
          <w:color w:val="000000"/>
          <w:sz w:val="32"/>
        </w:rPr>
        <w:t xml:space="preserve">Might </w:t>
      </w:r>
      <w:r>
        <w:rPr>
          <w:rFonts w:ascii="Times New Roman" w:hAnsi="Times New Roman"/>
          <w:b w:val="0"/>
          <w:i w:val="0"/>
          <w:color w:val="000000"/>
          <w:sz w:val="32"/>
        </w:rPr>
        <w:t>there be a role</w:t>
      </w:r>
      <w:r>
        <w:rPr>
          <w:rFonts w:ascii="Times New Roman" w:hAnsi="Times New Roman"/>
          <w:b w:val="0"/>
          <w:i w:val="0"/>
          <w:color w:val="000000"/>
          <w:sz w:val="32"/>
        </w:rPr>
        <w:t xml:space="preserve"> for me? Running low on money.  </w:t>
      </w:r>
      <w:r>
        <w:rPr>
          <w:rFonts w:ascii="Times New Roman" w:hAnsi="Times New Roman"/>
          <w:b w:val="0"/>
          <w:i w:val="0"/>
          <w:color w:val="000000"/>
          <w:sz w:val="32"/>
        </w:rPr>
        <w:t>Pl</w:t>
      </w:r>
      <w:r>
        <w:rPr>
          <w:rFonts w:ascii="Times New Roman" w:hAnsi="Times New Roman"/>
          <w:b w:val="0"/>
          <w:i w:val="0"/>
          <w:color w:val="000000"/>
          <w:sz w:val="32"/>
        </w:rPr>
        <w:t>ay an onlooker</w:t>
      </w:r>
      <w:r>
        <w:rPr>
          <w:rFonts w:ascii="Times New Roman" w:hAnsi="Times New Roman"/>
          <w:b w:val="0"/>
          <w:i w:val="0"/>
          <w:color w:val="000000"/>
          <w:sz w:val="32"/>
        </w:rPr>
        <w:t>...</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N</w:t>
      </w:r>
      <w:r>
        <w:rPr>
          <w:rFonts w:ascii="Times New Roman" w:hAnsi="Times New Roman"/>
          <w:b w:val="0"/>
          <w:i w:val="0"/>
          <w:color w:val="000000"/>
          <w:sz w:val="32"/>
        </w:rPr>
        <w:t>eed s</w:t>
      </w:r>
      <w:r>
        <w:rPr>
          <w:rFonts w:ascii="Times New Roman" w:hAnsi="Times New Roman"/>
          <w:b w:val="0"/>
          <w:i w:val="0"/>
          <w:color w:val="000000"/>
          <w:sz w:val="32"/>
        </w:rPr>
        <w:t>omeone in a crowd scene</w:t>
      </w:r>
      <w:r>
        <w:rPr>
          <w:rFonts w:ascii="Times New Roman" w:hAnsi="Times New Roman"/>
          <w:b w:val="0"/>
          <w:i w:val="0"/>
          <w:color w:val="000000"/>
          <w:sz w:val="32"/>
        </w:rPr>
        <w:t xml:space="preserve"> standing there</w:t>
      </w:r>
      <w:r>
        <w:rPr>
          <w:rFonts w:ascii="Times New Roman" w:hAnsi="Times New Roman"/>
          <w:b w:val="0"/>
          <w:i w:val="0"/>
          <w:color w:val="000000"/>
          <w:sz w:val="32"/>
        </w:rPr>
        <w:t>, no arm waving</w:t>
      </w:r>
      <w:r>
        <w:rPr>
          <w:rFonts w:ascii="Times New Roman" w:hAnsi="Times New Roman"/>
          <w:b w:val="0"/>
          <w:i w:val="0"/>
          <w:color w:val="000000"/>
          <w:sz w:val="32"/>
        </w:rPr>
        <w:t xml:space="preserve">? </w:t>
      </w:r>
      <w:r>
        <w:rPr>
          <w:rFonts w:ascii="Times New Roman" w:hAnsi="Times New Roman"/>
          <w:b w:val="0"/>
          <w:i w:val="0"/>
          <w:color w:val="000000"/>
          <w:sz w:val="32"/>
        </w:rPr>
        <w:t>I take up a lot of room</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No false pride now</w:t>
      </w:r>
      <w:r>
        <w:rPr>
          <w:rFonts w:ascii="Times New Roman" w:hAnsi="Times New Roman"/>
          <w:b w:val="0"/>
          <w:i w:val="0"/>
          <w:color w:val="000000"/>
          <w:sz w:val="32"/>
        </w:rPr>
        <w:t>...</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(A silence.)</w:t>
      </w:r>
    </w:p>
    <w:p>
      <w:pPr>
        <w:pStyle w:val="Dialogue"/>
        <w:keepLines/>
        <w:spacing w:before="40" w:after="120" w:line="259" w:lineRule="auto"/>
        <w:ind w:left="0" w:right="0" w:firstLine="0"/>
        <w:jc w:val="left"/>
      </w:pPr>
      <w:r>
        <w:rPr>
          <w:rFonts w:ascii="Times New Roman" w:hAnsi="Times New Roman"/>
          <w:b w:val="0"/>
          <w:i w:val="0"/>
          <w:color w:val="000000"/>
          <w:sz w:val="32"/>
        </w:rPr>
        <w:t>One thing more</w:t>
      </w:r>
      <w:r>
        <w:rPr>
          <w:rFonts w:ascii="Times New Roman" w:hAnsi="Times New Roman"/>
          <w:b w:val="0"/>
          <w:i w:val="0"/>
          <w:color w:val="000000"/>
          <w:sz w:val="32"/>
        </w:rPr>
        <w:t xml:space="preserve"> </w:t>
      </w:r>
      <w:r>
        <w:rPr>
          <w:rFonts w:ascii="Times New Roman" w:hAnsi="Times New Roman"/>
          <w:b w:val="0"/>
          <w:i w:val="0"/>
          <w:color w:val="000000"/>
          <w:sz w:val="32"/>
        </w:rPr>
        <w:t>... left an unfinished painting</w:t>
      </w:r>
      <w:r>
        <w:rPr>
          <w:rFonts w:ascii="Times New Roman" w:hAnsi="Times New Roman"/>
          <w:b w:val="0"/>
          <w:i w:val="0"/>
          <w:color w:val="000000"/>
          <w:sz w:val="32"/>
        </w:rPr>
        <w:t>,</w:t>
      </w:r>
      <w:r>
        <w:rPr>
          <w:rFonts w:ascii="Times New Roman" w:hAnsi="Times New Roman"/>
          <w:b w:val="0"/>
          <w:i w:val="0"/>
          <w:color w:val="000000"/>
          <w:sz w:val="32"/>
        </w:rPr>
        <w:t xml:space="preserve"> woman walking on a </w:t>
      </w:r>
      <w:r>
        <w:rPr>
          <w:rFonts w:ascii="Times New Roman" w:hAnsi="Times New Roman"/>
          <w:b w:val="0"/>
          <w:i w:val="0"/>
          <w:color w:val="000000"/>
          <w:sz w:val="32"/>
        </w:rPr>
        <w:t>beach</w:t>
      </w:r>
      <w:r>
        <w:rPr>
          <w:rFonts w:ascii="Times New Roman" w:hAnsi="Times New Roman"/>
          <w:b w:val="0"/>
          <w:i w:val="0"/>
          <w:color w:val="000000"/>
          <w:sz w:val="32"/>
        </w:rPr>
        <w:t>... children watching her... Maybe you threw it out. But if still on the premises... well, incomplete work... Someone could sign my name ... Get rid of it for me, please — burn it or something.</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(Jumps to his feet)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color w:val="000000"/>
          <w:sz w:val="32"/>
        </w:rPr>
        <w:t>Burn it?!</w:t>
      </w:r>
    </w:p>
    <w:p>
      <w:pPr>
        <w:pStyle w:val="CharacterCue"/>
        <w:keepLines/>
        <w:spacing w:before="40" w:after="120" w:line="259" w:lineRule="auto"/>
        <w:ind w:left="0" w:right="0" w:firstLine="0"/>
        <w:jc w:val="left"/>
      </w:pPr>
      <w:r>
        <w:rPr>
          <w:rFonts w:ascii="Arial" w:hAnsi="Arial"/>
          <w:b/>
          <w:color w:val="000000"/>
          <w:sz w:val="32"/>
        </w:rPr>
        <w:t>REDMOND’S VOICE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Granville.</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The hell you say, </w:t>
      </w:r>
      <w:r>
        <w:rPr>
          <w:rFonts w:ascii="Times New Roman" w:hAnsi="Times New Roman"/>
          <w:b w:val="0"/>
          <w:i/>
          <w:color w:val="000000"/>
          <w:sz w:val="32"/>
        </w:rPr>
        <w:t xml:space="preserve">Granville! </w:t>
      </w:r>
    </w:p>
    <w:p>
      <w:pPr>
        <w:pStyle w:val="StageDirection"/>
        <w:spacing w:before="60" w:after="100"/>
        <w:ind w:left="0" w:right="0" w:firstLine="0"/>
        <w:jc w:val="left"/>
      </w:pPr>
      <w:r>
        <w:rPr>
          <w:rFonts w:ascii="Times New Roman" w:hAnsi="Times New Roman"/>
          <w:b w:val="0"/>
          <w:i/>
          <w:color w:val="000000"/>
          <w:sz w:val="32"/>
        </w:rPr>
        <w:t>(Stares at painting, paces, stops, pantomimes writing, scribbling madly.)</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(Urgent)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Dear Gottardo, Granville wants to —</w:t>
      </w:r>
    </w:p>
    <w:p>
      <w:pPr>
        <w:pStyle w:val="CharacterCue"/>
        <w:keepLines/>
        <w:spacing w:before="40" w:after="120" w:line="259" w:lineRule="auto"/>
        <w:ind w:left="0" w:right="0" w:firstLine="0"/>
        <w:jc w:val="left"/>
      </w:pPr>
      <w:r>
        <w:rPr>
          <w:rFonts w:ascii="Arial" w:hAnsi="Arial"/>
          <w:b/>
          <w:color w:val="000000"/>
          <w:sz w:val="32"/>
        </w:rPr>
        <w:t>PIAZZONI’S VOICE</w:t>
      </w:r>
      <w:r>
        <w:rPr>
          <w:color w:val="000000"/>
          <w:sz w:val="32"/>
        </w:rPr>
        <w:t xml:space="preserve"> </w:t>
      </w:r>
      <w:r>
        <w:rPr>
          <w:rFonts w:ascii="Times New Roman" w:hAnsi="Times New Roman"/>
          <w:b w:val="0"/>
          <w:i/>
          <w:color w:val="000000"/>
          <w:sz w:val="32"/>
        </w:rPr>
        <w:t>(Quick response)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Charlie, it’s his painting.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But — </w:t>
      </w:r>
    </w:p>
    <w:p>
      <w:pPr>
        <w:pStyle w:val="CharacterCue"/>
        <w:keepLines/>
        <w:spacing w:before="40" w:after="120" w:line="259" w:lineRule="auto"/>
        <w:ind w:left="0" w:right="0" w:firstLine="0"/>
        <w:jc w:val="left"/>
      </w:pPr>
      <w:r>
        <w:rPr>
          <w:rFonts w:ascii="Arial" w:hAnsi="Arial"/>
          <w:b/>
          <w:color w:val="000000"/>
          <w:sz w:val="32"/>
        </w:rPr>
        <w:t>PIAZZONI’S VOICE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Whatever he wants to do with it —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You don’t understand — </w:t>
      </w:r>
    </w:p>
    <w:p>
      <w:pPr>
        <w:pStyle w:val="StageDirection"/>
        <w:spacing w:before="60" w:after="100"/>
        <w:ind w:left="0" w:right="0" w:firstLine="0"/>
        <w:jc w:val="left"/>
      </w:pPr>
      <w:r>
        <w:rPr>
          <w:rFonts w:ascii="Times New Roman" w:hAnsi="Times New Roman"/>
          <w:b w:val="0"/>
          <w:i/>
          <w:color w:val="000000"/>
          <w:sz w:val="32"/>
        </w:rPr>
        <w:t>(Piazzon</w:t>
      </w:r>
      <w:r>
        <w:rPr>
          <w:rFonts w:ascii="Times New Roman" w:hAnsi="Times New Roman"/>
          <w:b w:val="0"/>
          <w:i/>
          <w:color w:val="000000"/>
          <w:sz w:val="32"/>
        </w:rPr>
        <w:t>i,</w:t>
      </w:r>
      <w:r>
        <w:rPr>
          <w:rFonts w:ascii="Times New Roman" w:hAnsi="Times New Roman"/>
          <w:b w:val="0"/>
          <w:i/>
          <w:color w:val="000000"/>
          <w:sz w:val="32"/>
        </w:rPr>
        <w:t xml:space="preserve"> humming his little tune, appears in his own light; his hair and mustache grayer; he moves a little slower, but stands straight.)</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He</w:t>
      </w:r>
      <w:r>
        <w:rPr>
          <w:rFonts w:ascii="Times New Roman" w:hAnsi="Times New Roman"/>
          <w:b w:val="0"/>
          <w:i w:val="0"/>
          <w:color w:val="000000"/>
          <w:sz w:val="32"/>
        </w:rPr>
        <w:t xml:space="preserve"> created it.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oesn’t give him the right to destroy it.</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R</w:t>
      </w:r>
      <w:r>
        <w:rPr>
          <w:rFonts w:ascii="Times New Roman" w:hAnsi="Times New Roman"/>
          <w:b w:val="0"/>
          <w:i w:val="0"/>
          <w:color w:val="000000"/>
          <w:sz w:val="32"/>
        </w:rPr>
        <w:t>espect the artist’s wishes.</w:t>
      </w:r>
      <w:r>
        <w:rPr>
          <w:rFonts w:ascii="Times New Roman" w:hAnsi="Times New Roman"/>
          <w:b w:val="0"/>
          <w:i w:val="0"/>
          <w:color w:val="000000"/>
          <w:sz w:val="32"/>
        </w:rPr>
        <w:t xml:space="preserve"> </w:t>
      </w:r>
      <w:r>
        <w:rPr>
          <w:rFonts w:ascii="Times New Roman" w:hAnsi="Times New Roman"/>
          <w:b w:val="0"/>
          <w:i w:val="0"/>
          <w:color w:val="000000"/>
          <w:sz w:val="32"/>
        </w:rPr>
        <w:t>Or would you like those film clips you’</w:t>
      </w:r>
      <w:r>
        <w:rPr>
          <w:rFonts w:ascii="Times New Roman" w:hAnsi="Times New Roman"/>
          <w:b w:val="0"/>
          <w:i w:val="0"/>
          <w:color w:val="000000"/>
          <w:sz w:val="32"/>
        </w:rPr>
        <w:t xml:space="preserve">ve </w:t>
      </w:r>
      <w:r>
        <w:rPr>
          <w:rFonts w:ascii="Times New Roman" w:hAnsi="Times New Roman"/>
          <w:b w:val="0"/>
          <w:i w:val="0"/>
          <w:color w:val="000000"/>
          <w:sz w:val="32"/>
        </w:rPr>
        <w:t xml:space="preserve">thrown in the scrap pile </w:t>
      </w:r>
      <w:r>
        <w:rPr>
          <w:rFonts w:ascii="Times New Roman" w:hAnsi="Times New Roman"/>
          <w:b w:val="0"/>
          <w:i/>
          <w:color w:val="000000"/>
          <w:sz w:val="32"/>
        </w:rPr>
        <w:t>played</w:t>
      </w:r>
      <w:r>
        <w:rPr>
          <w:rFonts w:ascii="Times New Roman" w:hAnsi="Times New Roman"/>
          <w:b w:val="0"/>
          <w:i w:val="0"/>
          <w:color w:val="000000"/>
          <w:sz w:val="32"/>
        </w:rPr>
        <w:t xml:space="preserve"> after you </w:t>
      </w:r>
      <w:r>
        <w:rPr>
          <w:rFonts w:ascii="Times New Roman" w:hAnsi="Times New Roman"/>
          <w:b w:val="0"/>
          <w:i w:val="0"/>
          <w:color w:val="000000"/>
          <w:sz w:val="32"/>
        </w:rPr>
        <w:t>go</w:t>
      </w:r>
      <w:r>
        <w:rPr>
          <w:rFonts w:ascii="Times New Roman" w:hAnsi="Times New Roman"/>
          <w:b w:val="0"/>
          <w:i w:val="0"/>
          <w:color w:val="000000"/>
          <w:sz w:val="32"/>
        </w:rPr>
        <w:t>?</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(Piazzoni goes off.)</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Chaplin p</w:t>
      </w:r>
      <w:r>
        <w:rPr>
          <w:rFonts w:ascii="Times New Roman" w:hAnsi="Times New Roman"/>
          <w:b w:val="0"/>
          <w:i/>
          <w:color w:val="000000"/>
          <w:sz w:val="32"/>
        </w:rPr>
        <w:t>i</w:t>
      </w:r>
      <w:r>
        <w:rPr>
          <w:rFonts w:ascii="Times New Roman" w:hAnsi="Times New Roman"/>
          <w:b w:val="0"/>
          <w:i/>
          <w:color w:val="000000"/>
          <w:sz w:val="32"/>
        </w:rPr>
        <w:t xml:space="preserve">cks painting </w:t>
      </w:r>
      <w:r>
        <w:rPr>
          <w:rFonts w:ascii="Times New Roman" w:hAnsi="Times New Roman"/>
          <w:b w:val="0"/>
          <w:i/>
          <w:color w:val="000000"/>
          <w:sz w:val="32"/>
        </w:rPr>
        <w:t xml:space="preserve">up </w:t>
      </w:r>
      <w:r>
        <w:rPr>
          <w:rFonts w:ascii="Times New Roman" w:hAnsi="Times New Roman"/>
          <w:b w:val="0"/>
          <w:i/>
          <w:color w:val="000000"/>
          <w:sz w:val="32"/>
        </w:rPr>
        <w:t xml:space="preserve">off easel, </w:t>
      </w:r>
      <w:r>
        <w:rPr>
          <w:rFonts w:ascii="Times New Roman" w:hAnsi="Times New Roman"/>
          <w:b w:val="0"/>
          <w:i/>
          <w:color w:val="000000"/>
          <w:sz w:val="32"/>
        </w:rPr>
        <w:t>stare</w:t>
      </w:r>
      <w:r>
        <w:rPr>
          <w:rFonts w:ascii="Times New Roman" w:hAnsi="Times New Roman"/>
          <w:b w:val="0"/>
          <w:i/>
          <w:color w:val="000000"/>
          <w:sz w:val="32"/>
        </w:rPr>
        <w:t>s</w:t>
      </w:r>
      <w:r>
        <w:rPr>
          <w:rFonts w:ascii="Times New Roman" w:hAnsi="Times New Roman"/>
          <w:b w:val="0"/>
          <w:i/>
          <w:color w:val="000000"/>
          <w:sz w:val="32"/>
        </w:rPr>
        <w:t xml:space="preserve"> at</w:t>
      </w:r>
      <w:r>
        <w:rPr>
          <w:rFonts w:ascii="Times New Roman" w:hAnsi="Times New Roman"/>
          <w:b w:val="0"/>
          <w:i/>
          <w:color w:val="000000"/>
          <w:sz w:val="32"/>
        </w:rPr>
        <w:t xml:space="preserve"> it, kisses it, pauses, checks his lips for paint, goes off with canvas.  </w:t>
      </w:r>
      <w:r>
        <w:rPr>
          <w:rFonts w:ascii="Times New Roman" w:hAnsi="Times New Roman"/>
          <w:b w:val="0"/>
          <w:i/>
          <w:color w:val="000000"/>
          <w:sz w:val="32"/>
        </w:rPr>
        <w:t>C</w:t>
      </w:r>
      <w:r>
        <w:rPr>
          <w:rFonts w:ascii="Times New Roman" w:hAnsi="Times New Roman"/>
          <w:b w:val="0"/>
          <w:i/>
          <w:color w:val="000000"/>
          <w:sz w:val="32"/>
        </w:rPr>
        <w:t xml:space="preserve">rashing </w:t>
      </w:r>
      <w:r>
        <w:rPr>
          <w:rFonts w:ascii="Times New Roman" w:hAnsi="Times New Roman"/>
          <w:b w:val="0"/>
          <w:i/>
          <w:color w:val="000000"/>
          <w:sz w:val="32"/>
        </w:rPr>
        <w:t>sound</w:t>
      </w:r>
      <w:r>
        <w:rPr>
          <w:rFonts w:ascii="Times New Roman" w:hAnsi="Times New Roman"/>
          <w:b w:val="0"/>
          <w:i/>
          <w:color w:val="000000"/>
          <w:sz w:val="32"/>
        </w:rPr>
        <w:t xml:space="preserve">. Silence. </w:t>
      </w:r>
      <w:r>
        <w:rPr>
          <w:rFonts w:ascii="Times New Roman" w:hAnsi="Times New Roman"/>
          <w:b w:val="0"/>
          <w:i/>
          <w:color w:val="000000"/>
          <w:sz w:val="32"/>
        </w:rPr>
        <w:t>H</w:t>
      </w:r>
      <w:r>
        <w:rPr>
          <w:rFonts w:ascii="Times New Roman" w:hAnsi="Times New Roman"/>
          <w:b w:val="0"/>
          <w:i/>
          <w:color w:val="000000"/>
          <w:sz w:val="32"/>
        </w:rPr>
        <w:t>e returns limping. He sits, dabs at his eyes with a handkerchief.)</w:t>
      </w:r>
    </w:p>
    <w:p>
      <w:pPr>
        <w:pStyle w:val="StageDirection"/>
        <w:spacing w:before="60" w:after="100"/>
        <w:ind w:left="0" w:right="0" w:firstLine="0"/>
        <w:jc w:val="left"/>
      </w:pPr>
      <w:r>
        <w:rPr>
          <w:rFonts w:ascii="Times New Roman" w:hAnsi="Times New Roman"/>
          <w:b w:val="0"/>
          <w:i/>
          <w:color w:val="000000"/>
          <w:sz w:val="32"/>
        </w:rPr>
        <w:t>(Lighting change.)</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(Still dabbing at his eyes)</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Dear Gottardo, Granville</w:t>
      </w:r>
      <w:r>
        <w:rPr>
          <w:rFonts w:ascii="Times New Roman" w:hAnsi="Times New Roman"/>
          <w:b w:val="0"/>
          <w:i w:val="0"/>
          <w:color w:val="000000"/>
          <w:sz w:val="32"/>
        </w:rPr>
        <w:t xml:space="preserve"> writes</w:t>
      </w:r>
      <w:r>
        <w:rPr>
          <w:rFonts w:ascii="Times New Roman" w:hAnsi="Times New Roman"/>
          <w:b w:val="0"/>
          <w:i w:val="0"/>
          <w:color w:val="000000"/>
          <w:sz w:val="32"/>
        </w:rPr>
        <w:t xml:space="preserve">... </w:t>
      </w:r>
      <w:r>
        <w:rPr>
          <w:rFonts w:ascii="Times New Roman" w:hAnsi="Times New Roman"/>
          <w:b w:val="0"/>
          <w:i w:val="0"/>
          <w:color w:val="000000"/>
          <w:sz w:val="32"/>
        </w:rPr>
        <w:t>his health</w:t>
      </w:r>
      <w:r>
        <w:rPr>
          <w:rFonts w:ascii="Times New Roman" w:hAnsi="Times New Roman"/>
          <w:b w:val="0"/>
          <w:i w:val="0"/>
          <w:color w:val="000000"/>
          <w:sz w:val="32"/>
        </w:rPr>
        <w:t xml:space="preserve"> worsen</w:t>
      </w:r>
      <w:r>
        <w:rPr>
          <w:rFonts w:ascii="Times New Roman" w:hAnsi="Times New Roman"/>
          <w:b w:val="0"/>
          <w:i w:val="0"/>
          <w:color w:val="000000"/>
          <w:sz w:val="32"/>
        </w:rPr>
        <w:t xml:space="preserve">s.  </w:t>
      </w:r>
      <w:r>
        <w:rPr>
          <w:rFonts w:ascii="Times New Roman" w:hAnsi="Times New Roman"/>
          <w:b w:val="0"/>
          <w:i w:val="0"/>
          <w:color w:val="000000"/>
          <w:sz w:val="32"/>
        </w:rPr>
        <w:t>Tries</w:t>
      </w:r>
      <w:r>
        <w:rPr>
          <w:rFonts w:ascii="Times New Roman" w:hAnsi="Times New Roman"/>
          <w:b w:val="0"/>
          <w:i w:val="0"/>
          <w:color w:val="000000"/>
          <w:sz w:val="32"/>
        </w:rPr>
        <w:t xml:space="preserve"> to paint, but</w:t>
      </w:r>
      <w:r>
        <w:rPr>
          <w:rFonts w:ascii="Times New Roman" w:hAnsi="Times New Roman"/>
          <w:b w:val="0"/>
          <w:i w:val="0"/>
          <w:color w:val="000000"/>
          <w:sz w:val="32"/>
        </w:rPr>
        <w:t xml:space="preserve"> in</w:t>
      </w:r>
      <w:r>
        <w:rPr>
          <w:rFonts w:ascii="Times New Roman" w:hAnsi="Times New Roman"/>
          <w:b w:val="0"/>
          <w:i w:val="0"/>
          <w:color w:val="000000"/>
          <w:sz w:val="32"/>
        </w:rPr>
        <w:t xml:space="preserve"> his home </w:t>
      </w:r>
      <w:r>
        <w:rPr>
          <w:rFonts w:ascii="Times New Roman" w:hAnsi="Times New Roman"/>
          <w:b w:val="0"/>
          <w:i w:val="0"/>
          <w:color w:val="000000"/>
          <w:sz w:val="32"/>
        </w:rPr>
        <w:t>or beloved hills</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not here, his true studio</w:t>
      </w:r>
      <w:r>
        <w:rPr>
          <w:rFonts w:ascii="Times New Roman" w:hAnsi="Times New Roman"/>
          <w:b w:val="0"/>
          <w:i w:val="0"/>
          <w:color w:val="000000"/>
          <w:sz w:val="32"/>
        </w:rPr>
        <w:t xml:space="preserve">. </w:t>
      </w:r>
      <w:r>
        <w:rPr>
          <w:rFonts w:ascii="Times New Roman" w:hAnsi="Times New Roman"/>
          <w:b w:val="0"/>
          <w:i/>
          <w:color w:val="000000"/>
          <w:sz w:val="32"/>
        </w:rPr>
        <w:t>When I ment</w:t>
      </w:r>
      <w:r>
        <w:rPr>
          <w:rFonts w:ascii="Times New Roman" w:hAnsi="Times New Roman"/>
          <w:b w:val="0"/>
          <w:i/>
          <w:color w:val="000000"/>
          <w:sz w:val="32"/>
        </w:rPr>
        <w:t xml:space="preserve">ion he should return and </w:t>
      </w:r>
      <w:r>
        <w:rPr>
          <w:rFonts w:ascii="Times New Roman" w:hAnsi="Times New Roman"/>
          <w:b w:val="0"/>
          <w:i/>
          <w:color w:val="000000"/>
          <w:sz w:val="32"/>
        </w:rPr>
        <w:t>work</w:t>
      </w:r>
      <w:r>
        <w:rPr>
          <w:rFonts w:ascii="Times New Roman" w:hAnsi="Times New Roman"/>
          <w:b w:val="0"/>
          <w:i/>
          <w:color w:val="000000"/>
          <w:sz w:val="32"/>
        </w:rPr>
        <w:t xml:space="preserve"> here,</w:t>
      </w:r>
      <w:r>
        <w:rPr>
          <w:rFonts w:ascii="Times New Roman" w:hAnsi="Times New Roman"/>
          <w:b w:val="0"/>
          <w:i/>
          <w:color w:val="000000"/>
          <w:sz w:val="32"/>
        </w:rPr>
        <w:t xml:space="preserve"> </w:t>
      </w:r>
      <w:r>
        <w:rPr>
          <w:rFonts w:ascii="Times New Roman" w:hAnsi="Times New Roman"/>
          <w:b w:val="0"/>
          <w:i w:val="0"/>
          <w:color w:val="000000"/>
          <w:sz w:val="32"/>
        </w:rPr>
        <w:t>says he hasn’t the desire</w:t>
      </w:r>
      <w:r>
        <w:rPr>
          <w:rFonts w:ascii="Times New Roman" w:hAnsi="Times New Roman"/>
          <w:b w:val="0"/>
          <w:i w:val="0"/>
          <w:color w:val="000000"/>
          <w:sz w:val="32"/>
        </w:rPr>
        <w:t xml:space="preserve">... </w:t>
      </w:r>
      <w:r>
        <w:rPr>
          <w:rFonts w:ascii="Times New Roman" w:hAnsi="Times New Roman"/>
          <w:b w:val="0"/>
          <w:i/>
          <w:color w:val="000000"/>
          <w:sz w:val="32"/>
        </w:rPr>
        <w:t>Hasn’t the desire?</w:t>
      </w:r>
      <w:r>
        <w:rPr>
          <w:rFonts w:ascii="Times New Roman" w:hAnsi="Times New Roman"/>
          <w:b w:val="0"/>
          <w:i w:val="0"/>
          <w:color w:val="000000"/>
          <w:sz w:val="32"/>
        </w:rPr>
        <w:t xml:space="preserve"> Saying this </w:t>
      </w:r>
      <w:r>
        <w:rPr>
          <w:rFonts w:ascii="Times New Roman" w:hAnsi="Times New Roman"/>
          <w:b w:val="0"/>
          <w:i w:val="0"/>
          <w:color w:val="000000"/>
          <w:sz w:val="32"/>
        </w:rPr>
        <w:t>to hurt me. Has a hard side</w:t>
      </w:r>
      <w:r>
        <w:rPr>
          <w:rFonts w:ascii="Times New Roman" w:hAnsi="Times New Roman"/>
          <w:b w:val="0"/>
          <w:i w:val="0"/>
          <w:color w:val="000000"/>
          <w:sz w:val="32"/>
        </w:rPr>
        <w:t xml:space="preserve">, </w:t>
      </w:r>
      <w:r>
        <w:rPr>
          <w:rFonts w:ascii="Times New Roman" w:hAnsi="Times New Roman"/>
          <w:b w:val="0"/>
          <w:i w:val="0"/>
          <w:color w:val="000000"/>
          <w:sz w:val="32"/>
        </w:rPr>
        <w:t xml:space="preserve">Granville does. </w:t>
      </w:r>
      <w:r>
        <w:rPr>
          <w:rFonts w:ascii="Times New Roman" w:hAnsi="Times New Roman"/>
          <w:b w:val="0"/>
          <w:i w:val="0"/>
          <w:color w:val="000000"/>
          <w:sz w:val="32"/>
        </w:rPr>
        <w:t>C</w:t>
      </w:r>
      <w:r>
        <w:rPr>
          <w:rFonts w:ascii="Times New Roman" w:hAnsi="Times New Roman"/>
          <w:b w:val="0"/>
          <w:i w:val="0"/>
          <w:color w:val="000000"/>
          <w:sz w:val="32"/>
        </w:rPr>
        <w:t>an be cruel</w:t>
      </w:r>
      <w:r>
        <w:rPr>
          <w:rFonts w:ascii="Times New Roman" w:hAnsi="Times New Roman"/>
          <w:b w:val="0"/>
          <w:i w:val="0"/>
          <w:color w:val="000000"/>
          <w:sz w:val="32"/>
        </w:rPr>
        <w:t xml:space="preserve"> </w:t>
      </w:r>
      <w:r>
        <w:rPr>
          <w:rFonts w:ascii="Times New Roman" w:hAnsi="Times New Roman"/>
          <w:b w:val="0"/>
          <w:i w:val="0"/>
          <w:color w:val="000000"/>
          <w:sz w:val="32"/>
        </w:rPr>
        <w:t>to those who look after him.</w:t>
      </w:r>
    </w:p>
    <w:p>
      <w:pPr>
        <w:pStyle w:val="StageDirection"/>
        <w:spacing w:before="60" w:after="100"/>
        <w:ind w:left="0" w:right="0" w:firstLine="0"/>
        <w:jc w:val="left"/>
      </w:pPr>
      <w:r>
        <w:rPr>
          <w:rFonts w:ascii="Times New Roman" w:hAnsi="Times New Roman"/>
          <w:b w:val="0"/>
          <w:i/>
          <w:color w:val="000000"/>
          <w:sz w:val="32"/>
        </w:rPr>
        <w:t>(Piazzoni enters in his own light.</w:t>
      </w:r>
      <w:r>
        <w:rPr>
          <w:rFonts w:ascii="Times New Roman" w:hAnsi="Times New Roman"/>
          <w:b w:val="0"/>
          <w:i/>
          <w:color w:val="000000"/>
          <w:sz w:val="32"/>
        </w:rPr>
        <w:t xml:space="preserve"> For the first time, he is using a cane</w:t>
      </w:r>
      <w:r>
        <w:rPr>
          <w:rFonts w:ascii="Times New Roman" w:hAnsi="Times New Roman"/>
          <w:b w:val="0"/>
          <w:i/>
          <w:color w:val="000000"/>
          <w:sz w:val="32"/>
        </w:rPr>
        <w:t>.</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 </w:t>
      </w:r>
      <w:r>
        <w:rPr>
          <w:rFonts w:ascii="Times New Roman" w:hAnsi="Times New Roman"/>
          <w:b w:val="0"/>
          <w:i/>
          <w:color w:val="000000"/>
          <w:sz w:val="32"/>
        </w:rPr>
        <w:t xml:space="preserve">Look after him? </w:t>
      </w:r>
      <w:r>
        <w:rPr>
          <w:rFonts w:ascii="Times New Roman" w:hAnsi="Times New Roman"/>
          <w:b w:val="0"/>
          <w:i w:val="0"/>
          <w:color w:val="000000"/>
          <w:sz w:val="32"/>
        </w:rPr>
        <w:t xml:space="preserve"> </w:t>
      </w:r>
      <w:r>
        <w:rPr>
          <w:rFonts w:ascii="Times New Roman" w:hAnsi="Times New Roman"/>
          <w:b w:val="0"/>
          <w:i w:val="0"/>
          <w:color w:val="000000"/>
          <w:sz w:val="32"/>
        </w:rPr>
        <w:t>Granville’s</w:t>
      </w:r>
      <w:r>
        <w:rPr>
          <w:rFonts w:ascii="Times New Roman" w:hAnsi="Times New Roman"/>
          <w:b w:val="0"/>
          <w:i w:val="0"/>
          <w:color w:val="000000"/>
          <w:sz w:val="32"/>
        </w:rPr>
        <w:t xml:space="preserve"> not a child.</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(As he looks around)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This I gave him —</w:t>
      </w:r>
      <w:r>
        <w:rPr>
          <w:rFonts w:ascii="Times New Roman" w:hAnsi="Times New Roman"/>
          <w:b w:val="0"/>
          <w:i w:val="0"/>
          <w:color w:val="000000"/>
          <w:sz w:val="32"/>
        </w:rPr>
        <w:t xml:space="preserve"> </w:t>
      </w:r>
      <w:r>
        <w:rPr>
          <w:rFonts w:ascii="Times New Roman" w:hAnsi="Times New Roman"/>
          <w:b w:val="0"/>
          <w:i w:val="0"/>
          <w:color w:val="000000"/>
          <w:sz w:val="32"/>
        </w:rPr>
        <w:t xml:space="preserve">could have used it for a warehouse, scenery workshop, dressing rooms, whatever. But </w:t>
      </w:r>
      <w:r>
        <w:rPr>
          <w:rFonts w:ascii="Times New Roman" w:hAnsi="Times New Roman"/>
          <w:b w:val="0"/>
          <w:i w:val="0"/>
          <w:color w:val="000000"/>
          <w:sz w:val="32"/>
        </w:rPr>
        <w:t xml:space="preserve">no, </w:t>
      </w:r>
      <w:r>
        <w:rPr>
          <w:rFonts w:ascii="Times New Roman" w:hAnsi="Times New Roman"/>
          <w:b w:val="0"/>
          <w:i w:val="0"/>
          <w:color w:val="000000"/>
          <w:sz w:val="32"/>
        </w:rPr>
        <w:t xml:space="preserve">gave it to </w:t>
      </w:r>
      <w:r>
        <w:rPr>
          <w:rFonts w:ascii="Times New Roman" w:hAnsi="Times New Roman"/>
          <w:b w:val="0"/>
          <w:i w:val="0"/>
          <w:color w:val="000000"/>
          <w:sz w:val="32"/>
        </w:rPr>
        <w:t xml:space="preserve">the great </w:t>
      </w:r>
      <w:r>
        <w:rPr>
          <w:rFonts w:ascii="Times New Roman" w:hAnsi="Times New Roman"/>
          <w:b w:val="0"/>
          <w:i/>
          <w:color w:val="000000"/>
          <w:sz w:val="32"/>
        </w:rPr>
        <w:t>Granville</w:t>
      </w:r>
      <w:r>
        <w:rPr>
          <w:rFonts w:ascii="Times New Roman" w:hAnsi="Times New Roman"/>
          <w:b w:val="0"/>
          <w:i/>
          <w:color w:val="000000"/>
          <w:sz w:val="32"/>
        </w:rPr>
        <w:t xml:space="preserve"> Seymour Redmond</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w:t>
      </w:r>
      <w:r>
        <w:rPr>
          <w:rFonts w:ascii="Times New Roman" w:hAnsi="Times New Roman"/>
          <w:b w:val="0"/>
          <w:i w:val="0"/>
          <w:color w:val="000000"/>
          <w:sz w:val="32"/>
        </w:rPr>
        <w:t xml:space="preserve">on’t forget, it was </w:t>
      </w:r>
      <w:r>
        <w:rPr>
          <w:rFonts w:ascii="Times New Roman" w:hAnsi="Times New Roman"/>
          <w:b w:val="0"/>
          <w:i w:val="0"/>
          <w:color w:val="000000"/>
          <w:sz w:val="32"/>
        </w:rPr>
        <w:t xml:space="preserve">Granville’s </w:t>
      </w:r>
      <w:r>
        <w:rPr>
          <w:rFonts w:ascii="Times New Roman" w:hAnsi="Times New Roman"/>
          <w:b w:val="0"/>
          <w:i w:val="0"/>
          <w:color w:val="000000"/>
          <w:sz w:val="32"/>
        </w:rPr>
        <w:t xml:space="preserve">dream to have his </w:t>
      </w:r>
      <w:r>
        <w:rPr>
          <w:rFonts w:ascii="Times New Roman" w:hAnsi="Times New Roman"/>
          <w:b w:val="0"/>
          <w:i w:val="0"/>
          <w:color w:val="000000"/>
          <w:sz w:val="32"/>
        </w:rPr>
        <w:t>own studio</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A</w:t>
      </w:r>
      <w:r>
        <w:rPr>
          <w:rFonts w:ascii="Times New Roman" w:hAnsi="Times New Roman"/>
          <w:b w:val="0"/>
          <w:i w:val="0"/>
          <w:color w:val="000000"/>
          <w:sz w:val="32"/>
        </w:rPr>
        <w:t xml:space="preserve">t “the base of rolling hills.’’ </w:t>
      </w:r>
      <w:r>
        <w:rPr>
          <w:rFonts w:ascii="Times New Roman" w:hAnsi="Times New Roman"/>
          <w:b w:val="0"/>
          <w:i w:val="0"/>
          <w:color w:val="000000"/>
          <w:sz w:val="32"/>
        </w:rPr>
        <w:t>C</w:t>
      </w:r>
      <w:r>
        <w:rPr>
          <w:rFonts w:ascii="Times New Roman" w:hAnsi="Times New Roman"/>
          <w:b w:val="0"/>
          <w:i w:val="0"/>
          <w:color w:val="000000"/>
          <w:sz w:val="32"/>
        </w:rPr>
        <w:t xml:space="preserve">ouldn’t have wanted it that much or he’d have it by now. </w:t>
      </w:r>
    </w:p>
    <w:p>
      <w:pPr>
        <w:pStyle w:val="CharacterCue"/>
        <w:keepLines/>
        <w:spacing w:before="40" w:after="120" w:line="259" w:lineRule="auto"/>
        <w:ind w:left="0" w:right="0" w:firstLine="0"/>
        <w:jc w:val="left"/>
      </w:pPr>
      <w:r>
        <w:rPr>
          <w:rFonts w:ascii="Arial" w:hAnsi="Arial"/>
          <w:b/>
          <w:color w:val="000000"/>
          <w:sz w:val="32"/>
        </w:rPr>
        <w:t>PIAZZONI</w:t>
      </w:r>
      <w:r>
        <w:rPr>
          <w:color w:val="000000"/>
          <w:sz w:val="32"/>
        </w:rPr>
        <w:t xml:space="preserve"> </w:t>
      </w:r>
      <w:r>
        <w:rPr>
          <w:rFonts w:ascii="Times New Roman" w:hAnsi="Times New Roman"/>
          <w:b w:val="0"/>
          <w:i/>
          <w:color w:val="000000"/>
          <w:sz w:val="32"/>
        </w:rPr>
        <w:t>(Gently)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You don’t know that, Charlie. </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You speak as if I’ve mistreated him. I’ve found him collectors</w:t>
      </w:r>
      <w:r>
        <w:rPr>
          <w:rFonts w:ascii="Times New Roman" w:hAnsi="Times New Roman"/>
          <w:b w:val="0"/>
          <w:i w:val="0"/>
          <w:color w:val="000000"/>
          <w:sz w:val="32"/>
        </w:rPr>
        <w:t xml:space="preserve">, bought </w:t>
      </w:r>
      <w:r>
        <w:rPr>
          <w:rFonts w:ascii="Times New Roman" w:hAnsi="Times New Roman"/>
          <w:b w:val="0"/>
          <w:i w:val="0"/>
          <w:color w:val="000000"/>
          <w:sz w:val="32"/>
        </w:rPr>
        <w:t xml:space="preserve">his paintings, put him in moving pictures... </w:t>
      </w:r>
    </w:p>
    <w:p>
      <w:pPr>
        <w:pStyle w:val="CharacterCue"/>
        <w:keepLines/>
        <w:spacing w:before="40" w:after="120" w:line="259" w:lineRule="auto"/>
        <w:ind w:left="0" w:right="0" w:firstLine="0"/>
        <w:jc w:val="left"/>
      </w:pPr>
      <w:r>
        <w:rPr>
          <w:rFonts w:ascii="Arial" w:hAnsi="Arial"/>
          <w:b/>
          <w:color w:val="000000"/>
          <w:sz w:val="32"/>
        </w:rPr>
        <w:t>PIAZZONI</w:t>
      </w:r>
      <w:r>
        <w:rPr>
          <w:color w:val="000000"/>
          <w:sz w:val="32"/>
        </w:rPr>
        <w:t xml:space="preserve"> </w:t>
      </w:r>
      <w:r>
        <w:rPr>
          <w:rFonts w:ascii="Times New Roman" w:hAnsi="Times New Roman"/>
          <w:b w:val="0"/>
          <w:i/>
          <w:color w:val="000000"/>
          <w:sz w:val="32"/>
        </w:rPr>
        <w:t>(Sadly)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There w</w:t>
      </w:r>
      <w:r>
        <w:rPr>
          <w:rFonts w:ascii="Times New Roman" w:hAnsi="Times New Roman"/>
          <w:b w:val="0"/>
          <w:i w:val="0"/>
          <w:color w:val="000000"/>
          <w:sz w:val="32"/>
        </w:rPr>
        <w:t xml:space="preserve">as </w:t>
      </w:r>
      <w:r>
        <w:rPr>
          <w:rFonts w:ascii="Times New Roman" w:hAnsi="Times New Roman"/>
          <w:b w:val="0"/>
          <w:i w:val="0"/>
          <w:color w:val="000000"/>
          <w:sz w:val="32"/>
        </w:rPr>
        <w:t>another</w:t>
      </w:r>
      <w:r>
        <w:rPr>
          <w:rFonts w:ascii="Times New Roman" w:hAnsi="Times New Roman"/>
          <w:b w:val="0"/>
          <w:i w:val="0"/>
          <w:color w:val="000000"/>
          <w:sz w:val="32"/>
        </w:rPr>
        <w:t xml:space="preserve"> thing he wanted to do — </w:t>
      </w:r>
      <w:r>
        <w:rPr>
          <w:rFonts w:ascii="Times New Roman" w:hAnsi="Times New Roman"/>
          <w:b w:val="0"/>
          <w:i/>
          <w:color w:val="000000"/>
          <w:sz w:val="32"/>
        </w:rPr>
        <w:t>the important thing</w:t>
      </w:r>
      <w:r>
        <w:rPr>
          <w:rFonts w:ascii="Times New Roman" w:hAnsi="Times New Roman"/>
          <w:b w:val="0"/>
          <w:i/>
          <w:color w:val="000000"/>
          <w:sz w:val="32"/>
        </w:rPr>
        <w:t xml:space="preserve">... </w:t>
      </w:r>
      <w:r>
        <w:rPr>
          <w:rFonts w:ascii="Times New Roman" w:hAnsi="Times New Roman"/>
          <w:b w:val="0"/>
          <w:i w:val="0"/>
          <w:color w:val="000000"/>
          <w:sz w:val="32"/>
        </w:rPr>
      </w:r>
      <w:r>
        <w:rPr>
          <w:rFonts w:ascii="Times New Roman" w:hAnsi="Times New Roman"/>
          <w:b w:val="0"/>
          <w:i w:val="0"/>
          <w:color w:val="000000"/>
          <w:sz w:val="32"/>
        </w:rPr>
        <w:t xml:space="preserve">discover the soul of his art. </w:t>
      </w:r>
      <w:r>
        <w:rPr>
          <w:rFonts w:ascii="Times New Roman" w:hAnsi="Times New Roman"/>
          <w:b w:val="0"/>
          <w:i w:val="0"/>
          <w:color w:val="000000"/>
          <w:sz w:val="32"/>
        </w:rPr>
        <w:t xml:space="preserve">Has he? I </w:t>
      </w:r>
      <w:r>
        <w:rPr>
          <w:rFonts w:ascii="Times New Roman" w:hAnsi="Times New Roman"/>
          <w:b w:val="0"/>
          <w:i w:val="0"/>
          <w:color w:val="000000"/>
          <w:sz w:val="32"/>
        </w:rPr>
        <w:t>hop</w:t>
      </w:r>
      <w:r>
        <w:rPr>
          <w:rFonts w:ascii="Times New Roman" w:hAnsi="Times New Roman"/>
          <w:b w:val="0"/>
          <w:i w:val="0"/>
          <w:color w:val="000000"/>
          <w:sz w:val="32"/>
        </w:rPr>
        <w:t>e</w:t>
      </w:r>
      <w:r>
        <w:rPr>
          <w:rFonts w:ascii="Times New Roman" w:hAnsi="Times New Roman"/>
          <w:b w:val="0"/>
          <w:i w:val="0"/>
          <w:color w:val="000000"/>
          <w:sz w:val="32"/>
        </w:rPr>
        <w:t xml:space="preserve"> so</w:t>
      </w:r>
      <w:r>
        <w:rPr>
          <w:rFonts w:ascii="Times New Roman" w:hAnsi="Times New Roman"/>
          <w:b w:val="0"/>
          <w:i w:val="0"/>
          <w:color w:val="000000"/>
          <w:sz w:val="32"/>
        </w:rPr>
        <w:t>...</w:t>
      </w:r>
      <w:r>
        <w:rPr>
          <w:rFonts w:ascii="Times New Roman" w:hAnsi="Times New Roman"/>
          <w:b w:val="0"/>
          <w:i w:val="0"/>
          <w:color w:val="000000"/>
          <w:sz w:val="32"/>
        </w:rPr>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(Piazzoni go</w:t>
      </w:r>
      <w:r>
        <w:rPr>
          <w:rFonts w:ascii="Times New Roman" w:hAnsi="Times New Roman"/>
          <w:b w:val="0"/>
          <w:i/>
          <w:color w:val="000000"/>
          <w:sz w:val="32"/>
        </w:rPr>
        <w:t>e</w:t>
      </w:r>
      <w:r>
        <w:rPr>
          <w:rFonts w:ascii="Times New Roman" w:hAnsi="Times New Roman"/>
          <w:b w:val="0"/>
          <w:i/>
          <w:color w:val="000000"/>
          <w:sz w:val="32"/>
        </w:rPr>
        <w:t>s off</w:t>
      </w:r>
      <w:r>
        <w:rPr>
          <w:rFonts w:ascii="Times New Roman" w:hAnsi="Times New Roman"/>
          <w:b w:val="0"/>
          <w:i/>
          <w:color w:val="000000"/>
          <w:sz w:val="32"/>
        </w:rPr>
        <w:t>,</w:t>
      </w:r>
      <w:r>
        <w:rPr>
          <w:rFonts w:ascii="Times New Roman" w:hAnsi="Times New Roman"/>
          <w:b w:val="0"/>
          <w:i/>
          <w:color w:val="000000"/>
          <w:sz w:val="32"/>
        </w:rPr>
        <w:t xml:space="preserve"> </w:t>
      </w:r>
      <w:r>
        <w:rPr>
          <w:rFonts w:ascii="Times New Roman" w:hAnsi="Times New Roman"/>
          <w:b w:val="0"/>
          <w:i/>
          <w:color w:val="000000"/>
          <w:sz w:val="32"/>
        </w:rPr>
        <w:t xml:space="preserve">walking </w:t>
      </w:r>
      <w:r>
        <w:rPr>
          <w:rFonts w:ascii="Times New Roman" w:hAnsi="Times New Roman"/>
          <w:b w:val="0"/>
          <w:i/>
          <w:color w:val="000000"/>
          <w:sz w:val="32"/>
        </w:rPr>
        <w:t>carefully.)</w:t>
      </w:r>
    </w:p>
    <w:p>
      <w:pPr>
        <w:pStyle w:val="CharacterCue"/>
        <w:keepLines/>
        <w:spacing w:before="40" w:after="120" w:line="259" w:lineRule="auto"/>
        <w:ind w:left="0" w:right="0" w:firstLine="0"/>
        <w:jc w:val="left"/>
      </w:pPr>
      <w:r>
        <w:rPr>
          <w:rFonts w:ascii="Arial" w:hAnsi="Arial"/>
          <w:b/>
          <w:color w:val="000000"/>
          <w:sz w:val="32"/>
        </w:rPr>
        <w:t>REDMOND’S VOICE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Dear Charlie —</w:t>
      </w:r>
      <w:r>
        <w:rPr>
          <w:rFonts w:ascii="Times New Roman" w:hAnsi="Times New Roman"/>
          <w:b w:val="0"/>
          <w:i w:val="0"/>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 xml:space="preserve">(Redmond appears in his own light. </w:t>
      </w:r>
      <w:r>
        <w:rPr>
          <w:rFonts w:ascii="Times New Roman" w:hAnsi="Times New Roman"/>
          <w:b w:val="0"/>
          <w:i/>
          <w:color w:val="000000"/>
          <w:sz w:val="32"/>
        </w:rPr>
        <w:t>He looks</w:t>
      </w:r>
      <w:r>
        <w:rPr>
          <w:rFonts w:ascii="Times New Roman" w:hAnsi="Times New Roman"/>
          <w:b w:val="0"/>
          <w:i/>
          <w:color w:val="000000"/>
          <w:sz w:val="32"/>
        </w:rPr>
        <w:t xml:space="preserve"> older, tired, but his “voice’’ remains vigorous.)</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 </w:t>
      </w:r>
      <w:r>
        <w:rPr>
          <w:rFonts w:ascii="Times New Roman" w:hAnsi="Times New Roman"/>
          <w:b w:val="0"/>
          <w:i w:val="0"/>
          <w:color w:val="000000"/>
          <w:sz w:val="32"/>
        </w:rPr>
        <w:t xml:space="preserve">I was wrong, </w:t>
      </w:r>
      <w:r>
        <w:rPr>
          <w:rFonts w:ascii="Times New Roman" w:hAnsi="Times New Roman"/>
          <w:b w:val="0"/>
          <w:i w:val="0"/>
          <w:color w:val="000000"/>
          <w:sz w:val="32"/>
        </w:rPr>
        <w:t>w</w:t>
      </w:r>
      <w:r>
        <w:rPr>
          <w:rFonts w:ascii="Times New Roman" w:hAnsi="Times New Roman"/>
          <w:b w:val="0"/>
          <w:i w:val="0"/>
          <w:color w:val="000000"/>
          <w:sz w:val="32"/>
        </w:rPr>
        <w:t xml:space="preserve">ant to return. </w:t>
      </w:r>
      <w:r>
        <w:rPr>
          <w:rFonts w:ascii="Times New Roman" w:hAnsi="Times New Roman"/>
          <w:b w:val="0"/>
          <w:i w:val="0"/>
          <w:color w:val="000000"/>
          <w:sz w:val="32"/>
        </w:rPr>
        <w:t>R</w:t>
      </w:r>
      <w:r>
        <w:rPr>
          <w:rFonts w:ascii="Times New Roman" w:hAnsi="Times New Roman"/>
          <w:b w:val="0"/>
          <w:i w:val="0"/>
          <w:color w:val="000000"/>
          <w:sz w:val="32"/>
        </w:rPr>
        <w:t xml:space="preserve">emember </w:t>
      </w:r>
      <w:r>
        <w:rPr>
          <w:rFonts w:ascii="Times New Roman" w:hAnsi="Times New Roman"/>
          <w:b w:val="0"/>
          <w:i w:val="0"/>
          <w:color w:val="000000"/>
          <w:sz w:val="32"/>
        </w:rPr>
        <w:t>the p</w:t>
      </w:r>
      <w:r>
        <w:rPr>
          <w:rFonts w:ascii="Times New Roman" w:hAnsi="Times New Roman"/>
          <w:b w:val="0"/>
          <w:i w:val="0"/>
          <w:color w:val="000000"/>
          <w:sz w:val="32"/>
        </w:rPr>
        <w:t>icture</w:t>
      </w:r>
      <w:r>
        <w:rPr>
          <w:rFonts w:ascii="Times New Roman" w:hAnsi="Times New Roman"/>
          <w:b w:val="0"/>
          <w:i w:val="0"/>
          <w:color w:val="000000"/>
          <w:sz w:val="32"/>
        </w:rPr>
        <w:t xml:space="preserve"> I started of a woman on a beach? </w:t>
      </w:r>
      <w:r>
        <w:rPr>
          <w:rFonts w:ascii="Times New Roman" w:hAnsi="Times New Roman"/>
          <w:b w:val="0"/>
          <w:i w:val="0"/>
          <w:color w:val="000000"/>
          <w:sz w:val="32"/>
        </w:rPr>
        <w:t>H</w:t>
      </w:r>
      <w:r>
        <w:rPr>
          <w:rFonts w:ascii="Times New Roman" w:hAnsi="Times New Roman"/>
          <w:b w:val="0"/>
          <w:i w:val="0"/>
          <w:color w:val="000000"/>
          <w:sz w:val="32"/>
        </w:rPr>
        <w:t>ope you didn’t destroy it</w:t>
      </w:r>
      <w:r>
        <w:rPr>
          <w:rFonts w:ascii="Times New Roman" w:hAnsi="Times New Roman"/>
          <w:b w:val="0"/>
          <w:i w:val="0"/>
          <w:color w:val="000000"/>
          <w:sz w:val="32"/>
        </w:rPr>
        <w:t xml:space="preserve"> as I asked</w:t>
      </w:r>
      <w:r>
        <w:rPr>
          <w:rFonts w:ascii="Times New Roman" w:hAnsi="Times New Roman"/>
          <w:b w:val="0"/>
          <w:i w:val="0"/>
          <w:color w:val="000000"/>
          <w:sz w:val="32"/>
        </w:rPr>
        <w:t xml:space="preserve">. </w:t>
      </w:r>
      <w:r>
        <w:rPr>
          <w:rFonts w:ascii="Times New Roman" w:hAnsi="Times New Roman"/>
          <w:b w:val="0"/>
          <w:i w:val="0"/>
          <w:color w:val="000000"/>
          <w:sz w:val="32"/>
        </w:rPr>
        <w:t>Title came to me</w:t>
      </w:r>
      <w:r>
        <w:rPr>
          <w:rFonts w:ascii="Times New Roman" w:hAnsi="Times New Roman"/>
          <w:b w:val="0"/>
          <w:i w:val="0"/>
          <w:color w:val="000000"/>
          <w:sz w:val="32"/>
        </w:rPr>
        <w:t xml:space="preserve">. </w:t>
      </w:r>
      <w:r>
        <w:rPr>
          <w:rFonts w:ascii="Times New Roman" w:hAnsi="Times New Roman"/>
          <w:b w:val="0"/>
          <w:i w:val="0"/>
          <w:color w:val="000000"/>
          <w:sz w:val="32"/>
        </w:rPr>
        <w:t>When</w:t>
      </w:r>
      <w:r>
        <w:rPr>
          <w:rFonts w:ascii="Times New Roman" w:hAnsi="Times New Roman"/>
          <w:b w:val="0"/>
          <w:i w:val="0"/>
          <w:color w:val="000000"/>
          <w:sz w:val="32"/>
        </w:rPr>
        <w:t xml:space="preserve"> </w:t>
      </w:r>
      <w:r>
        <w:rPr>
          <w:rFonts w:ascii="Times New Roman" w:hAnsi="Times New Roman"/>
          <w:b w:val="0"/>
          <w:i w:val="0"/>
          <w:color w:val="000000"/>
          <w:sz w:val="32"/>
        </w:rPr>
        <w:t>that happens</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I feel </w:t>
      </w:r>
      <w:r>
        <w:rPr>
          <w:rFonts w:ascii="Times New Roman" w:hAnsi="Times New Roman"/>
          <w:b w:val="0"/>
          <w:i w:val="0"/>
          <w:color w:val="000000"/>
          <w:sz w:val="32"/>
        </w:rPr>
        <w:t>t</w:t>
      </w:r>
      <w:r>
        <w:rPr>
          <w:rFonts w:ascii="Times New Roman" w:hAnsi="Times New Roman"/>
          <w:b w:val="0"/>
          <w:i w:val="0"/>
          <w:color w:val="000000"/>
          <w:sz w:val="32"/>
        </w:rPr>
        <w:t>he painting</w:t>
      </w:r>
      <w:r>
        <w:rPr>
          <w:rFonts w:ascii="Times New Roman" w:hAnsi="Times New Roman"/>
          <w:b w:val="0"/>
          <w:i w:val="0"/>
          <w:color w:val="000000"/>
          <w:sz w:val="32"/>
        </w:rPr>
        <w:t>’</w:t>
      </w:r>
      <w:r>
        <w:rPr>
          <w:rFonts w:ascii="Times New Roman" w:hAnsi="Times New Roman"/>
          <w:b w:val="0"/>
          <w:i w:val="0"/>
          <w:color w:val="000000"/>
          <w:sz w:val="32"/>
        </w:rPr>
        <w:t xml:space="preserve">s a reason for being </w:t>
      </w:r>
      <w:r>
        <w:rPr>
          <w:rFonts w:ascii="Times New Roman" w:hAnsi="Times New Roman"/>
          <w:b w:val="0"/>
          <w:i w:val="0"/>
          <w:color w:val="000000"/>
          <w:sz w:val="32"/>
        </w:rPr>
        <w:t xml:space="preserve">— </w:t>
      </w:r>
      <w:r>
        <w:rPr>
          <w:rFonts w:ascii="Times New Roman" w:hAnsi="Times New Roman"/>
          <w:b w:val="0"/>
          <w:i/>
          <w:color w:val="000000"/>
          <w:sz w:val="32"/>
        </w:rPr>
        <w:t xml:space="preserve">   </w:t>
      </w:r>
    </w:p>
    <w:p>
      <w:pPr>
        <w:pStyle w:val="StageDirection"/>
        <w:spacing w:before="60" w:after="100"/>
        <w:ind w:left="0" w:right="0" w:firstLine="0"/>
        <w:jc w:val="left"/>
      </w:pPr>
      <w:r>
        <w:rPr>
          <w:rFonts w:ascii="Times New Roman" w:hAnsi="Times New Roman"/>
          <w:b w:val="0"/>
          <w:i/>
          <w:color w:val="000000"/>
          <w:sz w:val="32"/>
        </w:rPr>
        <w:t>(Chaplin</w:t>
      </w:r>
      <w:r>
        <w:rPr>
          <w:rFonts w:ascii="Times New Roman" w:hAnsi="Times New Roman"/>
          <w:b w:val="0"/>
          <w:i/>
          <w:color w:val="000000"/>
          <w:sz w:val="32"/>
        </w:rPr>
        <w:t>, alarmed,</w:t>
      </w:r>
      <w:r>
        <w:rPr>
          <w:rFonts w:ascii="Times New Roman" w:hAnsi="Times New Roman"/>
          <w:b w:val="0"/>
          <w:i/>
          <w:color w:val="000000"/>
          <w:sz w:val="32"/>
        </w:rPr>
        <w:t xml:space="preserve"> </w:t>
      </w:r>
      <w:r>
        <w:rPr>
          <w:rFonts w:ascii="Times New Roman" w:hAnsi="Times New Roman"/>
          <w:b w:val="0"/>
          <w:i/>
          <w:color w:val="000000"/>
          <w:sz w:val="32"/>
        </w:rPr>
        <w:t xml:space="preserve">jumps up, </w:t>
      </w:r>
      <w:r>
        <w:rPr>
          <w:rFonts w:ascii="Times New Roman" w:hAnsi="Times New Roman"/>
          <w:b w:val="0"/>
          <w:i/>
          <w:color w:val="000000"/>
          <w:sz w:val="32"/>
        </w:rPr>
        <w:t xml:space="preserve">hurries off; returns with the painting — the stretcher bars are broken, a small rip in the canvas. He </w:t>
      </w:r>
      <w:r>
        <w:rPr>
          <w:rFonts w:ascii="Times New Roman" w:hAnsi="Times New Roman"/>
          <w:b w:val="0"/>
          <w:i/>
          <w:color w:val="000000"/>
          <w:sz w:val="32"/>
        </w:rPr>
        <w:t>frantically</w:t>
      </w:r>
      <w:r>
        <w:rPr>
          <w:rFonts w:ascii="Times New Roman" w:hAnsi="Times New Roman"/>
          <w:b w:val="0"/>
          <w:i/>
          <w:color w:val="000000"/>
          <w:sz w:val="32"/>
        </w:rPr>
        <w:t xml:space="preserve"> puts it on easel, its damaged </w:t>
      </w:r>
      <w:r>
        <w:rPr>
          <w:rFonts w:ascii="Times New Roman" w:hAnsi="Times New Roman"/>
          <w:b w:val="0"/>
          <w:i/>
          <w:color w:val="000000"/>
          <w:sz w:val="32"/>
        </w:rPr>
        <w:t>image showing</w:t>
      </w:r>
      <w:r>
        <w:rPr>
          <w:rFonts w:ascii="Times New Roman" w:hAnsi="Times New Roman"/>
          <w:b w:val="0"/>
          <w:i/>
          <w:color w:val="000000"/>
          <w:sz w:val="32"/>
        </w:rPr>
        <w:t xml:space="preserve"> on screen, tries to smooth it out.)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(Panicking)</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Dear Gottardo, Granville’s wants the painting of the lady on the beach after all</w:t>
      </w:r>
      <w:r>
        <w:rPr>
          <w:rFonts w:ascii="Times New Roman" w:hAnsi="Times New Roman"/>
          <w:b w:val="0"/>
          <w:i w:val="0"/>
          <w:color w:val="000000"/>
          <w:sz w:val="32"/>
        </w:rPr>
        <w:t>!</w:t>
      </w:r>
      <w:r>
        <w:rPr>
          <w:rFonts w:ascii="Times New Roman" w:hAnsi="Times New Roman"/>
          <w:b w:val="0"/>
          <w:i w:val="0"/>
          <w:color w:val="000000"/>
          <w:sz w:val="32"/>
        </w:rPr>
        <w:t xml:space="preserve"> It’s been damaged</w:t>
      </w:r>
      <w:r>
        <w:rPr>
          <w:rFonts w:ascii="Times New Roman" w:hAnsi="Times New Roman"/>
          <w:b w:val="0"/>
          <w:i w:val="0"/>
          <w:color w:val="000000"/>
          <w:sz w:val="32"/>
        </w:rPr>
        <w:t xml:space="preserve"> — </w:t>
      </w:r>
      <w:r>
        <w:rPr>
          <w:rFonts w:ascii="Times New Roman" w:hAnsi="Times New Roman"/>
          <w:b w:val="0"/>
          <w:i/>
          <w:color w:val="000000"/>
          <w:sz w:val="32"/>
        </w:rPr>
        <w:t>by me!</w:t>
      </w:r>
    </w:p>
    <w:p>
      <w:pPr>
        <w:pStyle w:val="StageDirection"/>
        <w:spacing w:before="60" w:after="100"/>
        <w:ind w:left="0" w:right="0" w:firstLine="0"/>
        <w:jc w:val="left"/>
      </w:pPr>
      <w:r>
        <w:rPr>
          <w:rFonts w:ascii="Times New Roman" w:hAnsi="Times New Roman"/>
          <w:b w:val="0"/>
          <w:i/>
          <w:color w:val="000000"/>
          <w:sz w:val="32"/>
        </w:rPr>
        <w:t xml:space="preserve">(It falls off the easel, he puts it back </w:t>
      </w:r>
      <w:r>
        <w:rPr>
          <w:rFonts w:ascii="Times New Roman" w:hAnsi="Times New Roman"/>
          <w:b w:val="0"/>
          <w:i/>
          <w:color w:val="000000"/>
          <w:sz w:val="32"/>
        </w:rPr>
        <w:t>on, holds</w:t>
      </w:r>
      <w:r>
        <w:rPr>
          <w:rFonts w:ascii="Times New Roman" w:hAnsi="Times New Roman"/>
          <w:b w:val="0"/>
          <w:i/>
          <w:color w:val="000000"/>
          <w:sz w:val="32"/>
        </w:rPr>
        <w:t xml:space="preserve"> it there as if it were a living thing.)</w:t>
      </w:r>
    </w:p>
    <w:p>
      <w:pPr>
        <w:pStyle w:val="Dialogue"/>
        <w:keepLines/>
        <w:spacing w:before="40" w:after="120" w:line="259" w:lineRule="auto"/>
        <w:ind w:left="0" w:right="0" w:firstLine="0"/>
        <w:jc w:val="left"/>
      </w:pPr>
      <w:r>
        <w:rPr>
          <w:rFonts w:ascii="Times New Roman" w:hAnsi="Times New Roman"/>
          <w:b w:val="0"/>
          <w:i w:val="0"/>
          <w:color w:val="000000"/>
          <w:sz w:val="32"/>
        </w:rPr>
        <w:t xml:space="preserve">Can you direct me to </w:t>
      </w:r>
      <w:r>
        <w:rPr>
          <w:rFonts w:ascii="Times New Roman" w:hAnsi="Times New Roman"/>
          <w:b w:val="0"/>
          <w:i w:val="0"/>
          <w:color w:val="000000"/>
          <w:sz w:val="32"/>
        </w:rPr>
        <w:t>th</w:t>
      </w:r>
      <w:r>
        <w:rPr>
          <w:rFonts w:ascii="Times New Roman" w:hAnsi="Times New Roman"/>
          <w:b w:val="0"/>
          <w:i w:val="0"/>
          <w:color w:val="000000"/>
          <w:sz w:val="32"/>
        </w:rPr>
        <w:t>e</w:t>
      </w:r>
      <w:r>
        <w:rPr>
          <w:rFonts w:ascii="Times New Roman" w:hAnsi="Times New Roman"/>
          <w:b w:val="0"/>
          <w:i w:val="0"/>
          <w:color w:val="000000"/>
          <w:sz w:val="32"/>
        </w:rPr>
        <w:t xml:space="preserve">se people who fix pictures — </w:t>
      </w:r>
      <w:r>
        <w:rPr>
          <w:rFonts w:ascii="Times New Roman" w:hAnsi="Times New Roman"/>
          <w:b w:val="0"/>
          <w:i w:val="0"/>
          <w:color w:val="000000"/>
          <w:sz w:val="32"/>
        </w:rPr>
        <w:t>what do you call them</w:t>
      </w:r>
      <w:r>
        <w:rPr>
          <w:rFonts w:ascii="Times New Roman" w:hAnsi="Times New Roman"/>
          <w:b w:val="0"/>
          <w:i w:val="0"/>
          <w:color w:val="000000"/>
          <w:sz w:val="32"/>
        </w:rPr>
        <w:t xml:space="preserve"> — </w:t>
      </w:r>
      <w:r>
        <w:rPr>
          <w:rFonts w:ascii="Times New Roman" w:hAnsi="Times New Roman"/>
          <w:b w:val="0"/>
          <w:i w:val="0"/>
          <w:color w:val="000000"/>
          <w:sz w:val="32"/>
        </w:rPr>
        <w:t>conservator</w:t>
      </w:r>
      <w:r>
        <w:rPr>
          <w:rFonts w:ascii="Times New Roman" w:hAnsi="Times New Roman"/>
          <w:b w:val="0"/>
          <w:i w:val="0"/>
          <w:color w:val="000000"/>
          <w:sz w:val="32"/>
        </w:rPr>
        <w:t>s</w:t>
      </w:r>
      <w:r>
        <w:rPr>
          <w:rFonts w:ascii="Times New Roman" w:hAnsi="Times New Roman"/>
          <w:b w:val="0"/>
          <w:i w:val="0"/>
          <w:color w:val="000000"/>
          <w:sz w:val="32"/>
        </w:rPr>
        <w:t xml:space="preserve">? </w:t>
      </w:r>
      <w:r>
        <w:rPr>
          <w:rFonts w:ascii="Times New Roman" w:hAnsi="Times New Roman"/>
          <w:b w:val="0"/>
          <w:i w:val="0"/>
          <w:color w:val="000000"/>
          <w:sz w:val="32"/>
        </w:rPr>
        <w:t>If Granville</w:t>
      </w:r>
      <w:r>
        <w:rPr>
          <w:rFonts w:ascii="Times New Roman" w:hAnsi="Times New Roman"/>
          <w:b w:val="0"/>
          <w:i w:val="0"/>
          <w:color w:val="000000"/>
          <w:sz w:val="32"/>
        </w:rPr>
        <w:t xml:space="preserve"> sees it this way... </w:t>
      </w:r>
    </w:p>
    <w:p>
      <w:pPr>
        <w:pStyle w:val="CharacterCue"/>
        <w:keepLines/>
        <w:spacing w:before="40" w:after="120" w:line="259" w:lineRule="auto"/>
        <w:ind w:left="0" w:right="0" w:firstLine="0"/>
        <w:jc w:val="left"/>
      </w:pPr>
      <w:r>
        <w:rPr>
          <w:rFonts w:ascii="Arial" w:hAnsi="Arial"/>
          <w:b/>
          <w:color w:val="000000"/>
          <w:sz w:val="32"/>
        </w:rPr>
        <w:t>PIAZZONI’S VOICE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Dear Charlie I</w:t>
      </w:r>
      <w:r>
        <w:rPr>
          <w:rFonts w:ascii="Times New Roman" w:hAnsi="Times New Roman"/>
          <w:b w:val="0"/>
          <w:i w:val="0"/>
          <w:color w:val="000000"/>
          <w:sz w:val="32"/>
        </w:rPr>
        <w:t>’</w:t>
      </w:r>
      <w:r>
        <w:rPr>
          <w:rFonts w:ascii="Times New Roman" w:hAnsi="Times New Roman"/>
          <w:b w:val="0"/>
          <w:i w:val="0"/>
          <w:color w:val="000000"/>
          <w:sz w:val="32"/>
        </w:rPr>
        <w:t>d forgotten about your accidents. Don’t worry, Granville c</w:t>
      </w:r>
      <w:r>
        <w:rPr>
          <w:rFonts w:ascii="Times New Roman" w:hAnsi="Times New Roman"/>
          <w:b w:val="0"/>
          <w:i w:val="0"/>
          <w:color w:val="000000"/>
          <w:sz w:val="32"/>
        </w:rPr>
        <w:t>an</w:t>
      </w:r>
      <w:r>
        <w:rPr>
          <w:rFonts w:ascii="Times New Roman" w:hAnsi="Times New Roman"/>
          <w:b w:val="0"/>
          <w:i w:val="0"/>
          <w:color w:val="000000"/>
          <w:sz w:val="32"/>
        </w:rPr>
        <w:t xml:space="preserve"> probably </w:t>
      </w:r>
      <w:r>
        <w:rPr>
          <w:rFonts w:ascii="Times New Roman" w:hAnsi="Times New Roman"/>
          <w:b w:val="0"/>
          <w:i w:val="0"/>
          <w:color w:val="000000"/>
          <w:sz w:val="32"/>
        </w:rPr>
        <w:t>fix</w:t>
      </w:r>
      <w:r>
        <w:rPr>
          <w:rFonts w:ascii="Times New Roman" w:hAnsi="Times New Roman"/>
          <w:b w:val="0"/>
          <w:i w:val="0"/>
          <w:color w:val="000000"/>
          <w:sz w:val="32"/>
        </w:rPr>
        <w:t xml:space="preserve"> it himself.</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(Hesitant)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There’s something else... Granville calls the painting “Talk on the Beach.’’ </w:t>
      </w:r>
      <w:r>
        <w:rPr>
          <w:rFonts w:ascii="Times New Roman" w:hAnsi="Times New Roman"/>
          <w:b w:val="0"/>
          <w:i w:val="0"/>
          <w:color w:val="000000"/>
          <w:sz w:val="32"/>
        </w:rPr>
        <w:t>N</w:t>
      </w:r>
      <w:r>
        <w:rPr>
          <w:rFonts w:ascii="Times New Roman" w:hAnsi="Times New Roman"/>
          <w:b w:val="0"/>
          <w:i w:val="0"/>
          <w:color w:val="000000"/>
          <w:sz w:val="32"/>
        </w:rPr>
        <w:t>o one’s talking I can see... another argument around the corner.</w:t>
      </w:r>
      <w:r>
        <w:rPr>
          <w:rFonts w:ascii="Times New Roman" w:hAnsi="Times New Roman"/>
          <w:color w:val="000000"/>
          <w:sz w:val="32"/>
        </w:rPr>
      </w:r>
    </w:p>
    <w:p>
      <w:pPr>
        <w:pStyle w:val="CharacterCue"/>
        <w:keepLines/>
        <w:spacing w:before="40" w:after="120" w:line="259" w:lineRule="auto"/>
        <w:ind w:left="0" w:right="0" w:firstLine="0"/>
        <w:jc w:val="left"/>
      </w:pPr>
      <w:r>
        <w:rPr>
          <w:rFonts w:ascii="Arial" w:hAnsi="Arial"/>
          <w:b/>
          <w:color w:val="000000"/>
          <w:sz w:val="32"/>
        </w:rPr>
        <w:t>PIAZZONI’S VOICE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Which</w:t>
      </w:r>
      <w:r>
        <w:rPr>
          <w:rFonts w:ascii="Times New Roman" w:hAnsi="Times New Roman"/>
          <w:b w:val="0"/>
          <w:i w:val="0"/>
          <w:color w:val="000000"/>
          <w:sz w:val="32"/>
        </w:rPr>
        <w:t xml:space="preserve"> </w:t>
      </w:r>
      <w:r>
        <w:rPr>
          <w:rFonts w:ascii="Times New Roman" w:hAnsi="Times New Roman"/>
          <w:b w:val="0"/>
          <w:i w:val="0"/>
          <w:color w:val="000000"/>
          <w:sz w:val="32"/>
        </w:rPr>
        <w:t xml:space="preserve">you’ll both enjoy immensely. </w:t>
      </w:r>
    </w:p>
    <w:p>
      <w:pPr>
        <w:pStyle w:val="StageDirection"/>
        <w:spacing w:before="60" w:after="100"/>
        <w:ind w:left="0" w:right="0" w:firstLine="0"/>
        <w:jc w:val="left"/>
      </w:pPr>
      <w:r>
        <w:rPr>
          <w:rFonts w:ascii="Times New Roman" w:hAnsi="Times New Roman"/>
          <w:b w:val="0"/>
          <w:i/>
          <w:color w:val="000000"/>
          <w:sz w:val="32"/>
        </w:rPr>
        <w:t>(Piazzoni appears in his own light</w:t>
      </w:r>
      <w:r>
        <w:rPr>
          <w:rFonts w:ascii="Times New Roman" w:hAnsi="Times New Roman"/>
          <w:b w:val="0"/>
          <w:i/>
          <w:color w:val="000000"/>
          <w:sz w:val="32"/>
        </w:rPr>
        <w:t>, leaning more heavily on his cane</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Granville worried his art wasn’t important, as if painting from the soul wasn’t </w:t>
      </w:r>
      <w:r>
        <w:rPr>
          <w:rFonts w:ascii="Times New Roman" w:hAnsi="Times New Roman"/>
          <w:b w:val="0"/>
          <w:i w:val="0"/>
          <w:color w:val="000000"/>
          <w:sz w:val="32"/>
        </w:rPr>
        <w:t>enough</w:t>
      </w:r>
      <w:r>
        <w:rPr>
          <w:rFonts w:ascii="Times New Roman" w:hAnsi="Times New Roman"/>
          <w:b w:val="0"/>
          <w:i w:val="0"/>
          <w:color w:val="000000"/>
          <w:sz w:val="32"/>
        </w:rPr>
        <w:t xml:space="preserve">... It needed to </w:t>
      </w:r>
      <w:r>
        <w:rPr>
          <w:rFonts w:ascii="Times New Roman" w:hAnsi="Times New Roman"/>
          <w:b w:val="0"/>
          <w:i/>
          <w:color w:val="000000"/>
          <w:sz w:val="32"/>
        </w:rPr>
        <w:t xml:space="preserve">mean </w:t>
      </w:r>
      <w:r>
        <w:rPr>
          <w:rFonts w:ascii="Times New Roman" w:hAnsi="Times New Roman"/>
          <w:b w:val="0"/>
          <w:i w:val="0"/>
          <w:color w:val="000000"/>
          <w:sz w:val="32"/>
        </w:rPr>
        <w:t xml:space="preserve">something. </w:t>
      </w:r>
      <w:r>
        <w:rPr>
          <w:rFonts w:ascii="Times New Roman" w:hAnsi="Times New Roman"/>
          <w:b w:val="0"/>
          <w:i w:val="0"/>
          <w:color w:val="000000"/>
          <w:sz w:val="32"/>
        </w:rPr>
        <w:t>H</w:t>
      </w:r>
      <w:r>
        <w:rPr>
          <w:rFonts w:ascii="Times New Roman" w:hAnsi="Times New Roman"/>
          <w:b w:val="0"/>
          <w:i w:val="0"/>
          <w:color w:val="000000"/>
          <w:sz w:val="32"/>
        </w:rPr>
        <w:t>ad to be able to put words to it</w:t>
      </w:r>
      <w:r>
        <w:rPr>
          <w:rFonts w:ascii="Times New Roman" w:hAnsi="Times New Roman"/>
          <w:b w:val="0"/>
          <w:i w:val="0"/>
          <w:color w:val="000000"/>
          <w:sz w:val="32"/>
        </w:rPr>
        <w:t xml:space="preserve">... </w:t>
      </w:r>
      <w:r>
        <w:rPr>
          <w:rFonts w:ascii="Times New Roman" w:hAnsi="Times New Roman"/>
          <w:b w:val="0"/>
          <w:i w:val="0"/>
          <w:color w:val="000000"/>
          <w:sz w:val="32"/>
        </w:rPr>
        <w:t>His</w:t>
      </w:r>
      <w:r>
        <w:rPr>
          <w:rFonts w:ascii="Times New Roman" w:hAnsi="Times New Roman"/>
          <w:b w:val="0"/>
          <w:i w:val="0"/>
          <w:color w:val="000000"/>
          <w:sz w:val="32"/>
        </w:rPr>
        <w:t xml:space="preserve"> wildflower</w:t>
      </w:r>
      <w:r>
        <w:rPr>
          <w:rFonts w:ascii="Times New Roman" w:hAnsi="Times New Roman"/>
          <w:b w:val="0"/>
          <w:i w:val="0"/>
          <w:color w:val="000000"/>
          <w:sz w:val="32"/>
        </w:rPr>
        <w:t xml:space="preserve"> </w:t>
      </w:r>
      <w:r>
        <w:rPr>
          <w:rFonts w:ascii="Times New Roman" w:hAnsi="Times New Roman"/>
          <w:b w:val="0"/>
          <w:i w:val="0"/>
          <w:color w:val="000000"/>
          <w:sz w:val="32"/>
        </w:rPr>
        <w:t xml:space="preserve">paintings </w:t>
      </w:r>
      <w:r>
        <w:rPr>
          <w:rFonts w:ascii="Times New Roman" w:hAnsi="Times New Roman"/>
          <w:b w:val="0"/>
          <w:i w:val="0"/>
          <w:color w:val="000000"/>
          <w:sz w:val="32"/>
        </w:rPr>
        <w:t>made him self-conscious</w:t>
      </w:r>
      <w:r>
        <w:rPr>
          <w:rFonts w:ascii="Times New Roman" w:hAnsi="Times New Roman"/>
          <w:b w:val="0"/>
          <w:i w:val="0"/>
          <w:color w:val="000000"/>
          <w:sz w:val="32"/>
        </w:rPr>
        <w:t xml:space="preserve"> — </w:t>
      </w:r>
      <w:r>
        <w:rPr>
          <w:rFonts w:ascii="Times New Roman" w:hAnsi="Times New Roman"/>
          <w:b w:val="0"/>
          <w:i w:val="0"/>
          <w:color w:val="000000"/>
          <w:sz w:val="32"/>
        </w:rPr>
        <w:t>they were</w:t>
      </w:r>
      <w:r>
        <w:rPr>
          <w:rFonts w:ascii="Times New Roman" w:hAnsi="Times New Roman"/>
          <w:b w:val="0"/>
          <w:i w:val="0"/>
          <w:color w:val="000000"/>
          <w:sz w:val="32"/>
        </w:rPr>
        <w:t xml:space="preserve"> </w:t>
      </w:r>
      <w:r>
        <w:rPr>
          <w:rFonts w:ascii="Times New Roman" w:hAnsi="Times New Roman"/>
          <w:b w:val="0"/>
          <w:i w:val="0"/>
          <w:color w:val="000000"/>
          <w:sz w:val="32"/>
        </w:rPr>
        <w:t>what sold. The more their beauty</w:t>
      </w:r>
      <w:r>
        <w:rPr>
          <w:rFonts w:ascii="Times New Roman" w:hAnsi="Times New Roman"/>
          <w:b w:val="0"/>
          <w:i w:val="0"/>
          <w:color w:val="000000"/>
          <w:sz w:val="32"/>
        </w:rPr>
        <w:t xml:space="preserve"> was praised</w:t>
      </w:r>
      <w:r>
        <w:rPr>
          <w:rFonts w:ascii="Times New Roman" w:hAnsi="Times New Roman"/>
          <w:b w:val="0"/>
          <w:i w:val="0"/>
          <w:color w:val="000000"/>
          <w:sz w:val="32"/>
        </w:rPr>
        <w:t xml:space="preserve">, the more ashamed he </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Charlie </w:t>
      </w:r>
      <w:r>
        <w:rPr>
          <w:rFonts w:ascii="Times New Roman" w:hAnsi="Times New Roman"/>
          <w:b w:val="0"/>
          <w:i w:val="0"/>
          <w:color w:val="000000"/>
          <w:sz w:val="32"/>
        </w:rPr>
        <w:t>mocked him</w:t>
      </w:r>
      <w:r>
        <w:rPr>
          <w:rFonts w:ascii="Times New Roman" w:hAnsi="Times New Roman"/>
          <w:b w:val="0"/>
          <w:i w:val="0"/>
          <w:color w:val="000000"/>
          <w:sz w:val="32"/>
        </w:rPr>
        <w:t xml:space="preserve"> for this</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How odd you are, Granville! What’s wrong with </w:t>
      </w:r>
      <w:r>
        <w:rPr>
          <w:rFonts w:ascii="Times New Roman" w:hAnsi="Times New Roman"/>
          <w:b w:val="0"/>
          <w:i w:val="0"/>
          <w:color w:val="000000"/>
          <w:sz w:val="32"/>
        </w:rPr>
        <w:t>art</w:t>
      </w:r>
      <w:r>
        <w:rPr>
          <w:rFonts w:ascii="Times New Roman" w:hAnsi="Times New Roman"/>
          <w:b w:val="0"/>
          <w:i w:val="0"/>
          <w:color w:val="000000"/>
          <w:sz w:val="32"/>
        </w:rPr>
        <w:t xml:space="preserve"> that make people feel good? </w:t>
      </w:r>
      <w:r>
        <w:rPr>
          <w:rFonts w:ascii="Times New Roman" w:hAnsi="Times New Roman"/>
          <w:b w:val="0"/>
          <w:i w:val="0"/>
          <w:color w:val="000000"/>
          <w:sz w:val="32"/>
        </w:rPr>
        <w:t>J</w:t>
      </w:r>
      <w:r>
        <w:rPr>
          <w:rFonts w:ascii="Times New Roman" w:hAnsi="Times New Roman"/>
          <w:b w:val="0"/>
          <w:i w:val="0"/>
          <w:color w:val="000000"/>
          <w:sz w:val="32"/>
        </w:rPr>
        <w:t>oy</w:t>
      </w:r>
      <w:r>
        <w:rPr>
          <w:rFonts w:ascii="Times New Roman" w:hAnsi="Times New Roman"/>
          <w:b w:val="0"/>
          <w:i w:val="0"/>
          <w:color w:val="000000"/>
          <w:sz w:val="32"/>
        </w:rPr>
        <w:t>’s</w:t>
      </w:r>
      <w:r>
        <w:rPr>
          <w:rFonts w:ascii="Times New Roman" w:hAnsi="Times New Roman"/>
          <w:b w:val="0"/>
          <w:i w:val="0"/>
          <w:color w:val="000000"/>
          <w:sz w:val="32"/>
        </w:rPr>
        <w:t xml:space="preserve"> what </w:t>
      </w:r>
      <w:r>
        <w:rPr>
          <w:rFonts w:ascii="Times New Roman" w:hAnsi="Times New Roman"/>
          <w:b w:val="0"/>
          <w:i w:val="0"/>
          <w:color w:val="000000"/>
          <w:sz w:val="32"/>
        </w:rPr>
        <w:t>your</w:t>
      </w:r>
      <w:r>
        <w:rPr>
          <w:rFonts w:ascii="Times New Roman" w:hAnsi="Times New Roman"/>
          <w:b w:val="0"/>
          <w:i w:val="0"/>
          <w:color w:val="000000"/>
          <w:sz w:val="32"/>
        </w:rPr>
        <w:t xml:space="preserve"> art</w:t>
      </w:r>
      <w:r>
        <w:rPr>
          <w:rFonts w:ascii="Times New Roman" w:hAnsi="Times New Roman"/>
          <w:b w:val="0"/>
          <w:i w:val="0"/>
          <w:color w:val="000000"/>
          <w:sz w:val="32"/>
        </w:rPr>
        <w:t>’</w:t>
      </w:r>
      <w:r>
        <w:rPr>
          <w:rFonts w:ascii="Times New Roman" w:hAnsi="Times New Roman"/>
          <w:b w:val="0"/>
          <w:i w:val="0"/>
          <w:color w:val="000000"/>
          <w:sz w:val="32"/>
        </w:rPr>
        <w:t>s</w:t>
      </w:r>
      <w:r>
        <w:rPr>
          <w:rFonts w:ascii="Times New Roman" w:hAnsi="Times New Roman"/>
          <w:b w:val="0"/>
          <w:i w:val="0"/>
          <w:color w:val="000000"/>
          <w:sz w:val="32"/>
        </w:rPr>
        <w:t xml:space="preserve"> about</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Y</w:t>
      </w:r>
      <w:r>
        <w:rPr>
          <w:rFonts w:ascii="Times New Roman" w:hAnsi="Times New Roman"/>
          <w:b w:val="0"/>
          <w:i w:val="0"/>
          <w:color w:val="000000"/>
          <w:sz w:val="32"/>
        </w:rPr>
        <w:t xml:space="preserve">ou think I resent it if people </w:t>
      </w:r>
      <w:r>
        <w:rPr>
          <w:rFonts w:ascii="Times New Roman" w:hAnsi="Times New Roman"/>
          <w:b w:val="0"/>
          <w:i w:val="0"/>
          <w:color w:val="000000"/>
          <w:sz w:val="32"/>
        </w:rPr>
        <w:t>take</w:t>
      </w:r>
      <w:r>
        <w:rPr>
          <w:rFonts w:ascii="Times New Roman" w:hAnsi="Times New Roman"/>
          <w:b w:val="0"/>
          <w:i w:val="0"/>
          <w:color w:val="000000"/>
          <w:sz w:val="32"/>
        </w:rPr>
        <w:t xml:space="preserve"> </w:t>
      </w:r>
      <w:r>
        <w:rPr>
          <w:rFonts w:ascii="Times New Roman" w:hAnsi="Times New Roman"/>
          <w:b w:val="0"/>
          <w:i w:val="0"/>
          <w:color w:val="000000"/>
          <w:sz w:val="32"/>
        </w:rPr>
        <w:t>pleasure</w:t>
      </w:r>
      <w:r>
        <w:rPr>
          <w:rFonts w:ascii="Times New Roman" w:hAnsi="Times New Roman"/>
          <w:b w:val="0"/>
          <w:i w:val="0"/>
          <w:color w:val="000000"/>
          <w:sz w:val="32"/>
        </w:rPr>
        <w:t xml:space="preserve"> </w:t>
      </w:r>
      <w:r>
        <w:rPr>
          <w:rFonts w:ascii="Times New Roman" w:hAnsi="Times New Roman"/>
          <w:b w:val="0"/>
          <w:i w:val="0"/>
          <w:color w:val="000000"/>
          <w:sz w:val="32"/>
        </w:rPr>
        <w:t>i</w:t>
      </w:r>
      <w:r>
        <w:rPr>
          <w:rFonts w:ascii="Times New Roman" w:hAnsi="Times New Roman"/>
          <w:b w:val="0"/>
          <w:i w:val="0"/>
          <w:color w:val="000000"/>
          <w:sz w:val="32"/>
        </w:rPr>
        <w:t xml:space="preserve">n </w:t>
      </w:r>
      <w:r>
        <w:rPr>
          <w:rFonts w:ascii="Times New Roman" w:hAnsi="Times New Roman"/>
          <w:b w:val="0"/>
          <w:i w:val="0"/>
          <w:color w:val="000000"/>
          <w:sz w:val="32"/>
        </w:rPr>
        <w:t xml:space="preserve">my comedy? </w:t>
      </w:r>
    </w:p>
    <w:p>
      <w:pPr>
        <w:pStyle w:val="StageDirection"/>
        <w:spacing w:before="60" w:after="100"/>
        <w:ind w:left="0" w:right="0" w:firstLine="0"/>
        <w:jc w:val="left"/>
      </w:pPr>
      <w:r>
        <w:rPr>
          <w:rFonts w:ascii="Times New Roman" w:hAnsi="Times New Roman"/>
          <w:b w:val="0"/>
          <w:i/>
          <w:color w:val="000000"/>
          <w:sz w:val="32"/>
        </w:rPr>
        <w:t>(Redmond appears, his right arm free of sling, his face sallow and pale.)</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(Voice at first from a distance)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Charlie, p</w:t>
      </w:r>
      <w:r>
        <w:rPr>
          <w:rFonts w:ascii="Times New Roman" w:hAnsi="Times New Roman"/>
          <w:b w:val="0"/>
          <w:i w:val="0"/>
          <w:color w:val="000000"/>
          <w:sz w:val="32"/>
        </w:rPr>
        <w:t>eople take your comedy seriously. My serious paintings</w:t>
      </w:r>
      <w:r>
        <w:rPr>
          <w:rFonts w:ascii="Times New Roman" w:hAnsi="Times New Roman"/>
          <w:b w:val="0"/>
          <w:i w:val="0"/>
          <w:color w:val="000000"/>
          <w:sz w:val="32"/>
        </w:rPr>
        <w:t xml:space="preserve"> </w:t>
      </w:r>
      <w:r>
        <w:rPr>
          <w:rFonts w:ascii="Times New Roman" w:hAnsi="Times New Roman"/>
          <w:b w:val="0"/>
          <w:i w:val="0"/>
          <w:color w:val="000000"/>
          <w:sz w:val="32"/>
        </w:rPr>
        <w:t xml:space="preserve">— which </w:t>
      </w:r>
      <w:r>
        <w:rPr>
          <w:rFonts w:ascii="Times New Roman" w:hAnsi="Times New Roman"/>
          <w:b w:val="0"/>
          <w:i w:val="0"/>
          <w:color w:val="000000"/>
          <w:sz w:val="32"/>
        </w:rPr>
        <w:t xml:space="preserve">I feel </w:t>
      </w:r>
      <w:r>
        <w:rPr>
          <w:rFonts w:ascii="Times New Roman" w:hAnsi="Times New Roman"/>
          <w:b w:val="0"/>
          <w:i w:val="0"/>
          <w:color w:val="000000"/>
          <w:sz w:val="32"/>
        </w:rPr>
        <w:t>are</w:t>
      </w:r>
      <w:r>
        <w:rPr>
          <w:rFonts w:ascii="Times New Roman" w:hAnsi="Times New Roman"/>
          <w:b w:val="0"/>
          <w:i/>
          <w:color w:val="000000"/>
          <w:sz w:val="32"/>
        </w:rPr>
        <w:t xml:space="preserve"> spiritually</w:t>
      </w:r>
      <w:r>
        <w:rPr>
          <w:rFonts w:ascii="Times New Roman" w:hAnsi="Times New Roman"/>
          <w:b w:val="0"/>
          <w:i w:val="0"/>
          <w:color w:val="000000"/>
          <w:sz w:val="32"/>
        </w:rPr>
        <w:t xml:space="preserve"> </w:t>
      </w:r>
      <w:r>
        <w:rPr>
          <w:rFonts w:ascii="Times New Roman" w:hAnsi="Times New Roman"/>
          <w:b w:val="0"/>
          <w:i/>
          <w:color w:val="000000"/>
          <w:sz w:val="32"/>
        </w:rPr>
        <w:t>joyful</w:t>
      </w:r>
      <w:r>
        <w:rPr>
          <w:rFonts w:ascii="Times New Roman" w:hAnsi="Times New Roman"/>
          <w:b w:val="0"/>
          <w:i w:val="0"/>
          <w:color w:val="000000"/>
          <w:sz w:val="32"/>
        </w:rPr>
        <w:t xml:space="preserve"> — don’t sell.</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People will come round. Give them time.</w:t>
      </w:r>
      <w:r>
        <w:rPr>
          <w:rFonts w:ascii="Times New Roman" w:hAnsi="Times New Roman"/>
          <w:b w:val="0"/>
          <w:i w:val="0"/>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(Picks up brush, looks at it)</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H</w:t>
      </w:r>
      <w:r>
        <w:rPr>
          <w:rFonts w:ascii="Times New Roman" w:hAnsi="Times New Roman"/>
          <w:b w:val="0"/>
          <w:i w:val="0"/>
          <w:color w:val="000000"/>
          <w:sz w:val="32"/>
        </w:rPr>
        <w:t>aven’t</w:t>
      </w:r>
      <w:r>
        <w:rPr>
          <w:rFonts w:ascii="Times New Roman" w:hAnsi="Times New Roman"/>
          <w:b w:val="0"/>
          <w:i w:val="0"/>
          <w:color w:val="000000"/>
          <w:sz w:val="32"/>
        </w:rPr>
        <w:t xml:space="preserve"> time.</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You don’t know that. You </w:t>
      </w:r>
      <w:r>
        <w:rPr>
          <w:rFonts w:ascii="Times New Roman" w:hAnsi="Times New Roman"/>
          <w:b w:val="0"/>
          <w:i/>
          <w:color w:val="000000"/>
          <w:sz w:val="32"/>
        </w:rPr>
        <w:t>do know</w:t>
      </w:r>
      <w:r>
        <w:rPr>
          <w:rFonts w:ascii="Times New Roman" w:hAnsi="Times New Roman"/>
          <w:b w:val="0"/>
          <w:i w:val="0"/>
          <w:color w:val="000000"/>
          <w:sz w:val="32"/>
        </w:rPr>
        <w:t xml:space="preserve"> you need money.</w:t>
      </w:r>
    </w:p>
    <w:p>
      <w:pPr>
        <w:pStyle w:val="StageDirection"/>
        <w:spacing w:before="60" w:after="100"/>
        <w:ind w:left="0" w:right="0" w:firstLine="0"/>
        <w:jc w:val="left"/>
      </w:pPr>
      <w:r>
        <w:rPr>
          <w:rFonts w:ascii="Times New Roman" w:hAnsi="Times New Roman"/>
          <w:b w:val="0"/>
          <w:i/>
          <w:color w:val="000000"/>
          <w:sz w:val="32"/>
        </w:rPr>
        <w:t>(Redmond nods</w:t>
      </w:r>
      <w:r>
        <w:rPr>
          <w:rFonts w:ascii="Times New Roman" w:hAnsi="Times New Roman"/>
          <w:b w:val="0"/>
          <w:i/>
          <w:color w:val="000000"/>
          <w:sz w:val="32"/>
        </w:rPr>
        <w:t>,</w:t>
      </w:r>
      <w:r>
        <w:rPr>
          <w:rFonts w:ascii="Times New Roman" w:hAnsi="Times New Roman"/>
          <w:b w:val="0"/>
          <w:i/>
          <w:color w:val="000000"/>
          <w:sz w:val="32"/>
        </w:rPr>
        <w:t xml:space="preserve"> </w:t>
      </w:r>
      <w:r>
        <w:rPr>
          <w:rFonts w:ascii="Times New Roman" w:hAnsi="Times New Roman"/>
          <w:b w:val="0"/>
          <w:i/>
          <w:color w:val="000000"/>
          <w:sz w:val="32"/>
        </w:rPr>
        <w:t xml:space="preserve">sits, </w:t>
      </w:r>
      <w:r>
        <w:rPr>
          <w:rFonts w:ascii="Times New Roman" w:hAnsi="Times New Roman"/>
          <w:b w:val="0"/>
          <w:i/>
          <w:color w:val="000000"/>
          <w:sz w:val="32"/>
        </w:rPr>
        <w:t xml:space="preserve">goes back to his painting, again the woman on the beach. Chaplin settles in </w:t>
      </w:r>
      <w:r>
        <w:rPr>
          <w:rFonts w:ascii="Times New Roman" w:hAnsi="Times New Roman"/>
          <w:b w:val="0"/>
          <w:i/>
          <w:color w:val="000000"/>
          <w:sz w:val="32"/>
        </w:rPr>
        <w:t xml:space="preserve">contentedly </w:t>
      </w:r>
      <w:r>
        <w:rPr>
          <w:rFonts w:ascii="Times New Roman" w:hAnsi="Times New Roman"/>
          <w:b w:val="0"/>
          <w:i/>
          <w:color w:val="000000"/>
          <w:sz w:val="32"/>
        </w:rPr>
        <w:t>to watch</w:t>
      </w:r>
      <w:r>
        <w:rPr>
          <w:rFonts w:ascii="Times New Roman" w:hAnsi="Times New Roman"/>
          <w:b w:val="0"/>
          <w:i/>
          <w:color w:val="000000"/>
          <w:sz w:val="32"/>
        </w:rPr>
        <w:t>.</w:t>
      </w:r>
      <w:r>
        <w:rPr>
          <w:rFonts w:ascii="Times New Roman" w:hAnsi="Times New Roman"/>
          <w:b w:val="0"/>
          <w:i/>
          <w:color w:val="000000"/>
          <w:sz w:val="32"/>
        </w:rPr>
        <w:t xml:space="preserve"> Lighting soft</w:t>
      </w:r>
      <w:r>
        <w:rPr>
          <w:rFonts w:ascii="Times New Roman" w:hAnsi="Times New Roman"/>
          <w:b w:val="0"/>
          <w:i/>
          <w:color w:val="000000"/>
          <w:sz w:val="32"/>
        </w:rPr>
        <w:t xml:space="preserve"> </w:t>
      </w:r>
      <w:r>
        <w:rPr>
          <w:rFonts w:ascii="Times New Roman" w:hAnsi="Times New Roman"/>
          <w:b w:val="0"/>
          <w:i/>
          <w:color w:val="000000"/>
          <w:sz w:val="32"/>
        </w:rPr>
        <w:t>on both of them</w:t>
      </w:r>
      <w:r>
        <w:rPr>
          <w:rFonts w:ascii="Times New Roman" w:hAnsi="Times New Roman"/>
          <w:b w:val="0"/>
          <w:i/>
          <w:color w:val="000000"/>
          <w:sz w:val="32"/>
        </w:rPr>
        <w:t>. The heightened sound of brush strokes.</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Dear Piazzoni</w:t>
      </w:r>
      <w:r>
        <w:rPr>
          <w:rFonts w:ascii="Times New Roman" w:hAnsi="Times New Roman"/>
          <w:b w:val="0"/>
          <w:i w:val="0"/>
          <w:color w:val="000000"/>
          <w:sz w:val="32"/>
        </w:rPr>
        <w:t xml:space="preserve">, the most restful moments in my life have come watching Granville paint... </w:t>
      </w:r>
      <w:r>
        <w:rPr>
          <w:rFonts w:ascii="Times New Roman" w:hAnsi="Times New Roman"/>
          <w:b w:val="0"/>
          <w:i w:val="0"/>
          <w:color w:val="000000"/>
          <w:sz w:val="32"/>
        </w:rPr>
        <w:t xml:space="preserve">it’s </w:t>
      </w:r>
      <w:r>
        <w:rPr>
          <w:rFonts w:ascii="Times New Roman" w:hAnsi="Times New Roman"/>
          <w:b w:val="0"/>
          <w:i w:val="0"/>
          <w:color w:val="000000"/>
          <w:sz w:val="32"/>
        </w:rPr>
        <w:t xml:space="preserve">as I watched my mother apply makeup for the </w:t>
      </w:r>
      <w:r>
        <w:rPr>
          <w:rFonts w:ascii="Times New Roman" w:hAnsi="Times New Roman"/>
          <w:b w:val="0"/>
          <w:i w:val="0"/>
          <w:color w:val="000000"/>
          <w:sz w:val="32"/>
        </w:rPr>
        <w:t xml:space="preserve">variety </w:t>
      </w:r>
      <w:r>
        <w:rPr>
          <w:rFonts w:ascii="Times New Roman" w:hAnsi="Times New Roman"/>
          <w:b w:val="0"/>
          <w:i w:val="0"/>
          <w:color w:val="000000"/>
          <w:sz w:val="32"/>
        </w:rPr>
        <w:t xml:space="preserve">stage...the soft sound of the makeup brush on her face, the harsh sound of </w:t>
      </w:r>
      <w:r>
        <w:rPr>
          <w:rFonts w:ascii="Times New Roman" w:hAnsi="Times New Roman"/>
          <w:b w:val="0"/>
          <w:i w:val="0"/>
          <w:color w:val="000000"/>
          <w:sz w:val="32"/>
        </w:rPr>
        <w:t>Granville’s</w:t>
      </w:r>
      <w:r>
        <w:rPr>
          <w:rFonts w:ascii="Times New Roman" w:hAnsi="Times New Roman"/>
          <w:b w:val="0"/>
          <w:i w:val="0"/>
          <w:color w:val="000000"/>
          <w:sz w:val="32"/>
        </w:rPr>
        <w:t xml:space="preserve"> brush on canvas... </w:t>
      </w:r>
      <w:r>
        <w:rPr>
          <w:rFonts w:ascii="Times New Roman" w:hAnsi="Times New Roman"/>
          <w:b w:val="0"/>
          <w:i w:val="0"/>
          <w:color w:val="000000"/>
          <w:sz w:val="32"/>
        </w:rPr>
        <w:t xml:space="preserve">different but the same... </w:t>
      </w:r>
      <w:r>
        <w:rPr>
          <w:rFonts w:ascii="Times New Roman" w:hAnsi="Times New Roman"/>
          <w:b w:val="0"/>
          <w:i w:val="0"/>
          <w:color w:val="000000"/>
          <w:sz w:val="32"/>
        </w:rPr>
        <w:t>the tension goes out of me...I</w:t>
      </w:r>
      <w:r>
        <w:rPr>
          <w:rFonts w:ascii="Times New Roman" w:hAnsi="Times New Roman"/>
          <w:b w:val="0"/>
          <w:i w:val="0"/>
          <w:color w:val="000000"/>
          <w:sz w:val="32"/>
        </w:rPr>
        <w:t>’</w:t>
      </w:r>
      <w:r>
        <w:rPr>
          <w:rFonts w:ascii="Times New Roman" w:hAnsi="Times New Roman"/>
          <w:b w:val="0"/>
          <w:i w:val="0"/>
          <w:color w:val="000000"/>
          <w:sz w:val="32"/>
        </w:rPr>
        <w:t xml:space="preserve">m hypnotized... </w:t>
      </w:r>
    </w:p>
    <w:p>
      <w:pPr>
        <w:pStyle w:val="StageDirection"/>
        <w:spacing w:before="60" w:after="100"/>
        <w:ind w:left="0" w:right="0" w:firstLine="0"/>
        <w:jc w:val="left"/>
      </w:pPr>
      <w:r>
        <w:rPr>
          <w:rFonts w:ascii="Times New Roman" w:hAnsi="Times New Roman"/>
          <w:b w:val="0"/>
          <w:i/>
          <w:color w:val="000000"/>
          <w:sz w:val="32"/>
        </w:rPr>
        <w:t xml:space="preserve"> </w:t>
      </w:r>
      <w:r>
        <w:rPr>
          <w:rFonts w:ascii="Times New Roman" w:hAnsi="Times New Roman"/>
          <w:b w:val="0"/>
          <w:i/>
          <w:color w:val="000000"/>
          <w:sz w:val="32"/>
        </w:rPr>
        <w:t>(</w:t>
      </w:r>
      <w:r>
        <w:rPr>
          <w:rFonts w:ascii="Times New Roman" w:hAnsi="Times New Roman"/>
          <w:b w:val="0"/>
          <w:i/>
          <w:color w:val="000000"/>
          <w:sz w:val="32"/>
        </w:rPr>
        <w:t>Redmon</w:t>
      </w:r>
      <w:r>
        <w:rPr>
          <w:rFonts w:ascii="Times New Roman" w:hAnsi="Times New Roman"/>
          <w:b w:val="0"/>
          <w:i/>
          <w:color w:val="000000"/>
          <w:sz w:val="32"/>
        </w:rPr>
        <w:t>d</w:t>
      </w:r>
      <w:r>
        <w:rPr>
          <w:rFonts w:ascii="Times New Roman" w:hAnsi="Times New Roman"/>
          <w:b w:val="0"/>
          <w:i/>
          <w:color w:val="000000"/>
          <w:sz w:val="32"/>
        </w:rPr>
        <w:t xml:space="preserve"> jumps up, elated, gestures to painting, </w:t>
      </w:r>
      <w:r>
        <w:rPr>
          <w:rFonts w:ascii="Times New Roman" w:hAnsi="Times New Roman"/>
          <w:b w:val="0"/>
          <w:i/>
          <w:color w:val="000000"/>
          <w:sz w:val="32"/>
        </w:rPr>
        <w:t>showing on the screen,</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There —</w:t>
      </w:r>
      <w:r>
        <w:rPr>
          <w:rFonts w:ascii="Times New Roman" w:hAnsi="Times New Roman"/>
          <w:b w:val="0"/>
          <w:i/>
          <w:color w:val="000000"/>
          <w:sz w:val="32"/>
        </w:rPr>
        <w:t xml:space="preserve"> </w:t>
      </w:r>
      <w:r>
        <w:rPr>
          <w:rFonts w:ascii="Times New Roman" w:hAnsi="Times New Roman"/>
          <w:b w:val="0"/>
          <w:i w:val="0"/>
          <w:color w:val="000000"/>
          <w:sz w:val="32"/>
        </w:rPr>
        <w:t>finished!</w:t>
      </w:r>
      <w:r>
        <w:rPr>
          <w:rFonts w:ascii="Times New Roman" w:hAnsi="Times New Roman"/>
          <w:b w:val="0"/>
          <w:i w:val="0"/>
          <w:color w:val="000000"/>
          <w:sz w:val="32"/>
        </w:rPr>
        <w:t>... works now.</w:t>
      </w:r>
    </w:p>
    <w:p>
      <w:pPr>
        <w:pStyle w:val="StageDirection"/>
        <w:spacing w:before="60" w:after="100"/>
        <w:ind w:left="0" w:right="0" w:firstLine="0"/>
        <w:jc w:val="left"/>
      </w:pPr>
      <w:r>
        <w:rPr>
          <w:rFonts w:ascii="Times New Roman" w:hAnsi="Times New Roman"/>
          <w:b w:val="0"/>
          <w:i/>
          <w:color w:val="000000"/>
          <w:sz w:val="32"/>
        </w:rPr>
        <w:t xml:space="preserve">(Does a little dance step, but stops, short </w:t>
      </w:r>
      <w:r>
        <w:rPr>
          <w:rFonts w:ascii="Times New Roman" w:hAnsi="Times New Roman"/>
          <w:b w:val="0"/>
          <w:i/>
          <w:color w:val="000000"/>
          <w:sz w:val="32"/>
        </w:rPr>
        <w:t>of breath</w:t>
      </w:r>
      <w:r>
        <w:rPr>
          <w:rFonts w:ascii="Times New Roman" w:hAnsi="Times New Roman"/>
          <w:b w:val="0"/>
          <w:i/>
          <w:color w:val="000000"/>
          <w:sz w:val="32"/>
        </w:rPr>
        <w:t xml:space="preserve">. </w:t>
      </w:r>
      <w:r>
        <w:rPr>
          <w:rFonts w:ascii="Times New Roman" w:hAnsi="Times New Roman"/>
          <w:b w:val="0"/>
          <w:i/>
          <w:color w:val="000000"/>
          <w:sz w:val="32"/>
        </w:rPr>
        <w:t xml:space="preserve">Frightened, </w:t>
      </w:r>
      <w:r>
        <w:rPr>
          <w:rFonts w:ascii="Times New Roman" w:hAnsi="Times New Roman"/>
          <w:b w:val="0"/>
          <w:i/>
          <w:color w:val="000000"/>
          <w:sz w:val="32"/>
        </w:rPr>
        <w:t>picks up brush,</w:t>
      </w:r>
      <w:r>
        <w:rPr>
          <w:rFonts w:ascii="Times New Roman" w:hAnsi="Times New Roman"/>
          <w:b w:val="0"/>
          <w:i/>
          <w:color w:val="000000"/>
          <w:sz w:val="32"/>
        </w:rPr>
        <w:t xml:space="preserve"> </w:t>
      </w:r>
      <w:r>
        <w:rPr>
          <w:rFonts w:ascii="Times New Roman" w:hAnsi="Times New Roman"/>
          <w:b w:val="0"/>
          <w:i/>
          <w:color w:val="000000"/>
          <w:sz w:val="32"/>
        </w:rPr>
        <w:t>signs the painting</w:t>
      </w:r>
      <w:r>
        <w:rPr>
          <w:rFonts w:ascii="Times New Roman" w:hAnsi="Times New Roman"/>
          <w:b w:val="0"/>
          <w:i/>
          <w:color w:val="000000"/>
          <w:sz w:val="32"/>
        </w:rPr>
        <w:t>, steps back</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REDMOND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Well?</w:t>
      </w:r>
      <w:r>
        <w:rPr>
          <w:rFonts w:ascii="Times New Roman" w:hAnsi="Times New Roman"/>
          <w:b w:val="0"/>
          <w:i w:val="0"/>
          <w:color w:val="000000"/>
          <w:sz w:val="32"/>
        </w:rPr>
        <w:t xml:space="preserve"> </w:t>
      </w:r>
      <w:r>
        <w:rPr>
          <w:rFonts w:ascii="Times New Roman" w:hAnsi="Times New Roman"/>
          <w:b w:val="0"/>
          <w:i w:val="0"/>
          <w:color w:val="000000"/>
          <w:sz w:val="32"/>
        </w:rPr>
        <w:t>... still like it?</w:t>
      </w:r>
    </w:p>
    <w:p>
      <w:pPr>
        <w:pStyle w:val="CharacterCue"/>
        <w:keepLines/>
        <w:spacing w:before="40" w:after="120" w:line="259" w:lineRule="auto"/>
        <w:ind w:left="0" w:right="0" w:firstLine="0"/>
        <w:jc w:val="left"/>
      </w:pPr>
      <w:r>
        <w:rPr>
          <w:rFonts w:ascii="Arial" w:hAnsi="Arial"/>
          <w:b/>
          <w:color w:val="000000"/>
          <w:sz w:val="32"/>
        </w:rPr>
        <w:t>CHAPLIN</w:t>
      </w:r>
      <w:r>
        <w:rPr>
          <w:color w:val="000000"/>
          <w:sz w:val="32"/>
        </w:rPr>
        <w:t xml:space="preserve"> </w:t>
      </w:r>
      <w:r>
        <w:rPr>
          <w:rFonts w:ascii="Times New Roman" w:hAnsi="Times New Roman"/>
          <w:b w:val="0"/>
          <w:i/>
          <w:color w:val="000000"/>
          <w:sz w:val="32"/>
        </w:rPr>
        <w:t>(Signing and sighing dreamily)</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Very much, Granville! Very much indeed! </w:t>
      </w:r>
      <w:r>
        <w:rPr>
          <w:rFonts w:ascii="Times New Roman" w:hAnsi="Times New Roman"/>
          <w:b w:val="0"/>
          <w:i/>
          <w:color w:val="000000"/>
          <w:sz w:val="32"/>
        </w:rPr>
        <w:t xml:space="preserve"> </w:t>
      </w:r>
      <w:r>
        <w:rPr>
          <w:rFonts w:ascii="Times New Roman" w:hAnsi="Times New Roman"/>
          <w:b w:val="0"/>
          <w:i w:val="0"/>
          <w:color w:val="000000"/>
          <w:sz w:val="32"/>
        </w:rPr>
        <w:t>Q</w:t>
      </w:r>
      <w:r>
        <w:rPr>
          <w:rFonts w:ascii="Times New Roman" w:hAnsi="Times New Roman"/>
          <w:b w:val="0"/>
          <w:i w:val="0"/>
          <w:color w:val="000000"/>
          <w:sz w:val="32"/>
        </w:rPr>
        <w:t xml:space="preserve">uite taken </w:t>
      </w:r>
      <w:r>
        <w:rPr>
          <w:rFonts w:ascii="Times New Roman" w:hAnsi="Times New Roman"/>
          <w:b w:val="0"/>
          <w:i w:val="0"/>
          <w:color w:val="000000"/>
          <w:sz w:val="32"/>
        </w:rPr>
        <w:t>with</w:t>
      </w:r>
      <w:r>
        <w:rPr>
          <w:rFonts w:ascii="Times New Roman" w:hAnsi="Times New Roman"/>
          <w:b w:val="0"/>
          <w:i w:val="0"/>
          <w:color w:val="000000"/>
          <w:sz w:val="32"/>
        </w:rPr>
        <w:t xml:space="preserve"> her.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(Excited)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Y</w:t>
      </w:r>
      <w:r>
        <w:rPr>
          <w:rFonts w:ascii="Times New Roman" w:hAnsi="Times New Roman"/>
          <w:b w:val="0"/>
          <w:i w:val="0"/>
          <w:color w:val="000000"/>
          <w:sz w:val="32"/>
        </w:rPr>
        <w:t>ou see where the title comes from?</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r>
        <w:rPr>
          <w:rFonts w:ascii="Times New Roman" w:hAnsi="Times New Roman"/>
          <w:b w:val="0"/>
          <w:i w:val="0"/>
          <w:color w:val="000000"/>
          <w:sz w:val="32"/>
        </w:rPr>
        <w:t xml:space="preserve">it’s </w:t>
      </w:r>
      <w:r>
        <w:rPr>
          <w:rFonts w:ascii="Times New Roman" w:hAnsi="Times New Roman"/>
          <w:b w:val="0"/>
          <w:i w:val="0"/>
          <w:color w:val="000000"/>
          <w:sz w:val="32"/>
        </w:rPr>
        <w:t>life</w:t>
      </w:r>
      <w:r>
        <w:rPr>
          <w:rFonts w:ascii="Times New Roman" w:hAnsi="Times New Roman"/>
          <w:b w:val="0"/>
          <w:i w:val="0"/>
          <w:color w:val="000000"/>
          <w:sz w:val="32"/>
        </w:rPr>
        <w:t>, j</w:t>
      </w:r>
      <w:r>
        <w:rPr>
          <w:rFonts w:ascii="Times New Roman" w:hAnsi="Times New Roman"/>
          <w:b w:val="0"/>
          <w:i w:val="0"/>
          <w:color w:val="000000"/>
          <w:sz w:val="32"/>
        </w:rPr>
        <w:t xml:space="preserve">ust life... </w:t>
      </w:r>
      <w:r>
        <w:rPr>
          <w:rFonts w:ascii="Times New Roman" w:hAnsi="Times New Roman"/>
          <w:b w:val="0"/>
          <w:i w:val="0"/>
          <w:color w:val="000000"/>
          <w:sz w:val="32"/>
        </w:rPr>
        <w:t>T</w:t>
      </w:r>
      <w:r>
        <w:rPr>
          <w:rFonts w:ascii="Times New Roman" w:hAnsi="Times New Roman"/>
          <w:b w:val="0"/>
          <w:i w:val="0"/>
          <w:color w:val="000000"/>
          <w:sz w:val="32"/>
        </w:rPr>
        <w:t xml:space="preserve">he </w:t>
      </w:r>
      <w:r>
        <w:rPr>
          <w:rFonts w:ascii="Times New Roman" w:hAnsi="Times New Roman"/>
          <w:b w:val="0"/>
          <w:i w:val="0"/>
          <w:color w:val="000000"/>
          <w:sz w:val="32"/>
        </w:rPr>
        <w:t xml:space="preserve">little </w:t>
      </w:r>
      <w:r>
        <w:rPr>
          <w:rFonts w:ascii="Times New Roman" w:hAnsi="Times New Roman"/>
          <w:b w:val="0"/>
          <w:i w:val="0"/>
          <w:color w:val="000000"/>
          <w:sz w:val="32"/>
        </w:rPr>
        <w:t>girls</w:t>
      </w:r>
      <w:r>
        <w:rPr>
          <w:rFonts w:ascii="Times New Roman" w:hAnsi="Times New Roman"/>
          <w:b w:val="0"/>
          <w:i/>
          <w:color w:val="000000"/>
          <w:sz w:val="32"/>
        </w:rPr>
        <w:t xml:space="preserve"> </w:t>
      </w:r>
      <w:r>
        <w:rPr>
          <w:rFonts w:ascii="Times New Roman" w:hAnsi="Times New Roman"/>
          <w:b w:val="0"/>
          <w:i/>
          <w:color w:val="000000"/>
          <w:sz w:val="32"/>
        </w:rPr>
        <w:t>talking</w:t>
      </w:r>
      <w:r>
        <w:rPr>
          <w:rFonts w:ascii="Times New Roman" w:hAnsi="Times New Roman"/>
          <w:b w:val="0"/>
          <w:i w:val="0"/>
          <w:color w:val="000000"/>
          <w:sz w:val="32"/>
        </w:rPr>
        <w:t xml:space="preserve"> about the woman</w:t>
      </w:r>
      <w:r>
        <w:rPr>
          <w:rFonts w:ascii="Times New Roman" w:hAnsi="Times New Roman"/>
          <w:b w:val="0"/>
          <w:i w:val="0"/>
          <w:color w:val="000000"/>
          <w:sz w:val="32"/>
        </w:rPr>
        <w:t>, w</w:t>
      </w:r>
      <w:r>
        <w:rPr>
          <w:rFonts w:ascii="Times New Roman" w:hAnsi="Times New Roman"/>
          <w:b w:val="0"/>
          <w:i w:val="0"/>
          <w:color w:val="000000"/>
          <w:sz w:val="32"/>
        </w:rPr>
        <w:t>onder</w:t>
      </w:r>
      <w:r>
        <w:rPr>
          <w:rFonts w:ascii="Times New Roman" w:hAnsi="Times New Roman"/>
          <w:b w:val="0"/>
          <w:i w:val="0"/>
          <w:color w:val="000000"/>
          <w:sz w:val="32"/>
        </w:rPr>
        <w:t>ing</w:t>
      </w:r>
      <w:r>
        <w:rPr>
          <w:rFonts w:ascii="Times New Roman" w:hAnsi="Times New Roman"/>
          <w:b w:val="0"/>
          <w:i w:val="0"/>
          <w:color w:val="000000"/>
          <w:sz w:val="32"/>
        </w:rPr>
        <w:t xml:space="preserve"> about her</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perhaps </w:t>
      </w:r>
      <w:r>
        <w:rPr>
          <w:rFonts w:ascii="Times New Roman" w:hAnsi="Times New Roman"/>
          <w:b w:val="0"/>
          <w:i w:val="0"/>
          <w:color w:val="000000"/>
          <w:sz w:val="32"/>
        </w:rPr>
        <w:t>want</w:t>
      </w:r>
      <w:r>
        <w:rPr>
          <w:rFonts w:ascii="Times New Roman" w:hAnsi="Times New Roman"/>
          <w:b w:val="0"/>
          <w:i w:val="0"/>
          <w:color w:val="000000"/>
          <w:sz w:val="32"/>
        </w:rPr>
        <w:t>ing</w:t>
      </w:r>
      <w:r>
        <w:rPr>
          <w:rFonts w:ascii="Times New Roman" w:hAnsi="Times New Roman"/>
          <w:b w:val="0"/>
          <w:i w:val="0"/>
          <w:color w:val="000000"/>
          <w:sz w:val="32"/>
        </w:rPr>
        <w:t xml:space="preserve"> to be like her. </w:t>
      </w:r>
      <w:r>
        <w:rPr>
          <w:rFonts w:ascii="Times New Roman" w:hAnsi="Times New Roman"/>
          <w:b w:val="0"/>
          <w:i w:val="0"/>
          <w:color w:val="000000"/>
          <w:sz w:val="32"/>
        </w:rPr>
        <w:t>A</w:t>
      </w:r>
      <w:r>
        <w:rPr>
          <w:rFonts w:ascii="Times New Roman" w:hAnsi="Times New Roman"/>
          <w:b w:val="0"/>
          <w:i w:val="0"/>
          <w:color w:val="000000"/>
          <w:sz w:val="32"/>
        </w:rPr>
        <w:t xml:space="preserve"> moment in time</w:t>
      </w:r>
      <w:r>
        <w:rPr>
          <w:rFonts w:ascii="Times New Roman" w:hAnsi="Times New Roman"/>
          <w:b w:val="0"/>
          <w:i w:val="0"/>
          <w:color w:val="000000"/>
          <w:sz w:val="32"/>
        </w:rPr>
        <w:t>, i</w:t>
      </w:r>
      <w:r>
        <w:rPr>
          <w:rFonts w:ascii="Times New Roman" w:hAnsi="Times New Roman"/>
          <w:b w:val="0"/>
          <w:i w:val="0"/>
          <w:color w:val="000000"/>
          <w:sz w:val="32"/>
        </w:rPr>
        <w:t>n children</w:t>
      </w:r>
      <w:r>
        <w:rPr>
          <w:rFonts w:ascii="Times New Roman" w:hAnsi="Times New Roman"/>
          <w:b w:val="0"/>
          <w:i w:val="0"/>
          <w:color w:val="000000"/>
          <w:sz w:val="32"/>
        </w:rPr>
        <w:t>’s lives</w:t>
      </w:r>
      <w:r>
        <w:rPr>
          <w:rFonts w:ascii="Times New Roman" w:hAnsi="Times New Roman"/>
          <w:b w:val="0"/>
          <w:i w:val="0"/>
          <w:color w:val="000000"/>
          <w:sz w:val="32"/>
        </w:rPr>
        <w:t xml:space="preserve"> a telling one... </w:t>
      </w:r>
      <w:r>
        <w:rPr>
          <w:rFonts w:ascii="Times New Roman" w:hAnsi="Times New Roman"/>
          <w:b w:val="0"/>
          <w:i/>
          <w:color w:val="000000"/>
          <w:sz w:val="32"/>
        </w:rPr>
        <w:t>(Pause.)</w:t>
      </w:r>
      <w:r>
        <w:rPr>
          <w:rFonts w:ascii="Times New Roman" w:hAnsi="Times New Roman"/>
          <w:b w:val="0"/>
          <w:i w:val="0"/>
          <w:color w:val="000000"/>
          <w:sz w:val="32"/>
        </w:rPr>
        <w:t xml:space="preserve"> They are me... a curious child from Philly...</w:t>
      </w:r>
    </w:p>
    <w:p>
      <w:pPr>
        <w:keepNext/>
        <w:spacing w:before="200" w:after="80"/>
        <w:ind w:left="0" w:right="0" w:firstLine="0"/>
        <w:jc w:val="center"/>
      </w:pPr>
      <w:r>
        <w:rPr>
          <w:color w:val="000000"/>
          <w:sz w:val="32"/>
        </w:rPr>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 xml:space="preserve">Granville </w:t>
      </w:r>
      <w:r>
        <w:rPr>
          <w:rFonts w:ascii="Times New Roman" w:hAnsi="Times New Roman"/>
          <w:b w:val="0"/>
          <w:i/>
          <w:color w:val="000000"/>
          <w:sz w:val="32"/>
        </w:rPr>
        <w:t>stands</w:t>
      </w:r>
      <w:r>
        <w:rPr>
          <w:rFonts w:ascii="Times New Roman" w:hAnsi="Times New Roman"/>
          <w:b w:val="0"/>
          <w:i/>
          <w:color w:val="000000"/>
          <w:sz w:val="32"/>
        </w:rPr>
        <w:t>, studies the image,</w:t>
      </w:r>
      <w:r>
        <w:rPr>
          <w:rFonts w:ascii="Times New Roman" w:hAnsi="Times New Roman"/>
          <w:b w:val="0"/>
          <w:i/>
          <w:color w:val="000000"/>
          <w:sz w:val="32"/>
        </w:rPr>
        <w:t xml:space="preserve"> </w:t>
      </w:r>
      <w:r>
        <w:rPr>
          <w:rFonts w:ascii="Times New Roman" w:hAnsi="Times New Roman"/>
          <w:b w:val="0"/>
          <w:i/>
          <w:color w:val="000000"/>
          <w:sz w:val="32"/>
        </w:rPr>
        <w:t>sings th</w:t>
      </w:r>
      <w:r>
        <w:rPr>
          <w:rFonts w:ascii="Times New Roman" w:hAnsi="Times New Roman"/>
          <w:b w:val="0"/>
          <w:i/>
          <w:color w:val="000000"/>
          <w:sz w:val="32"/>
        </w:rPr>
        <w:t>e</w:t>
      </w:r>
      <w:r>
        <w:rPr>
          <w:rFonts w:ascii="Times New Roman" w:hAnsi="Times New Roman"/>
          <w:b w:val="0"/>
          <w:i/>
          <w:color w:val="000000"/>
          <w:sz w:val="32"/>
        </w:rPr>
        <w:t xml:space="preserve"> </w:t>
      </w:r>
      <w:r>
        <w:rPr>
          <w:rFonts w:ascii="Times New Roman" w:hAnsi="Times New Roman"/>
          <w:b w:val="0"/>
          <w:i/>
          <w:color w:val="000000"/>
          <w:sz w:val="32"/>
        </w:rPr>
        <w:t>waltz</w:t>
      </w:r>
      <w:r>
        <w:rPr>
          <w:rFonts w:ascii="Times New Roman" w:hAnsi="Times New Roman"/>
          <w:b w:val="0"/>
          <w:i/>
          <w:color w:val="000000"/>
          <w:sz w:val="32"/>
        </w:rPr>
        <w:t>:” Talk</w:t>
      </w:r>
      <w:r>
        <w:rPr>
          <w:rFonts w:ascii="Times New Roman" w:hAnsi="Times New Roman"/>
          <w:b w:val="0"/>
          <w:i/>
          <w:color w:val="000000"/>
          <w:sz w:val="32"/>
        </w:rPr>
        <w:t xml:space="preserve"> on the Beach”)</w:t>
      </w:r>
      <w:r>
        <w:rPr>
          <w:rFonts w:ascii="Times New Roman" w:hAnsi="Times New Roman"/>
          <w:b w:val="0"/>
          <w:i/>
          <w:color w:val="000000"/>
          <w:sz w:val="32"/>
        </w:rPr>
      </w:r>
    </w:p>
    <w:p>
      <w:pPr>
        <w:pStyle w:val="Song"/>
        <w:ind w:left="0" w:right="0" w:firstLine="0"/>
        <w:jc w:val="left"/>
      </w:pPr>
      <w:r>
        <w:rPr>
          <w:rFonts w:ascii="Times New Roman" w:hAnsi="Times New Roman"/>
          <w:b w:val="0"/>
          <w:i w:val="0"/>
          <w:color w:val="000000"/>
          <w:sz w:val="32"/>
        </w:rPr>
        <w:t>Once in the gallery of art,</w:t>
        <w:br/>
        <w:t>There was a painting of a woman and sand.</w:t>
        <w:br/>
        <w:t>She is walking on the beach, alone and far,</w:t>
        <w:br/>
        <w:t>But she is gone now—</w:t>
        <w:br/>
        <w:t>She sleeps, and she dreams.</w:t>
        <w:br/>
        <w:t>About the painter who was painting her eyes,</w:t>
        <w:br/>
        <w:t>Who was falling in love with her smiles,</w:t>
        <w:br/>
        <w:t>Little girls who watched her walk—</w:t>
        <w:br/>
        <w:t>You don't believe me, Monsieur?</w:t>
        <w:br/>
        <w:t>It is a painting, abandoned and sad,</w:t>
        <w:br/>
        <w:t>In the corner, in inclement light,</w:t>
        <w:br/>
        <w:t>Its story was never to be told.</w:t>
        <w:br/>
        <w:t>You don't believe me, Monsieur?</w:t>
        <w:br/>
        <w:t>Let us dance that waltz with the stars,</w:t>
        <w:br/>
        <w:t>Let me bow at the turpentine cans,</w:t>
        <w:br/>
        <w:t>We are here, at once artists and clowns—</w:t>
        <w:br/>
        <w:t>Who is who?</w:t>
        <w:br/>
        <w:t>I do not know, Monsieur.</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(Gesturing at the image)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So, I present to you </w:t>
      </w:r>
      <w:r>
        <w:rPr>
          <w:rFonts w:ascii="Times New Roman" w:hAnsi="Times New Roman"/>
          <w:b w:val="0"/>
          <w:i w:val="0"/>
          <w:color w:val="000000"/>
          <w:sz w:val="32"/>
        </w:rPr>
        <w:t xml:space="preserve">... </w:t>
      </w:r>
      <w:r>
        <w:rPr>
          <w:rFonts w:ascii="Times New Roman" w:hAnsi="Times New Roman"/>
          <w:b w:val="0"/>
          <w:i w:val="0"/>
          <w:color w:val="000000"/>
          <w:sz w:val="32"/>
        </w:rPr>
      </w:r>
      <w:r>
        <w:rPr>
          <w:rFonts w:ascii="Times New Roman" w:hAnsi="Times New Roman"/>
          <w:b w:val="0"/>
          <w:i w:val="0"/>
          <w:color w:val="000000"/>
          <w:sz w:val="32"/>
        </w:rPr>
        <w:t>Dear M</w:t>
      </w:r>
      <w:r>
        <w:rPr>
          <w:rFonts w:ascii="Times New Roman" w:hAnsi="Times New Roman"/>
          <w:b w:val="0"/>
          <w:i w:val="0"/>
          <w:color w:val="000000"/>
          <w:sz w:val="32"/>
        </w:rPr>
        <w:t xml:space="preserve">onsieur </w:t>
      </w:r>
      <w:r>
        <w:rPr>
          <w:rFonts w:ascii="Times New Roman" w:hAnsi="Times New Roman"/>
          <w:b w:val="0"/>
          <w:i/>
          <w:color w:val="000000"/>
          <w:sz w:val="32"/>
        </w:rPr>
        <w:t>c</w:t>
      </w:r>
      <w:r>
        <w:rPr>
          <w:rFonts w:ascii="Times New Roman" w:hAnsi="Times New Roman"/>
          <w:b w:val="0"/>
          <w:i/>
          <w:color w:val="000000"/>
          <w:sz w:val="32"/>
        </w:rPr>
        <w:t xml:space="preserve">lown and </w:t>
      </w:r>
      <w:r>
        <w:rPr>
          <w:rFonts w:ascii="Times New Roman" w:hAnsi="Times New Roman"/>
          <w:b w:val="0"/>
          <w:i/>
          <w:color w:val="000000"/>
          <w:sz w:val="32"/>
        </w:rPr>
        <w:t>a</w:t>
      </w:r>
      <w:r>
        <w:rPr>
          <w:rFonts w:ascii="Times New Roman" w:hAnsi="Times New Roman"/>
          <w:b w:val="0"/>
          <w:i/>
          <w:color w:val="000000"/>
          <w:sz w:val="32"/>
        </w:rPr>
        <w:t>rtist</w:t>
      </w:r>
      <w:r>
        <w:rPr>
          <w:rFonts w:ascii="Times New Roman" w:hAnsi="Times New Roman"/>
          <w:b w:val="0"/>
          <w:i w:val="0"/>
          <w:color w:val="000000"/>
          <w:sz w:val="32"/>
        </w:rPr>
        <w:t xml:space="preserve">... </w:t>
      </w:r>
      <w:r>
        <w:rPr>
          <w:rFonts w:ascii="Times New Roman" w:hAnsi="Times New Roman"/>
          <w:b w:val="0"/>
          <w:i w:val="0"/>
          <w:color w:val="000000"/>
          <w:sz w:val="32"/>
        </w:rPr>
        <w:t>“Talk on the Beach”!</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For me? </w:t>
      </w:r>
      <w:r>
        <w:rPr>
          <w:rFonts w:ascii="Times New Roman" w:hAnsi="Times New Roman"/>
          <w:b w:val="0"/>
          <w:i/>
          <w:color w:val="000000"/>
          <w:sz w:val="32"/>
        </w:rPr>
        <w:t>Oh, thank you</w:t>
      </w:r>
      <w:r>
        <w:rPr>
          <w:rFonts w:ascii="Times New Roman" w:hAnsi="Times New Roman"/>
          <w:b w:val="0"/>
          <w:i/>
          <w:color w:val="000000"/>
          <w:sz w:val="32"/>
        </w:rPr>
        <w:t xml:space="preserve">, Granville — it’s wonderful! </w:t>
      </w:r>
      <w:r>
        <w:rPr>
          <w:rFonts w:ascii="Times New Roman" w:hAnsi="Times New Roman"/>
          <w:b w:val="0"/>
          <w:i/>
          <w:color w:val="000000"/>
          <w:sz w:val="32"/>
        </w:rPr>
        <w:t>(Studying it.)</w:t>
      </w:r>
      <w:r>
        <w:rPr>
          <w:rFonts w:ascii="Times New Roman" w:hAnsi="Times New Roman"/>
          <w:b w:val="0"/>
          <w:i/>
          <w:color w:val="000000"/>
          <w:sz w:val="32"/>
        </w:rPr>
        <w:t xml:space="preserve"> </w:t>
      </w:r>
      <w:r>
        <w:rPr>
          <w:rFonts w:ascii="Times New Roman" w:hAnsi="Times New Roman"/>
          <w:b w:val="0"/>
          <w:i w:val="0"/>
          <w:color w:val="000000"/>
          <w:sz w:val="32"/>
        </w:rPr>
        <w:t xml:space="preserve">But since </w:t>
      </w:r>
      <w:r>
        <w:rPr>
          <w:rFonts w:ascii="Times New Roman" w:hAnsi="Times New Roman"/>
          <w:b w:val="0"/>
          <w:i w:val="0"/>
          <w:color w:val="000000"/>
          <w:sz w:val="32"/>
        </w:rPr>
        <w:t>she</w:t>
      </w:r>
      <w:r>
        <w:rPr>
          <w:rFonts w:ascii="Times New Roman" w:hAnsi="Times New Roman"/>
          <w:b w:val="0"/>
          <w:i w:val="0"/>
          <w:color w:val="000000"/>
          <w:sz w:val="32"/>
        </w:rPr>
        <w:t>’</w:t>
      </w:r>
      <w:r>
        <w:rPr>
          <w:rFonts w:ascii="Times New Roman" w:hAnsi="Times New Roman"/>
          <w:b w:val="0"/>
          <w:i w:val="0"/>
          <w:color w:val="000000"/>
          <w:sz w:val="32"/>
        </w:rPr>
        <w:t xml:space="preserve">s clearly </w:t>
      </w:r>
      <w:r>
        <w:rPr>
          <w:rFonts w:ascii="Times New Roman" w:hAnsi="Times New Roman"/>
          <w:b w:val="0"/>
          <w:i w:val="0"/>
          <w:color w:val="000000"/>
          <w:sz w:val="32"/>
        </w:rPr>
        <w:t xml:space="preserve">walking </w:t>
      </w:r>
      <w:r>
        <w:rPr>
          <w:rFonts w:ascii="Times New Roman" w:hAnsi="Times New Roman"/>
          <w:b w:val="0"/>
          <w:i w:val="0"/>
          <w:color w:val="000000"/>
          <w:sz w:val="32"/>
        </w:rPr>
        <w:t xml:space="preserve">... </w:t>
      </w:r>
      <w:r>
        <w:rPr>
          <w:rFonts w:ascii="Times New Roman" w:hAnsi="Times New Roman"/>
          <w:b w:val="0"/>
          <w:i/>
          <w:color w:val="000000"/>
          <w:sz w:val="32"/>
        </w:rPr>
        <w:t>not</w:t>
      </w:r>
      <w:r>
        <w:rPr>
          <w:rFonts w:ascii="Times New Roman" w:hAnsi="Times New Roman"/>
          <w:b w:val="0"/>
          <w:i w:val="0"/>
          <w:color w:val="000000"/>
          <w:sz w:val="32"/>
        </w:rPr>
        <w:t xml:space="preserve"> </w:t>
      </w:r>
      <w:r>
        <w:rPr>
          <w:rFonts w:ascii="Times New Roman" w:hAnsi="Times New Roman"/>
          <w:b w:val="0"/>
          <w:i/>
          <w:color w:val="000000"/>
          <w:sz w:val="32"/>
        </w:rPr>
        <w:t xml:space="preserve">talking </w:t>
      </w:r>
      <w:r>
        <w:rPr>
          <w:rFonts w:ascii="Times New Roman" w:hAnsi="Times New Roman"/>
          <w:b w:val="0"/>
          <w:i/>
          <w:color w:val="000000"/>
          <w:sz w:val="32"/>
        </w:rPr>
        <w:t xml:space="preserve">... </w:t>
      </w:r>
    </w:p>
    <w:p>
      <w:pPr>
        <w:pStyle w:val="CharacterCue"/>
        <w:keepLines/>
        <w:spacing w:before="40" w:after="120" w:line="259" w:lineRule="auto"/>
        <w:ind w:left="0" w:right="0" w:firstLine="0"/>
        <w:jc w:val="left"/>
      </w:pPr>
      <w:r>
        <w:rPr>
          <w:rFonts w:ascii="Arial" w:hAnsi="Arial"/>
          <w:b/>
          <w:color w:val="000000"/>
          <w:sz w:val="32"/>
        </w:rPr>
        <w:t>REDMOND</w:t>
      </w:r>
      <w:r>
        <w:rPr>
          <w:color w:val="000000"/>
          <w:sz w:val="32"/>
        </w:rPr>
        <w:t xml:space="preserve"> </w:t>
      </w:r>
      <w:r>
        <w:rPr>
          <w:rFonts w:ascii="Times New Roman" w:hAnsi="Times New Roman"/>
          <w:b w:val="0"/>
          <w:i/>
          <w:color w:val="000000"/>
          <w:sz w:val="32"/>
        </w:rPr>
        <w:t>(Shaking his head)</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Dear Gottardo, Charlie</w:t>
      </w:r>
      <w:r>
        <w:rPr>
          <w:rFonts w:ascii="Times New Roman" w:hAnsi="Times New Roman"/>
          <w:b w:val="0"/>
          <w:i w:val="0"/>
          <w:color w:val="000000"/>
          <w:sz w:val="32"/>
        </w:rPr>
        <w:t>’</w:t>
      </w:r>
      <w:r>
        <w:rPr>
          <w:rFonts w:ascii="Times New Roman" w:hAnsi="Times New Roman"/>
          <w:b w:val="0"/>
          <w:i w:val="0"/>
          <w:color w:val="000000"/>
          <w:sz w:val="32"/>
        </w:rPr>
        <w:t>s contrary again.</w:t>
      </w:r>
      <w:r>
        <w:rPr>
          <w:rFonts w:ascii="Times New Roman" w:hAnsi="Times New Roman"/>
          <w:b w:val="0"/>
          <w:i w:val="0"/>
          <w:color w:val="000000"/>
          <w:sz w:val="32"/>
        </w:rPr>
        <w:t xml:space="preserve"> I </w:t>
      </w:r>
      <w:r>
        <w:rPr>
          <w:rFonts w:ascii="Times New Roman" w:hAnsi="Times New Roman"/>
          <w:b w:val="0"/>
          <w:i w:val="0"/>
          <w:color w:val="000000"/>
          <w:sz w:val="32"/>
        </w:rPr>
        <w:t xml:space="preserve">must paint </w:t>
      </w:r>
      <w:r>
        <w:rPr>
          <w:rFonts w:ascii="Times New Roman" w:hAnsi="Times New Roman"/>
          <w:b w:val="0"/>
          <w:i w:val="0"/>
          <w:color w:val="000000"/>
          <w:sz w:val="32"/>
        </w:rPr>
        <w:t xml:space="preserve">from </w:t>
      </w:r>
      <w:r>
        <w:rPr>
          <w:rFonts w:ascii="Times New Roman" w:hAnsi="Times New Roman"/>
          <w:b w:val="0"/>
          <w:i w:val="0"/>
          <w:color w:val="000000"/>
          <w:sz w:val="32"/>
        </w:rPr>
        <w:t>the</w:t>
      </w:r>
      <w:r>
        <w:rPr>
          <w:rFonts w:ascii="Times New Roman" w:hAnsi="Times New Roman"/>
          <w:b w:val="0"/>
          <w:i w:val="0"/>
          <w:color w:val="000000"/>
          <w:sz w:val="32"/>
        </w:rPr>
        <w:t xml:space="preserve"> soul </w:t>
      </w:r>
      <w:r>
        <w:rPr>
          <w:rFonts w:ascii="Times New Roman" w:hAnsi="Times New Roman"/>
          <w:b w:val="0"/>
          <w:i w:val="0"/>
          <w:color w:val="000000"/>
          <w:sz w:val="32"/>
        </w:rPr>
        <w:t>while I</w:t>
      </w:r>
      <w:r>
        <w:rPr>
          <w:rFonts w:ascii="Times New Roman" w:hAnsi="Times New Roman"/>
          <w:b w:val="0"/>
          <w:i w:val="0"/>
          <w:color w:val="000000"/>
          <w:sz w:val="32"/>
        </w:rPr>
        <w:t>’</w:t>
      </w:r>
      <w:r>
        <w:rPr>
          <w:rFonts w:ascii="Times New Roman" w:hAnsi="Times New Roman"/>
          <w:b w:val="0"/>
          <w:i w:val="0"/>
          <w:color w:val="000000"/>
          <w:sz w:val="32"/>
        </w:rPr>
        <w:t>ve time</w:t>
      </w:r>
      <w:r>
        <w:rPr>
          <w:rFonts w:ascii="Times New Roman" w:hAnsi="Times New Roman"/>
          <w:b w:val="0"/>
          <w:i w:val="0"/>
          <w:color w:val="000000"/>
          <w:sz w:val="32"/>
        </w:rPr>
        <w:t xml:space="preserve">. </w:t>
      </w:r>
      <w:r>
        <w:rPr>
          <w:rFonts w:ascii="Times New Roman" w:hAnsi="Times New Roman"/>
          <w:b w:val="0"/>
          <w:i w:val="0"/>
          <w:color w:val="000000"/>
          <w:sz w:val="32"/>
        </w:rPr>
        <w:t>To do that I must leave</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i</w:t>
      </w:r>
      <w:r>
        <w:rPr>
          <w:rFonts w:ascii="Times New Roman" w:hAnsi="Times New Roman"/>
          <w:b w:val="0"/>
          <w:i w:val="0"/>
          <w:color w:val="000000"/>
          <w:sz w:val="32"/>
        </w:rPr>
        <w:t xml:space="preserve">t </w:t>
      </w:r>
      <w:r>
        <w:rPr>
          <w:rFonts w:ascii="Times New Roman" w:hAnsi="Times New Roman"/>
          <w:b w:val="0"/>
          <w:i w:val="0"/>
          <w:color w:val="000000"/>
          <w:sz w:val="32"/>
        </w:rPr>
        <w:t xml:space="preserve">will be easier </w:t>
      </w:r>
      <w:r>
        <w:rPr>
          <w:rFonts w:ascii="Times New Roman" w:hAnsi="Times New Roman"/>
          <w:b w:val="0"/>
          <w:i w:val="0"/>
          <w:color w:val="000000"/>
          <w:sz w:val="32"/>
        </w:rPr>
        <w:t>to go i</w:t>
      </w:r>
      <w:r>
        <w:rPr>
          <w:rFonts w:ascii="Times New Roman" w:hAnsi="Times New Roman"/>
          <w:b w:val="0"/>
          <w:i w:val="0"/>
          <w:color w:val="000000"/>
          <w:sz w:val="32"/>
        </w:rPr>
        <w:t>f we</w:t>
      </w:r>
      <w:r>
        <w:rPr>
          <w:rFonts w:ascii="Times New Roman" w:hAnsi="Times New Roman"/>
          <w:b w:val="0"/>
          <w:i w:val="0"/>
          <w:color w:val="000000"/>
          <w:sz w:val="32"/>
        </w:rPr>
        <w:t>’</w:t>
      </w:r>
      <w:r>
        <w:rPr>
          <w:rFonts w:ascii="Times New Roman" w:hAnsi="Times New Roman"/>
          <w:b w:val="0"/>
          <w:i w:val="0"/>
          <w:color w:val="000000"/>
          <w:sz w:val="32"/>
        </w:rPr>
        <w:t>re a</w:t>
      </w:r>
      <w:r>
        <w:rPr>
          <w:rFonts w:ascii="Times New Roman" w:hAnsi="Times New Roman"/>
          <w:b w:val="0"/>
          <w:i w:val="0"/>
          <w:color w:val="000000"/>
          <w:sz w:val="32"/>
        </w:rPr>
        <w:t>rguing</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PIAZZONI</w:t>
      </w:r>
      <w:r>
        <w:rPr>
          <w:color w:val="000000"/>
          <w:sz w:val="32"/>
        </w:rPr>
        <w:t xml:space="preserve"> </w:t>
      </w:r>
      <w:r>
        <w:rPr>
          <w:rFonts w:ascii="Times New Roman" w:hAnsi="Times New Roman"/>
          <w:b w:val="0"/>
          <w:i/>
          <w:color w:val="000000"/>
          <w:sz w:val="32"/>
        </w:rPr>
        <w:t>(Pause)</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They</w:t>
      </w:r>
      <w:r>
        <w:rPr>
          <w:rFonts w:ascii="Times New Roman" w:hAnsi="Times New Roman"/>
          <w:b w:val="0"/>
          <w:i w:val="0"/>
          <w:color w:val="000000"/>
          <w:sz w:val="32"/>
        </w:rPr>
        <w:t xml:space="preserve"> never spoke again that we know... </w:t>
      </w:r>
    </w:p>
    <w:p>
      <w:pPr>
        <w:pStyle w:val="StageDirection"/>
        <w:spacing w:before="60" w:after="100"/>
        <w:ind w:left="0" w:right="0" w:firstLine="0"/>
        <w:jc w:val="left"/>
      </w:pPr>
      <w:r>
        <w:rPr>
          <w:rFonts w:ascii="Times New Roman" w:hAnsi="Times New Roman"/>
          <w:b w:val="0"/>
          <w:i/>
          <w:color w:val="000000"/>
          <w:sz w:val="32"/>
        </w:rPr>
        <w:t>(</w:t>
      </w:r>
      <w:r>
        <w:rPr>
          <w:rFonts w:ascii="Times New Roman" w:hAnsi="Times New Roman"/>
          <w:b w:val="0"/>
          <w:i/>
          <w:color w:val="000000"/>
          <w:sz w:val="32"/>
        </w:rPr>
        <w:t xml:space="preserve">Redmond </w:t>
      </w:r>
      <w:r>
        <w:rPr>
          <w:rFonts w:ascii="Times New Roman" w:hAnsi="Times New Roman"/>
          <w:b w:val="0"/>
          <w:i/>
          <w:color w:val="000000"/>
          <w:sz w:val="32"/>
        </w:rPr>
        <w:t xml:space="preserve">glances back, </w:t>
      </w:r>
      <w:r>
        <w:rPr>
          <w:rFonts w:ascii="Times New Roman" w:hAnsi="Times New Roman"/>
          <w:b w:val="0"/>
          <w:i/>
          <w:color w:val="000000"/>
          <w:sz w:val="32"/>
        </w:rPr>
        <w:t>goes</w:t>
      </w:r>
      <w:r>
        <w:rPr>
          <w:rFonts w:ascii="Times New Roman" w:hAnsi="Times New Roman"/>
          <w:b w:val="0"/>
          <w:i/>
          <w:color w:val="000000"/>
          <w:sz w:val="32"/>
        </w:rPr>
        <w:t xml:space="preserve"> quickly</w:t>
      </w:r>
      <w:r>
        <w:rPr>
          <w:rFonts w:ascii="Times New Roman" w:hAnsi="Times New Roman"/>
          <w:b w:val="0"/>
          <w:i/>
          <w:color w:val="000000"/>
          <w:sz w:val="32"/>
        </w:rPr>
        <w:t>.</w:t>
      </w:r>
      <w:r>
        <w:rPr>
          <w:rFonts w:ascii="Times New Roman" w:hAnsi="Times New Roman"/>
          <w:b w:val="0"/>
          <w:i/>
          <w:color w:val="000000"/>
          <w:sz w:val="32"/>
        </w:rPr>
        <w:t xml:space="preserve"> Chaplin looks around the studio.</w:t>
      </w:r>
      <w:r>
        <w:rPr>
          <w:rFonts w:ascii="Times New Roman" w:hAnsi="Times New Roman"/>
          <w:b w:val="0"/>
          <w:i/>
          <w:color w:val="000000"/>
          <w:sz w:val="32"/>
        </w:rPr>
        <w:t xml:space="preserve"> The light dims on it, </w:t>
      </w:r>
      <w:r>
        <w:rPr>
          <w:rFonts w:ascii="Times New Roman" w:hAnsi="Times New Roman"/>
          <w:b w:val="0"/>
          <w:i/>
          <w:color w:val="000000"/>
          <w:sz w:val="32"/>
        </w:rPr>
        <w:t>space</w:t>
      </w:r>
      <w:r>
        <w:rPr>
          <w:rFonts w:ascii="Times New Roman" w:hAnsi="Times New Roman"/>
          <w:b w:val="0"/>
          <w:i/>
          <w:color w:val="000000"/>
          <w:sz w:val="32"/>
        </w:rPr>
        <w:t xml:space="preserve"> </w:t>
      </w:r>
      <w:r>
        <w:rPr>
          <w:rFonts w:ascii="Times New Roman" w:hAnsi="Times New Roman"/>
          <w:b w:val="0"/>
          <w:i/>
          <w:color w:val="000000"/>
          <w:sz w:val="32"/>
        </w:rPr>
        <w:t>begins to turn</w:t>
      </w:r>
      <w:r>
        <w:rPr>
          <w:rFonts w:ascii="Times New Roman" w:hAnsi="Times New Roman"/>
          <w:b w:val="0"/>
          <w:i/>
          <w:color w:val="000000"/>
          <w:sz w:val="32"/>
        </w:rPr>
        <w:t xml:space="preserve"> </w:t>
      </w:r>
      <w:r>
        <w:rPr>
          <w:rFonts w:ascii="Times New Roman" w:hAnsi="Times New Roman"/>
          <w:b w:val="0"/>
          <w:i/>
          <w:color w:val="000000"/>
          <w:sz w:val="32"/>
        </w:rPr>
        <w:t xml:space="preserve">dark and </w:t>
      </w:r>
      <w:r>
        <w:rPr>
          <w:rFonts w:ascii="Times New Roman" w:hAnsi="Times New Roman"/>
          <w:b w:val="0"/>
          <w:i/>
          <w:color w:val="000000"/>
          <w:sz w:val="32"/>
        </w:rPr>
        <w:t>dusty</w:t>
      </w:r>
      <w:r>
        <w:rPr>
          <w:rFonts w:ascii="Times New Roman" w:hAnsi="Times New Roman"/>
          <w:b w:val="0"/>
          <w:i/>
          <w:color w:val="000000"/>
          <w:sz w:val="32"/>
        </w:rPr>
        <w:t xml:space="preserve"> as before</w:t>
      </w:r>
      <w:r>
        <w:rPr>
          <w:rFonts w:ascii="Times New Roman" w:hAnsi="Times New Roman"/>
          <w:b w:val="0"/>
          <w:i/>
          <w:color w:val="000000"/>
          <w:sz w:val="32"/>
        </w:rPr>
        <w:t>.)</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Piazzoni, are you there</w:t>
      </w:r>
      <w:r>
        <w:rPr>
          <w:rFonts w:ascii="Times New Roman" w:hAnsi="Times New Roman"/>
          <w:b w:val="0"/>
          <w:i w:val="0"/>
          <w:color w:val="000000"/>
          <w:sz w:val="32"/>
        </w:rPr>
        <w:t>...</w:t>
      </w:r>
      <w:r>
        <w:rPr>
          <w:rFonts w:ascii="Times New Roman" w:hAnsi="Times New Roman"/>
          <w:b w:val="0"/>
          <w:i w:val="0"/>
          <w:color w:val="000000"/>
          <w:sz w:val="32"/>
        </w:rPr>
        <w:t>?</w:t>
      </w:r>
    </w:p>
    <w:p>
      <w:pPr>
        <w:pStyle w:val="CharacterCue"/>
        <w:keepLines/>
        <w:spacing w:before="40" w:after="120" w:line="259" w:lineRule="auto"/>
        <w:ind w:left="0" w:right="0" w:firstLine="0"/>
        <w:jc w:val="left"/>
      </w:pPr>
      <w:r>
        <w:rPr>
          <w:rFonts w:ascii="Arial" w:hAnsi="Arial"/>
          <w:b/>
          <w:color w:val="000000"/>
          <w:sz w:val="32"/>
        </w:rPr>
        <w:t>PIAZZONI</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I am.</w:t>
      </w:r>
    </w:p>
    <w:p>
      <w:pPr>
        <w:pStyle w:val="CharacterCue"/>
        <w:keepLines/>
        <w:spacing w:before="40" w:after="120" w:line="259" w:lineRule="auto"/>
        <w:ind w:left="0" w:right="0" w:firstLine="0"/>
        <w:jc w:val="left"/>
      </w:pPr>
      <w:r>
        <w:rPr>
          <w:rFonts w:ascii="Arial" w:hAnsi="Arial"/>
          <w:b/>
          <w:color w:val="000000"/>
          <w:sz w:val="32"/>
        </w:rPr>
        <w:t>CHAPLIN</w:t>
      </w:r>
      <w:r>
        <w:rPr>
          <w:rFonts w:ascii="Times New Roman" w:hAnsi="Times New Roman"/>
          <w:b w:val="0"/>
          <w:color w:val="000000"/>
          <w:sz w:val="32"/>
        </w:rPr>
        <w:t>:</w:t>
      </w:r>
      <w:r>
        <w:rPr>
          <w:rFonts w:ascii="Times New Roman" w:hAnsi="Times New Roman"/>
          <w:color w:val="000000"/>
          <w:sz w:val="32"/>
        </w:rPr>
        <w:t xml:space="preserve"> </w:t>
      </w:r>
      <w:r>
        <w:rPr>
          <w:rFonts w:ascii="Times New Roman" w:hAnsi="Times New Roman"/>
          <w:b w:val="0"/>
          <w:i w:val="0"/>
          <w:color w:val="000000"/>
          <w:sz w:val="32"/>
        </w:rPr>
        <w:t xml:space="preserve">Granville’s gone. </w:t>
      </w:r>
      <w:r>
        <w:rPr>
          <w:rFonts w:ascii="Times New Roman" w:hAnsi="Times New Roman"/>
          <w:b w:val="0"/>
          <w:i w:val="0"/>
          <w:color w:val="000000"/>
          <w:sz w:val="32"/>
        </w:rPr>
        <w:t xml:space="preserve">Not even a goodbye. </w:t>
      </w:r>
      <w:r>
        <w:rPr>
          <w:rFonts w:ascii="Times New Roman" w:hAnsi="Times New Roman"/>
          <w:b w:val="0"/>
          <w:i w:val="0"/>
          <w:color w:val="000000"/>
          <w:sz w:val="32"/>
        </w:rPr>
        <w:t xml:space="preserve">The space </w:t>
      </w:r>
      <w:r>
        <w:rPr>
          <w:rFonts w:ascii="Times New Roman" w:hAnsi="Times New Roman"/>
          <w:b w:val="0"/>
          <w:i w:val="0"/>
          <w:color w:val="000000"/>
          <w:sz w:val="32"/>
        </w:rPr>
        <w:t>return</w:t>
      </w:r>
      <w:r>
        <w:rPr>
          <w:rFonts w:ascii="Times New Roman" w:hAnsi="Times New Roman"/>
          <w:b w:val="0"/>
          <w:i w:val="0"/>
          <w:color w:val="000000"/>
          <w:sz w:val="32"/>
        </w:rPr>
        <w:t>ing</w:t>
      </w:r>
      <w:r>
        <w:rPr>
          <w:rFonts w:ascii="Times New Roman" w:hAnsi="Times New Roman"/>
          <w:b w:val="0"/>
          <w:i w:val="0"/>
          <w:color w:val="000000"/>
          <w:sz w:val="32"/>
        </w:rPr>
        <w:t xml:space="preserve"> to props</w:t>
      </w:r>
      <w:r>
        <w:rPr>
          <w:rFonts w:ascii="Times New Roman" w:hAnsi="Times New Roman"/>
          <w:b w:val="0"/>
          <w:i w:val="0"/>
          <w:color w:val="000000"/>
          <w:sz w:val="32"/>
        </w:rPr>
        <w:t xml:space="preserve"> </w:t>
      </w:r>
      <w:r>
        <w:rPr>
          <w:rFonts w:ascii="Times New Roman" w:hAnsi="Times New Roman"/>
          <w:b w:val="0"/>
          <w:i w:val="0"/>
          <w:color w:val="000000"/>
          <w:sz w:val="32"/>
        </w:rPr>
        <w:t xml:space="preserve">and </w:t>
      </w:r>
      <w:r>
        <w:rPr>
          <w:rFonts w:ascii="Times New Roman" w:hAnsi="Times New Roman"/>
          <w:b w:val="0"/>
          <w:i w:val="0"/>
          <w:color w:val="000000"/>
          <w:sz w:val="32"/>
        </w:rPr>
        <w:t>costumes</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A gift, t</w:t>
      </w:r>
      <w:r>
        <w:rPr>
          <w:rFonts w:ascii="Times New Roman" w:hAnsi="Times New Roman"/>
          <w:b w:val="0"/>
          <w:i w:val="0"/>
          <w:color w:val="000000"/>
          <w:sz w:val="32"/>
        </w:rPr>
        <w:t xml:space="preserve">his goes home with me... </w:t>
      </w:r>
      <w:r>
        <w:rPr>
          <w:rFonts w:ascii="Times New Roman" w:hAnsi="Times New Roman"/>
          <w:b w:val="0"/>
          <w:i/>
          <w:color w:val="000000"/>
          <w:sz w:val="32"/>
        </w:rPr>
        <w:t>(</w:t>
      </w:r>
      <w:r>
        <w:rPr>
          <w:rFonts w:ascii="Times New Roman" w:hAnsi="Times New Roman"/>
          <w:b w:val="0"/>
          <w:i/>
          <w:color w:val="000000"/>
          <w:sz w:val="32"/>
        </w:rPr>
        <w:t>Takes</w:t>
      </w:r>
      <w:r>
        <w:rPr>
          <w:rFonts w:ascii="Times New Roman" w:hAnsi="Times New Roman"/>
          <w:b w:val="0"/>
          <w:i/>
          <w:color w:val="000000"/>
          <w:sz w:val="32"/>
        </w:rPr>
        <w:t xml:space="preserve"> </w:t>
      </w:r>
      <w:r>
        <w:rPr>
          <w:rFonts w:ascii="Times New Roman" w:hAnsi="Times New Roman"/>
          <w:b w:val="0"/>
          <w:i/>
          <w:color w:val="000000"/>
          <w:sz w:val="32"/>
        </w:rPr>
        <w:t xml:space="preserve">“Talk on the Beach” </w:t>
      </w:r>
      <w:r>
        <w:rPr>
          <w:rFonts w:ascii="Times New Roman" w:hAnsi="Times New Roman"/>
          <w:b w:val="0"/>
          <w:i/>
          <w:color w:val="000000"/>
          <w:sz w:val="32"/>
        </w:rPr>
        <w:t>off</w:t>
      </w:r>
      <w:r>
        <w:rPr>
          <w:rFonts w:ascii="Times New Roman" w:hAnsi="Times New Roman"/>
          <w:b w:val="0"/>
          <w:i/>
          <w:color w:val="000000"/>
          <w:sz w:val="32"/>
        </w:rPr>
        <w:t xml:space="preserve"> easel, i</w:t>
      </w:r>
      <w:r>
        <w:rPr>
          <w:rFonts w:ascii="Times New Roman" w:hAnsi="Times New Roman"/>
          <w:b w:val="0"/>
          <w:i/>
          <w:color w:val="000000"/>
          <w:sz w:val="32"/>
        </w:rPr>
        <w:t>mage</w:t>
      </w:r>
      <w:r>
        <w:rPr>
          <w:rFonts w:ascii="Times New Roman" w:hAnsi="Times New Roman"/>
          <w:b w:val="0"/>
          <w:i/>
          <w:color w:val="000000"/>
          <w:sz w:val="32"/>
        </w:rPr>
        <w:t xml:space="preserve"> </w:t>
      </w:r>
      <w:r>
        <w:rPr>
          <w:rFonts w:ascii="Times New Roman" w:hAnsi="Times New Roman"/>
          <w:b w:val="0"/>
          <w:i/>
          <w:color w:val="000000"/>
          <w:sz w:val="32"/>
        </w:rPr>
        <w:t>vanishes</w:t>
      </w:r>
      <w:r>
        <w:rPr>
          <w:rFonts w:ascii="Times New Roman" w:hAnsi="Times New Roman"/>
          <w:b w:val="0"/>
          <w:i/>
          <w:color w:val="000000"/>
          <w:sz w:val="32"/>
        </w:rPr>
        <w:t xml:space="preserve"> from wall)</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S</w:t>
      </w:r>
      <w:r>
        <w:rPr>
          <w:rFonts w:ascii="Times New Roman" w:hAnsi="Times New Roman"/>
          <w:b w:val="0"/>
          <w:i w:val="0"/>
          <w:color w:val="000000"/>
          <w:sz w:val="32"/>
        </w:rPr>
        <w:t>omeday, if you come across it, I</w:t>
      </w:r>
      <w:r>
        <w:rPr>
          <w:rFonts w:ascii="Times New Roman" w:hAnsi="Times New Roman"/>
          <w:b w:val="0"/>
          <w:i w:val="0"/>
          <w:color w:val="000000"/>
          <w:sz w:val="32"/>
        </w:rPr>
        <w:t>’</w:t>
      </w:r>
      <w:r>
        <w:rPr>
          <w:rFonts w:ascii="Times New Roman" w:hAnsi="Times New Roman"/>
          <w:b w:val="0"/>
          <w:i w:val="0"/>
          <w:color w:val="000000"/>
          <w:sz w:val="32"/>
        </w:rPr>
        <w:t>d like a</w:t>
      </w:r>
      <w:r>
        <w:rPr>
          <w:rFonts w:ascii="Times New Roman" w:hAnsi="Times New Roman"/>
          <w:b w:val="0"/>
          <w:i w:val="0"/>
          <w:color w:val="000000"/>
          <w:sz w:val="32"/>
        </w:rPr>
        <w:t>nother</w:t>
      </w:r>
      <w:r>
        <w:rPr>
          <w:rFonts w:ascii="Times New Roman" w:hAnsi="Times New Roman"/>
          <w:b w:val="0"/>
          <w:i w:val="0"/>
          <w:color w:val="000000"/>
          <w:sz w:val="32"/>
        </w:rPr>
        <w:t xml:space="preserve"> </w:t>
      </w:r>
      <w:r>
        <w:rPr>
          <w:rFonts w:ascii="Times New Roman" w:hAnsi="Times New Roman"/>
          <w:b w:val="0"/>
          <w:i w:val="0"/>
          <w:color w:val="000000"/>
          <w:sz w:val="32"/>
        </w:rPr>
        <w:t>by him</w:t>
      </w:r>
      <w:r>
        <w:rPr>
          <w:rFonts w:ascii="Times New Roman" w:hAnsi="Times New Roman"/>
          <w:b w:val="0"/>
          <w:i w:val="0"/>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m</w:t>
      </w:r>
      <w:r>
        <w:rPr>
          <w:rFonts w:ascii="Times New Roman" w:hAnsi="Times New Roman"/>
          <w:b w:val="0"/>
          <w:i w:val="0"/>
          <w:color w:val="000000"/>
          <w:sz w:val="32"/>
        </w:rPr>
        <w:t xml:space="preserve">aybe </w:t>
      </w:r>
      <w:r>
        <w:rPr>
          <w:rFonts w:ascii="Times New Roman" w:hAnsi="Times New Roman"/>
          <w:b w:val="0"/>
          <w:i w:val="0"/>
          <w:color w:val="000000"/>
          <w:sz w:val="32"/>
        </w:rPr>
        <w:t xml:space="preserve">imagined... </w:t>
      </w:r>
      <w:r>
        <w:rPr>
          <w:rFonts w:ascii="Times New Roman" w:hAnsi="Times New Roman"/>
          <w:b w:val="0"/>
          <w:i/>
          <w:color w:val="000000"/>
          <w:sz w:val="32"/>
        </w:rPr>
        <w:t>(Image appearing</w:t>
      </w:r>
      <w:r>
        <w:rPr>
          <w:rFonts w:ascii="Times New Roman" w:hAnsi="Times New Roman"/>
          <w:b w:val="0"/>
          <w:i/>
          <w:color w:val="000000"/>
          <w:sz w:val="32"/>
        </w:rPr>
        <w:t xml:space="preserve"> on wal</w:t>
      </w:r>
      <w:r>
        <w:rPr>
          <w:rFonts w:ascii="Times New Roman" w:hAnsi="Times New Roman"/>
          <w:b w:val="0"/>
          <w:i/>
          <w:color w:val="000000"/>
          <w:sz w:val="32"/>
        </w:rPr>
        <w:t>l</w:t>
      </w:r>
      <w:r>
        <w:rPr>
          <w:rFonts w:ascii="Times New Roman" w:hAnsi="Times New Roman"/>
          <w:b w:val="0"/>
          <w:i/>
          <w:color w:val="000000"/>
          <w:sz w:val="32"/>
        </w:rPr>
        <w:t xml:space="preserve"> in stages as he describes them</w:t>
      </w:r>
      <w:r>
        <w:rPr>
          <w:rFonts w:ascii="Times New Roman" w:hAnsi="Times New Roman"/>
          <w:b w:val="0"/>
          <w:i/>
          <w:color w:val="000000"/>
          <w:sz w:val="32"/>
        </w:rPr>
        <w:t>.)</w:t>
      </w:r>
      <w:r>
        <w:rPr>
          <w:rFonts w:ascii="Times New Roman" w:hAnsi="Times New Roman"/>
          <w:b w:val="0"/>
          <w:i w:val="0"/>
          <w:color w:val="000000"/>
          <w:sz w:val="32"/>
        </w:rPr>
        <w:t xml:space="preserve"> </w:t>
      </w:r>
      <w:r>
        <w:rPr>
          <w:rFonts w:ascii="Times New Roman" w:hAnsi="Times New Roman"/>
          <w:b w:val="0"/>
          <w:i w:val="0"/>
          <w:color w:val="000000"/>
          <w:sz w:val="32"/>
        </w:rPr>
        <w:t xml:space="preserve">... </w:t>
      </w:r>
      <w:r>
        <w:rPr>
          <w:rFonts w:ascii="Times New Roman" w:hAnsi="Times New Roman"/>
          <w:b w:val="0"/>
          <w:i w:val="0"/>
          <w:color w:val="000000"/>
          <w:sz w:val="32"/>
        </w:rPr>
        <w:t xml:space="preserve">of </w:t>
      </w:r>
      <w:r>
        <w:rPr>
          <w:rFonts w:ascii="Times New Roman" w:hAnsi="Times New Roman"/>
          <w:b w:val="0"/>
          <w:i w:val="0"/>
          <w:color w:val="000000"/>
          <w:sz w:val="32"/>
        </w:rPr>
        <w:t>t</w:t>
      </w:r>
      <w:r>
        <w:rPr>
          <w:rFonts w:ascii="Times New Roman" w:hAnsi="Times New Roman"/>
          <w:b w:val="0"/>
          <w:i w:val="0"/>
          <w:color w:val="000000"/>
          <w:sz w:val="32"/>
        </w:rPr>
        <w:t xml:space="preserve">wilight... a </w:t>
      </w:r>
      <w:r>
        <w:rPr>
          <w:rFonts w:ascii="Times New Roman" w:hAnsi="Times New Roman"/>
          <w:b w:val="0"/>
          <w:i w:val="0"/>
          <w:color w:val="000000"/>
          <w:sz w:val="32"/>
        </w:rPr>
        <w:t xml:space="preserve">slough or </w:t>
      </w:r>
      <w:r>
        <w:rPr>
          <w:rFonts w:ascii="Times New Roman" w:hAnsi="Times New Roman"/>
          <w:b w:val="0"/>
          <w:i w:val="0"/>
          <w:color w:val="000000"/>
          <w:sz w:val="32"/>
        </w:rPr>
        <w:t>pond, dark and still</w:t>
      </w:r>
      <w:r>
        <w:rPr>
          <w:rFonts w:ascii="Times New Roman" w:hAnsi="Times New Roman"/>
          <w:b w:val="0"/>
          <w:i w:val="0"/>
          <w:color w:val="000000"/>
          <w:sz w:val="32"/>
        </w:rPr>
        <w:t xml:space="preserve">... poplars </w:t>
      </w:r>
      <w:r>
        <w:rPr>
          <w:rFonts w:ascii="Times New Roman" w:hAnsi="Times New Roman"/>
          <w:b w:val="0"/>
          <w:i w:val="0"/>
          <w:color w:val="000000"/>
          <w:sz w:val="32"/>
        </w:rPr>
        <w:t>reflected</w:t>
      </w:r>
      <w:r>
        <w:rPr>
          <w:rFonts w:ascii="Times New Roman" w:hAnsi="Times New Roman"/>
          <w:b w:val="0"/>
          <w:i w:val="0"/>
          <w:color w:val="000000"/>
          <w:sz w:val="32"/>
        </w:rPr>
        <w:t xml:space="preserve">... low </w:t>
      </w:r>
      <w:r>
        <w:rPr>
          <w:rFonts w:ascii="Times New Roman" w:hAnsi="Times New Roman"/>
          <w:b w:val="0"/>
          <w:i w:val="0"/>
          <w:color w:val="000000"/>
          <w:sz w:val="32"/>
        </w:rPr>
        <w:t>hills</w:t>
      </w:r>
      <w:r>
        <w:rPr>
          <w:rFonts w:ascii="Times New Roman" w:hAnsi="Times New Roman"/>
          <w:b w:val="0"/>
          <w:i w:val="0"/>
          <w:color w:val="000000"/>
          <w:sz w:val="32"/>
        </w:rPr>
        <w:t xml:space="preserve"> </w:t>
      </w:r>
      <w:r>
        <w:rPr>
          <w:rFonts w:ascii="Times New Roman" w:hAnsi="Times New Roman"/>
          <w:b w:val="0"/>
          <w:i w:val="0"/>
          <w:color w:val="000000"/>
          <w:sz w:val="32"/>
        </w:rPr>
        <w:t xml:space="preserve">in the distance </w:t>
      </w:r>
      <w:r>
        <w:rPr>
          <w:rFonts w:ascii="Times New Roman" w:hAnsi="Times New Roman"/>
          <w:b w:val="0"/>
          <w:i w:val="0"/>
          <w:color w:val="000000"/>
          <w:sz w:val="32"/>
        </w:rPr>
        <w:t xml:space="preserve">... </w:t>
      </w:r>
      <w:r>
        <w:rPr>
          <w:rFonts w:ascii="Times New Roman" w:hAnsi="Times New Roman"/>
          <w:b w:val="0"/>
          <w:i w:val="0"/>
          <w:color w:val="000000"/>
          <w:sz w:val="32"/>
        </w:rPr>
        <w:t>a</w:t>
      </w:r>
      <w:r>
        <w:rPr>
          <w:rFonts w:ascii="Times New Roman" w:hAnsi="Times New Roman"/>
          <w:b w:val="0"/>
          <w:i w:val="0"/>
          <w:color w:val="000000"/>
          <w:sz w:val="32"/>
        </w:rPr>
        <w:t>nd o</w:t>
      </w:r>
      <w:r>
        <w:rPr>
          <w:rFonts w:ascii="Times New Roman" w:hAnsi="Times New Roman"/>
          <w:b w:val="0"/>
          <w:i w:val="0"/>
          <w:color w:val="000000"/>
          <w:sz w:val="32"/>
        </w:rPr>
        <w:t xml:space="preserve">n the water... </w:t>
      </w:r>
      <w:r>
        <w:rPr>
          <w:rFonts w:ascii="Times New Roman" w:hAnsi="Times New Roman"/>
          <w:b w:val="0"/>
          <w:i w:val="0"/>
          <w:color w:val="000000"/>
          <w:sz w:val="32"/>
        </w:rPr>
        <w:t>floating</w:t>
      </w:r>
      <w:r>
        <w:rPr>
          <w:rFonts w:ascii="Times New Roman" w:hAnsi="Times New Roman"/>
          <w:b w:val="0"/>
          <w:i w:val="0"/>
          <w:color w:val="000000"/>
          <w:sz w:val="32"/>
        </w:rPr>
        <w:t xml:space="preserve"> miraculously</w:t>
      </w:r>
      <w:r>
        <w:rPr>
          <w:rFonts w:ascii="Times New Roman" w:hAnsi="Times New Roman"/>
          <w:b w:val="0"/>
          <w:i w:val="0"/>
          <w:color w:val="000000"/>
          <w:sz w:val="32"/>
        </w:rPr>
        <w:t xml:space="preserve">... like a lily pad... </w:t>
      </w:r>
      <w:r>
        <w:rPr>
          <w:rFonts w:ascii="Times New Roman" w:hAnsi="Times New Roman"/>
          <w:b w:val="0"/>
          <w:i w:val="0"/>
          <w:color w:val="000000"/>
          <w:sz w:val="32"/>
        </w:rPr>
        <w:t>a hat</w:t>
      </w:r>
      <w:r>
        <w:rPr>
          <w:rFonts w:ascii="Times New Roman" w:hAnsi="Times New Roman"/>
          <w:b w:val="0"/>
          <w:i w:val="0"/>
          <w:color w:val="000000"/>
          <w:sz w:val="32"/>
        </w:rPr>
        <w:t xml:space="preserve">, </w:t>
      </w:r>
      <w:r>
        <w:rPr>
          <w:rFonts w:ascii="Times New Roman" w:hAnsi="Times New Roman"/>
          <w:b w:val="0"/>
          <w:i w:val="0"/>
          <w:color w:val="000000"/>
          <w:sz w:val="32"/>
        </w:rPr>
        <w:t xml:space="preserve">a floating hat... </w:t>
      </w:r>
      <w:r>
        <w:rPr>
          <w:rFonts w:ascii="Times New Roman" w:hAnsi="Times New Roman"/>
          <w:b w:val="0"/>
          <w:i w:val="0"/>
          <w:color w:val="000000"/>
          <w:sz w:val="32"/>
        </w:rPr>
      </w:r>
    </w:p>
    <w:p>
      <w:pPr>
        <w:pStyle w:val="SongDirection"/>
        <w:pageBreakBefore/>
        <w:ind w:left="0" w:right="0" w:firstLine="0"/>
        <w:jc w:val="left"/>
      </w:pPr>
      <w:r>
        <w:rPr>
          <w:rFonts w:ascii="Times New Roman" w:hAnsi="Times New Roman"/>
          <w:b w:val="0"/>
          <w:i/>
          <w:color w:val="000000"/>
          <w:sz w:val="32"/>
        </w:rPr>
        <w:t>(</w:t>
      </w:r>
      <w:r>
        <w:rPr>
          <w:rFonts w:ascii="Times New Roman" w:hAnsi="Times New Roman"/>
          <w:b w:val="0"/>
          <w:i/>
          <w:color w:val="000000"/>
          <w:sz w:val="32"/>
        </w:rPr>
        <w:t>As darkness envelops both characters and the scene, the mood shifts to the song "Toss Your Sorrows." Here, all actors join in a melancholic yet hopeful anthem. The lyrics weave together themes of companionship, artistic inspiration, and merging of their separate paths through the metaphors of Chaplin's cinematic art and Redmond's painting</w:t>
      </w:r>
      <w:r>
        <w:rPr>
          <w:rFonts w:ascii="Times New Roman" w:hAnsi="Times New Roman"/>
          <w:b w:val="0"/>
          <w:i/>
          <w:color w:val="000000"/>
          <w:sz w:val="32"/>
        </w:rPr>
        <w:t>s</w:t>
      </w:r>
      <w:r>
        <w:rPr>
          <w:rFonts w:ascii="Times New Roman" w:hAnsi="Times New Roman"/>
          <w:b w:val="0"/>
          <w:i/>
          <w:color w:val="000000"/>
          <w:sz w:val="32"/>
        </w:rPr>
        <w:t>.</w:t>
      </w:r>
      <w:r>
        <w:rPr>
          <w:rFonts w:ascii="Times New Roman" w:hAnsi="Times New Roman"/>
          <w:b w:val="0"/>
          <w:i/>
          <w:color w:val="000000"/>
          <w:sz w:val="32"/>
        </w:rPr>
        <w:t>)</w:t>
      </w:r>
      <w:r>
        <w:rPr>
          <w:rStyle w:val="CommentReference"/>
          <w:color w:val="000000"/>
          <w:sz w:val="32"/>
        </w:rPr>
      </w:r>
    </w:p>
    <w:p>
      <w:pPr>
        <w:pStyle w:val="SongDirection"/>
        <w:ind w:left="0" w:right="0" w:firstLine="0"/>
        <w:jc w:val="left"/>
      </w:pPr>
      <w:r>
        <w:rPr>
          <w:rFonts w:ascii="Times New Roman" w:hAnsi="Times New Roman"/>
          <w:b w:val="0"/>
          <w:i/>
          <w:color w:val="000000"/>
          <w:sz w:val="32"/>
        </w:rPr>
        <w:t>(</w:t>
      </w:r>
      <w:r>
        <w:rPr>
          <w:rFonts w:ascii="Times New Roman" w:hAnsi="Times New Roman"/>
          <w:b w:val="0"/>
          <w:i/>
          <w:color w:val="000000"/>
          <w:sz w:val="32"/>
        </w:rPr>
        <w:t xml:space="preserve">CHAPLIN, PIAZZONI, REDMOND: </w:t>
      </w:r>
      <w:r>
        <w:rPr>
          <w:rFonts w:ascii="Times New Roman" w:hAnsi="Times New Roman"/>
          <w:b w:val="0"/>
          <w:i/>
          <w:color w:val="000000"/>
          <w:sz w:val="32"/>
        </w:rPr>
        <w:t>Toss</w:t>
      </w:r>
      <w:r>
        <w:rPr>
          <w:rFonts w:ascii="Times New Roman" w:hAnsi="Times New Roman"/>
          <w:b w:val="0"/>
          <w:i/>
          <w:color w:val="000000"/>
          <w:sz w:val="32"/>
        </w:rPr>
        <w:t xml:space="preserve"> your Sorrows</w:t>
      </w:r>
      <w:r>
        <w:rPr>
          <w:rFonts w:ascii="Times New Roman" w:hAnsi="Times New Roman"/>
          <w:b w:val="0"/>
          <w:i/>
          <w:color w:val="000000"/>
          <w:sz w:val="32"/>
        </w:rPr>
        <w:t>)</w:t>
      </w:r>
    </w:p>
    <w:p>
      <w:pPr>
        <w:pStyle w:val="Song"/>
        <w:ind w:left="0" w:right="0" w:firstLine="0"/>
        <w:jc w:val="left"/>
      </w:pPr>
      <w:r>
        <w:rPr>
          <w:rFonts w:ascii="Times New Roman" w:hAnsi="Times New Roman"/>
          <w:b w:val="0"/>
          <w:i w:val="0"/>
          <w:color w:val="000000"/>
          <w:sz w:val="32"/>
        </w:rPr>
        <w:t>Toss your sorrows and don’t be sad.</w:t>
      </w:r>
      <w:r>
        <w:rPr>
          <w:rFonts w:ascii="Times New Roman" w:hAnsi="Times New Roman"/>
          <w:b w:val="0"/>
          <w:i w:val="0"/>
          <w:color w:val="000000"/>
          <w:sz w:val="32"/>
        </w:rPr>
        <w:br/>
        <w:t>For from your side, I will never depart.</w:t>
      </w:r>
      <w:r>
        <w:rPr>
          <w:rFonts w:ascii="Times New Roman" w:hAnsi="Times New Roman"/>
          <w:b w:val="0"/>
          <w:i w:val="0"/>
          <w:color w:val="000000"/>
          <w:sz w:val="32"/>
        </w:rPr>
        <w:br/>
        <w:t xml:space="preserve">Silent films, in black and white,               </w:t>
      </w:r>
      <w:r>
        <w:rPr>
          <w:rFonts w:ascii="Times New Roman" w:hAnsi="Times New Roman"/>
          <w:b w:val="0"/>
          <w:i w:val="0"/>
          <w:color w:val="000000"/>
          <w:sz w:val="32"/>
        </w:rPr>
        <w:br/>
        <w:t>In them, look, Charlie Chaplin, my heart.</w:t>
      </w:r>
      <w:r>
        <w:rPr>
          <w:rFonts w:ascii="Times New Roman" w:hAnsi="Times New Roman"/>
          <w:b w:val="0"/>
          <w:i w:val="0"/>
          <w:color w:val="000000"/>
          <w:sz w:val="32"/>
        </w:rPr>
        <w:br/>
        <w:t xml:space="preserve">His floating hat of Little Tramp                                         </w:t>
      </w:r>
      <w:r>
        <w:rPr>
          <w:rFonts w:ascii="Times New Roman" w:hAnsi="Times New Roman"/>
          <w:b w:val="0"/>
          <w:i w:val="0"/>
          <w:color w:val="000000"/>
          <w:sz w:val="32"/>
        </w:rPr>
        <w:br/>
        <w:t>And I am here with my brush in my hand</w:t>
      </w:r>
      <w:r>
        <w:rPr>
          <w:rFonts w:ascii="Times New Roman" w:hAnsi="Times New Roman"/>
          <w:b w:val="0"/>
          <w:i w:val="0"/>
          <w:color w:val="000000"/>
          <w:sz w:val="32"/>
        </w:rPr>
        <w:br/>
        <w:t>He is there I am here</w:t>
      </w:r>
      <w:r>
        <w:rPr>
          <w:rFonts w:ascii="Times New Roman" w:hAnsi="Times New Roman"/>
          <w:b w:val="0"/>
          <w:i w:val="0"/>
          <w:color w:val="000000"/>
          <w:sz w:val="32"/>
        </w:rPr>
        <w:br/>
        <w:t>But we will never again</w:t>
      </w:r>
      <w:r>
        <w:rPr>
          <w:rFonts w:ascii="Times New Roman" w:hAnsi="Times New Roman"/>
          <w:b w:val="0"/>
          <w:i w:val="0"/>
          <w:color w:val="000000"/>
          <w:sz w:val="32"/>
        </w:rPr>
        <w:br/>
        <w:t xml:space="preserve">We will never again be apart.              </w:t>
      </w:r>
    </w:p>
    <w:p>
      <w:pPr>
        <w:pStyle w:val="Song"/>
        <w:ind w:left="0" w:right="0" w:firstLine="0"/>
        <w:jc w:val="left"/>
      </w:pPr>
      <w:r>
        <w:rPr>
          <w:rFonts w:ascii="Times New Roman" w:hAnsi="Times New Roman"/>
          <w:b w:val="0"/>
          <w:i w:val="0"/>
          <w:color w:val="000000"/>
          <w:sz w:val="32"/>
        </w:rPr>
        <w:t xml:space="preserve">For in his gaze my art survives  </w:t>
      </w:r>
      <w:r>
        <w:rPr>
          <w:rFonts w:ascii="Times New Roman" w:hAnsi="Times New Roman"/>
          <w:b w:val="0"/>
          <w:i w:val="0"/>
          <w:color w:val="000000"/>
          <w:sz w:val="32"/>
        </w:rPr>
        <w:br/>
        <w:t xml:space="preserve">He learns from me, where silence thrives  </w:t>
      </w:r>
      <w:r>
        <w:rPr>
          <w:rFonts w:ascii="Times New Roman" w:hAnsi="Times New Roman"/>
          <w:b w:val="0"/>
          <w:i w:val="0"/>
          <w:color w:val="000000"/>
          <w:sz w:val="32"/>
        </w:rPr>
        <w:br/>
        <w:t xml:space="preserve">And we are two, sides of the same.   </w:t>
      </w:r>
      <w:r>
        <w:rPr>
          <w:rFonts w:ascii="Times New Roman" w:hAnsi="Times New Roman"/>
          <w:b w:val="0"/>
          <w:i w:val="0"/>
          <w:color w:val="000000"/>
          <w:sz w:val="32"/>
        </w:rPr>
        <w:br/>
        <w:t xml:space="preserve">Uncertain what comes next, what’s the game       </w:t>
      </w:r>
      <w:r>
        <w:rPr>
          <w:rFonts w:ascii="Times New Roman" w:hAnsi="Times New Roman"/>
          <w:b w:val="0"/>
          <w:i w:val="0"/>
          <w:color w:val="000000"/>
          <w:sz w:val="32"/>
        </w:rPr>
        <w:br/>
        <w:t xml:space="preserve">In shadows light and our paths combine                  </w:t>
      </w:r>
      <w:r>
        <w:rPr>
          <w:rFonts w:ascii="Times New Roman" w:hAnsi="Times New Roman"/>
          <w:b w:val="0"/>
          <w:i w:val="0"/>
          <w:color w:val="000000"/>
          <w:sz w:val="32"/>
        </w:rPr>
        <w:br/>
        <w:t xml:space="preserve">Let’s flip the coin to fate’s design  </w:t>
      </w:r>
      <w:r>
        <w:rPr>
          <w:rFonts w:ascii="Times New Roman" w:hAnsi="Times New Roman"/>
          <w:b w:val="0"/>
          <w:i w:val="0"/>
          <w:color w:val="000000"/>
          <w:sz w:val="32"/>
        </w:rPr>
        <w:br/>
        <w:t xml:space="preserve">We are here only once  </w:t>
      </w:r>
      <w:r>
        <w:rPr>
          <w:rFonts w:ascii="Times New Roman" w:hAnsi="Times New Roman"/>
          <w:b w:val="0"/>
          <w:i w:val="0"/>
          <w:color w:val="000000"/>
          <w:sz w:val="32"/>
        </w:rPr>
        <w:br/>
        <w:t xml:space="preserve">So give yourself a chance  </w:t>
      </w:r>
      <w:r>
        <w:rPr>
          <w:rFonts w:ascii="Times New Roman" w:hAnsi="Times New Roman"/>
          <w:b w:val="0"/>
          <w:i w:val="0"/>
          <w:color w:val="000000"/>
          <w:sz w:val="32"/>
        </w:rPr>
        <w:br/>
        <w:t xml:space="preserve">Give yourself another chance. </w:t>
      </w:r>
    </w:p>
    <w:p>
      <w:pPr>
        <w:pStyle w:val="SongLyric"/>
        <w:ind w:left="0" w:right="0" w:firstLine="0"/>
        <w:jc w:val="left"/>
      </w:pPr>
      <w:r>
        <w:rPr>
          <w:rFonts w:ascii="Times New Roman" w:hAnsi="Times New Roman"/>
          <w:b w:val="0"/>
          <w:i w:val="0"/>
          <w:color w:val="000000"/>
          <w:sz w:val="32"/>
        </w:rPr>
        <w:t xml:space="preserve">The hat goes dark. </w:t>
      </w:r>
      <w:r>
        <w:rPr>
          <w:rStyle w:val="CommentReference"/>
          <w:color w:val="000000"/>
          <w:sz w:val="32"/>
        </w:rPr>
      </w:r>
    </w:p>
    <w:p>
      <w:pPr>
        <w:pStyle w:val="Transition"/>
        <w:ind w:left="0" w:right="0" w:firstLine="0"/>
      </w:pPr>
      <w:r>
        <w:rPr>
          <w:color w:val="000000"/>
          <w:sz w:val="32"/>
        </w:rPr>
        <w:t>END.</w:t>
      </w:r>
    </w:p>
    <w:sectPr w:rsidR="00FC693F" w:rsidRPr="0006063C" w:rsidSect="00034616">
      <w:headerReference w:type="default" r:id="rId10"/>
      <w:footerReference w:type="default" r:id="rId11"/>
      <w:pgSz w:w="12240" w:h="15840"/>
      <w:pgMar w:top="1152" w:right="1440" w:bottom="1080" w:left="1440" w:header="504" w:footer="50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left="0" w:right="0" w:firstLine="0"/>
      <w:jc w:val="center"/>
    </w:pPr>
    <w:r>
      <w:rPr>
        <w:rFonts w:ascii="Arial" w:hAnsi="Arial"/>
        <w:color w:val="5B6065"/>
        <w:sz w:val="17"/>
      </w:rPr>
      <w:t xml:space="preserve">PAGE </w:t>
    </w:r>
    <w:r>
      <w:rPr>
        <w:rFonts w:ascii="Arial" w:hAnsi="Arial"/>
        <w:color w:val="5B6065"/>
        <w:sz w:val="17"/>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left="0" w:right="0" w:firstLine="0"/>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ind w:left="0" w:right="0" w:firstLine="0"/>
      <w:jc w:val="left"/>
    </w:pPr>
    <w:r>
      <w:rPr>
        <w:rFonts w:ascii="Arial" w:hAnsi="Arial"/>
        <w:b/>
        <w:color w:val="5B6065"/>
        <w:sz w:val="17"/>
      </w:rPr>
      <w:t>THE FLOATING HAT</w:t>
    </w:r>
    <w:r>
      <w:rPr>
        <w:rFonts w:ascii="Arial" w:hAnsi="Arial"/>
        <w:color w:val="5B6065"/>
        <w:sz w:val="17"/>
      </w:rPr>
      <w:tab/>
      <w:t>REVISED MANUSCRIPT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left="0" w:right="0" w:firstLine="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Times New Roman" w:hAnsi="Times New Roman"/>
      <w:color w:val="1F2225"/>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Heading">
    <w:name w:val="Act Heading"/>
    <w:basedOn w:val="Normal"/>
    <w:pPr>
      <w:keepNext/>
      <w:keepLines w:val="0"/>
      <w:pageBreakBefore/>
      <w:widowControl/>
      <w:spacing w:before="0" w:after="480" w:line="240" w:lineRule="auto"/>
      <w:ind w:left="0" w:right="0" w:firstLine="0"/>
      <w:jc w:val="left"/>
    </w:pPr>
    <w:rPr>
      <w:rFonts w:ascii="Arial" w:hAnsi="Arial"/>
      <w:b/>
      <w:i w:val="0"/>
      <w:color w:val="1F2225"/>
      <w:sz w:val="46"/>
    </w:rPr>
  </w:style>
  <w:style w:type="paragraph" w:customStyle="1" w:styleId="CharacterCue">
    <w:name w:val="Character Cue"/>
    <w:basedOn w:val="Normal"/>
    <w:pPr>
      <w:keepNext/>
      <w:keepLines w:val="0"/>
      <w:pageBreakBefore w:val="0"/>
      <w:widowControl/>
      <w:spacing w:before="180" w:after="20" w:line="240" w:lineRule="auto"/>
      <w:ind w:left="0" w:right="0" w:firstLine="0"/>
      <w:jc w:val="center"/>
    </w:pPr>
    <w:rPr>
      <w:rFonts w:ascii="Arial" w:hAnsi="Arial"/>
      <w:b/>
      <w:i w:val="0"/>
      <w:color w:val="1F2225"/>
      <w:sz w:val="19"/>
    </w:rPr>
  </w:style>
  <w:style w:type="paragraph" w:customStyle="1" w:styleId="CharacterParenthetical">
    <w:name w:val="Character Parenthetical"/>
    <w:basedOn w:val="Normal"/>
    <w:pPr>
      <w:keepNext/>
      <w:keepLines w:val="0"/>
      <w:pageBreakBefore w:val="0"/>
      <w:widowControl/>
      <w:spacing w:before="0" w:after="20" w:line="240" w:lineRule="auto"/>
      <w:ind w:left="1944" w:right="1584" w:firstLine="0"/>
    </w:pPr>
    <w:rPr>
      <w:rFonts w:ascii="Times New Roman" w:hAnsi="Times New Roman"/>
      <w:b w:val="0"/>
      <w:i/>
      <w:color w:val="1F2225"/>
      <w:sz w:val="21"/>
    </w:rPr>
  </w:style>
  <w:style w:type="paragraph" w:customStyle="1" w:styleId="Dialogue">
    <w:name w:val="Dialogue"/>
    <w:basedOn w:val="Normal"/>
    <w:pPr>
      <w:keepNext w:val="0"/>
      <w:keepLines w:val="0"/>
      <w:pageBreakBefore w:val="0"/>
      <w:widowControl/>
      <w:spacing w:before="0" w:after="120" w:line="259" w:lineRule="auto"/>
      <w:ind w:left="1224" w:right="936" w:firstLine="0"/>
    </w:pPr>
    <w:rPr>
      <w:rFonts w:ascii="Times New Roman" w:hAnsi="Times New Roman"/>
      <w:b w:val="0"/>
      <w:i w:val="0"/>
      <w:color w:val="1F2225"/>
      <w:sz w:val="23"/>
    </w:rPr>
  </w:style>
  <w:style w:type="paragraph" w:customStyle="1" w:styleId="StageDirection">
    <w:name w:val="Stage Direction"/>
    <w:basedOn w:val="Normal"/>
    <w:pPr>
      <w:keepNext w:val="0"/>
      <w:keepLines/>
      <w:pageBreakBefore w:val="0"/>
      <w:widowControl/>
      <w:spacing w:before="80" w:after="140" w:line="252" w:lineRule="auto"/>
      <w:ind w:left="648" w:right="648" w:firstLine="0"/>
    </w:pPr>
    <w:rPr>
      <w:rFonts w:ascii="Times New Roman" w:hAnsi="Times New Roman"/>
      <w:b w:val="0"/>
      <w:i/>
      <w:color w:val="5B6065"/>
      <w:sz w:val="21"/>
    </w:rPr>
  </w:style>
  <w:style w:type="paragraph" w:customStyle="1" w:styleId="SongLyric">
    <w:name w:val="Song Lyric"/>
    <w:basedOn w:val="Normal"/>
    <w:pPr>
      <w:keepNext w:val="0"/>
      <w:keepLines w:val="0"/>
      <w:pageBreakBefore w:val="0"/>
      <w:widowControl/>
      <w:spacing w:before="60" w:after="140" w:line="240" w:lineRule="auto"/>
      <w:ind w:left="1584" w:right="1152" w:firstLine="0"/>
    </w:pPr>
    <w:rPr>
      <w:rFonts w:ascii="Times New Roman" w:hAnsi="Times New Roman"/>
      <w:b w:val="0"/>
      <w:i w:val="0"/>
      <w:color w:val="305671"/>
      <w:sz w:val="22"/>
    </w:rPr>
  </w:style>
  <w:style w:type="paragraph" w:customStyle="1" w:styleId="SongDirection">
    <w:name w:val="Song Direction"/>
    <w:basedOn w:val="Normal"/>
    <w:pPr>
      <w:keepNext w:val="0"/>
      <w:keepLines/>
      <w:pageBreakBefore w:val="0"/>
      <w:widowControl/>
      <w:spacing w:before="100" w:after="120" w:line="240" w:lineRule="auto"/>
      <w:ind w:left="1008" w:right="1008" w:firstLine="0"/>
    </w:pPr>
    <w:rPr>
      <w:rFonts w:ascii="Times New Roman" w:hAnsi="Times New Roman"/>
      <w:b w:val="0"/>
      <w:i/>
      <w:color w:val="305671"/>
      <w:sz w:val="21"/>
    </w:rPr>
  </w:style>
  <w:style w:type="paragraph" w:customStyle="1" w:styleId="Transition">
    <w:name w:val="Transition"/>
    <w:basedOn w:val="Normal"/>
    <w:pPr>
      <w:keepNext/>
      <w:keepLines w:val="0"/>
      <w:pageBreakBefore w:val="0"/>
      <w:widowControl/>
      <w:spacing w:before="320" w:after="240" w:line="240" w:lineRule="auto"/>
      <w:ind w:left="0" w:right="0" w:firstLine="0"/>
      <w:jc w:val="center"/>
    </w:pPr>
    <w:rPr>
      <w:rFonts w:ascii="Arial" w:hAnsi="Arial"/>
      <w:b/>
      <w:i w:val="0"/>
      <w:color w:val="5B6065"/>
      <w:sz w:val="19"/>
    </w:rPr>
  </w:style>
  <w:style w:type="paragraph" w:customStyle="1" w:styleId="CastEntry">
    <w:name w:val="Cast Entry"/>
    <w:basedOn w:val="Normal"/>
    <w:pPr>
      <w:keepNext w:val="0"/>
      <w:keepLines w:val="0"/>
      <w:pageBreakBefore w:val="0"/>
      <w:widowControl/>
      <w:spacing w:before="0" w:after="180" w:line="240" w:lineRule="auto"/>
      <w:ind w:left="504" w:right="0" w:firstLine="0"/>
    </w:pPr>
    <w:rPr>
      <w:rFonts w:ascii="Times New Roman" w:hAnsi="Times New Roman"/>
      <w:b w:val="0"/>
      <w:i w:val="0"/>
      <w:color w:val="1F2225"/>
      <w:sz w:val="24"/>
    </w:rPr>
  </w:style>
  <w:style w:type="paragraph" w:customStyle="1" w:styleId="EditorialNote">
    <w:name w:val="Editorial Note"/>
    <w:basedOn w:val="Normal"/>
    <w:pPr>
      <w:keepNext w:val="0"/>
      <w:keepLines w:val="0"/>
      <w:pageBreakBefore w:val="0"/>
      <w:widowControl/>
      <w:spacing w:before="280" w:after="120" w:line="259" w:lineRule="auto"/>
      <w:ind w:left="259" w:right="259" w:firstLine="0"/>
    </w:pPr>
    <w:rPr>
      <w:rFonts w:ascii="Arial" w:hAnsi="Arial"/>
      <w:b w:val="0"/>
      <w:i w:val="0"/>
      <w:color w:val="5B6065"/>
      <w:sz w:val="19"/>
    </w:rPr>
  </w:style>
  <w:style w:type="paragraph" w:customStyle="1" w:styleId="FigureCaption">
    <w:name w:val="Figure Caption"/>
    <w:basedOn w:val="Normal"/>
    <w:pPr>
      <w:keepNext w:val="0"/>
      <w:keepLines/>
      <w:pageBreakBefore w:val="0"/>
      <w:widowControl/>
      <w:spacing w:before="80" w:after="200" w:line="240" w:lineRule="auto"/>
      <w:ind w:left="0" w:right="0" w:firstLine="0"/>
      <w:jc w:val="center"/>
    </w:pPr>
    <w:rPr>
      <w:rFonts w:ascii="Arial" w:hAnsi="Arial"/>
      <w:b w:val="0"/>
      <w:i/>
      <w:color w:val="5B6065"/>
      <w:sz w:val="17"/>
    </w:rPr>
  </w:style>
  <w:style w:type="paragraph" w:customStyle="1" w:styleId="Song">
    <w:name w:val="Song"/>
    <w:basedOn w:val="Normal"/>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1.png"/><Relationship Id="rId13" Type="http://schemas.openxmlformats.org/officeDocument/2006/relationships/image" Target="media/image2.png"/><Relationship Id="rId9" Type="http://schemas.openxmlformats.org/officeDocument/2006/relationships/header" Target="header2.xml"/><Relationship Id="rId1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Floating Hat — Consistent Dialogue Style</dc:title>
  <dc:subject>Clean revised manuscript of The Floating Hat</dc:subject>
  <dc:creator>Steve Hauk and Piotr J. Flatau</dc:creator>
  <cp:keywords>stage play, editorial review, The Floating Hat</cp:keywords>
  <dc:description>Clean manuscript prepared for publication</dc:description>
  <cp:lastModifiedBy/>
  <cp:revision>1</cp:revision>
  <dcterms:created xsi:type="dcterms:W3CDTF">2013-12-23T23:15:00Z</dcterms:created>
  <dcterms:modified xsi:type="dcterms:W3CDTF">2013-12-23T23:15:00Z</dcterms:modified>
  <cp:category/>
</cp:coreProperties>
</file>